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E100F" w14:textId="3AC7516A" w:rsidR="001436BE" w:rsidRPr="0062444D" w:rsidRDefault="00000000" w:rsidP="0062444D">
      <w:pPr>
        <w:spacing w:before="100" w:beforeAutospacing="1" w:after="100" w:afterAutospacing="1" w:line="360" w:lineRule="auto"/>
        <w:jc w:val="center"/>
        <w:rPr>
          <w:rFonts w:ascii="Times New Roman" w:hAnsi="Times New Roman" w:cs="Times New Roman"/>
          <w:sz w:val="32"/>
          <w:szCs w:val="32"/>
        </w:rPr>
      </w:pPr>
      <w:bookmarkStart w:id="0" w:name="_Hlk239873539"/>
      <w:r w:rsidRPr="0062444D">
        <w:rPr>
          <w:rFonts w:ascii="Times New Roman" w:hAnsi="Times New Roman" w:cs="Times New Roman"/>
          <w:b/>
          <w:sz w:val="32"/>
          <w:szCs w:val="32"/>
        </w:rPr>
        <w:t>PROGRAM PENGEMBANGAN KEWIRAUSAHAAN</w:t>
      </w:r>
    </w:p>
    <w:p w14:paraId="325CE08D" w14:textId="60B1EBAC" w:rsidR="001436BE" w:rsidRPr="0062444D" w:rsidRDefault="00000000" w:rsidP="0062444D">
      <w:pPr>
        <w:spacing w:before="100" w:beforeAutospacing="1" w:after="100" w:afterAutospacing="1" w:line="360" w:lineRule="auto"/>
        <w:jc w:val="center"/>
        <w:rPr>
          <w:rFonts w:ascii="Times New Roman" w:hAnsi="Times New Roman" w:cs="Times New Roman"/>
          <w:sz w:val="32"/>
          <w:szCs w:val="32"/>
        </w:rPr>
      </w:pPr>
      <w:r w:rsidRPr="0062444D">
        <w:rPr>
          <w:rFonts w:ascii="Times New Roman" w:hAnsi="Times New Roman" w:cs="Times New Roman"/>
          <w:b/>
          <w:sz w:val="32"/>
          <w:szCs w:val="32"/>
        </w:rPr>
        <w:t>MAN 2 SEMARANG</w:t>
      </w:r>
    </w:p>
    <w:p w14:paraId="301F4BED" w14:textId="1420FC91" w:rsidR="001436BE" w:rsidRPr="0062444D" w:rsidRDefault="00000000" w:rsidP="0062444D">
      <w:pPr>
        <w:spacing w:before="100" w:beforeAutospacing="1" w:after="100" w:afterAutospacing="1" w:line="360" w:lineRule="auto"/>
        <w:jc w:val="center"/>
        <w:rPr>
          <w:rFonts w:ascii="Times New Roman" w:hAnsi="Times New Roman" w:cs="Times New Roman"/>
          <w:sz w:val="32"/>
          <w:szCs w:val="32"/>
        </w:rPr>
      </w:pPr>
      <w:r w:rsidRPr="0062444D">
        <w:rPr>
          <w:rFonts w:ascii="Times New Roman" w:hAnsi="Times New Roman" w:cs="Times New Roman"/>
          <w:b/>
          <w:sz w:val="32"/>
          <w:szCs w:val="32"/>
        </w:rPr>
        <w:t>TAHUN AJARAN 2026–2027</w:t>
      </w:r>
    </w:p>
    <w:p w14:paraId="3BB0A09C" w14:textId="34D239A3"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p w14:paraId="020E4E87" w14:textId="118B8E5A" w:rsidR="001436BE" w:rsidRPr="00697836" w:rsidRDefault="0062444D" w:rsidP="00697836">
      <w:pPr>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8240" behindDoc="0" locked="0" layoutInCell="1" allowOverlap="1" wp14:anchorId="563C47D6" wp14:editId="7785C564">
            <wp:simplePos x="0" y="0"/>
            <wp:positionH relativeFrom="margin">
              <wp:posOffset>1429790</wp:posOffset>
            </wp:positionH>
            <wp:positionV relativeFrom="paragraph">
              <wp:posOffset>57092</wp:posOffset>
            </wp:positionV>
            <wp:extent cx="3059083" cy="3059083"/>
            <wp:effectExtent l="0" t="0" r="8255" b="8255"/>
            <wp:wrapNone/>
            <wp:docPr id="14904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30047" name="Picture 1490430047"/>
                    <pic:cNvPicPr/>
                  </pic:nvPicPr>
                  <pic:blipFill>
                    <a:blip r:embed="rId8"/>
                    <a:stretch>
                      <a:fillRect/>
                    </a:stretch>
                  </pic:blipFill>
                  <pic:spPr>
                    <a:xfrm>
                      <a:off x="0" y="0"/>
                      <a:ext cx="3059083" cy="3059083"/>
                    </a:xfrm>
                    <a:prstGeom prst="rect">
                      <a:avLst/>
                    </a:prstGeom>
                  </pic:spPr>
                </pic:pic>
              </a:graphicData>
            </a:graphic>
            <wp14:sizeRelH relativeFrom="margin">
              <wp14:pctWidth>0</wp14:pctWidth>
            </wp14:sizeRelH>
            <wp14:sizeRelV relativeFrom="margin">
              <wp14:pctHeight>0</wp14:pctHeight>
            </wp14:sizeRelV>
          </wp:anchor>
        </w:drawing>
      </w:r>
    </w:p>
    <w:p w14:paraId="79E739F3" w14:textId="14FB8E3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p w14:paraId="36A7263A" w14:textId="31D2B795"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p w14:paraId="45724EB8" w14:textId="435711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p w14:paraId="4D42C5E7"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p w14:paraId="15AF1FB0"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p w14:paraId="7A5F6492"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p w14:paraId="19FC56AE" w14:textId="77777777" w:rsidR="0062444D" w:rsidRDefault="0062444D" w:rsidP="00697836">
      <w:pPr>
        <w:spacing w:before="100" w:beforeAutospacing="1" w:after="100" w:afterAutospacing="1" w:line="360" w:lineRule="auto"/>
        <w:jc w:val="both"/>
        <w:rPr>
          <w:rFonts w:ascii="Times New Roman" w:hAnsi="Times New Roman" w:cs="Times New Roman"/>
          <w:sz w:val="24"/>
          <w:szCs w:val="24"/>
        </w:rPr>
      </w:pPr>
    </w:p>
    <w:p w14:paraId="2933EBDF"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p w14:paraId="47EC82A8"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p w14:paraId="575D4D28"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p w14:paraId="3165E77A"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p w14:paraId="2D6DF509" w14:textId="77777777" w:rsidR="001436BE" w:rsidRPr="0062444D" w:rsidRDefault="00000000" w:rsidP="0062444D">
      <w:pPr>
        <w:spacing w:before="100" w:beforeAutospacing="1" w:after="100" w:afterAutospacing="1" w:line="360" w:lineRule="auto"/>
        <w:jc w:val="center"/>
        <w:rPr>
          <w:rFonts w:ascii="Times New Roman" w:hAnsi="Times New Roman" w:cs="Times New Roman"/>
          <w:sz w:val="32"/>
          <w:szCs w:val="32"/>
        </w:rPr>
      </w:pPr>
      <w:r w:rsidRPr="0062444D">
        <w:rPr>
          <w:rFonts w:ascii="Times New Roman" w:hAnsi="Times New Roman" w:cs="Times New Roman"/>
          <w:b/>
          <w:sz w:val="32"/>
          <w:szCs w:val="32"/>
        </w:rPr>
        <w:t>MA NEGERI 2 SEMARANG</w:t>
      </w:r>
    </w:p>
    <w:p w14:paraId="2AF9F646" w14:textId="19AB5E2B" w:rsidR="001436BE" w:rsidRPr="0062444D" w:rsidRDefault="00000000" w:rsidP="0062444D">
      <w:pPr>
        <w:spacing w:before="100" w:beforeAutospacing="1" w:after="100" w:afterAutospacing="1" w:line="360" w:lineRule="auto"/>
        <w:jc w:val="center"/>
        <w:rPr>
          <w:rFonts w:ascii="Times New Roman" w:hAnsi="Times New Roman" w:cs="Times New Roman"/>
          <w:sz w:val="32"/>
          <w:szCs w:val="32"/>
        </w:rPr>
      </w:pPr>
      <w:r w:rsidRPr="0062444D">
        <w:rPr>
          <w:rFonts w:ascii="Times New Roman" w:hAnsi="Times New Roman" w:cs="Times New Roman"/>
          <w:sz w:val="32"/>
          <w:szCs w:val="32"/>
        </w:rPr>
        <w:t>Jl. Kelurahan Desa Tengaran Kec. Tengaran Kab. Semarang</w:t>
      </w:r>
      <w:bookmarkEnd w:id="0"/>
    </w:p>
    <w:p w14:paraId="5269A42F" w14:textId="77777777" w:rsidR="001436BE" w:rsidRPr="00697836" w:rsidRDefault="00000000" w:rsidP="00697836">
      <w:pPr>
        <w:pStyle w:val="Heading1"/>
        <w:spacing w:before="100" w:beforeAutospacing="1" w:after="100" w:afterAutospacing="1" w:line="360" w:lineRule="auto"/>
        <w:jc w:val="center"/>
        <w:rPr>
          <w:rFonts w:ascii="Times New Roman" w:hAnsi="Times New Roman" w:cs="Times New Roman"/>
          <w:color w:val="auto"/>
          <w:sz w:val="24"/>
          <w:szCs w:val="24"/>
        </w:rPr>
      </w:pPr>
      <w:bookmarkStart w:id="1" w:name="_Toc239875996"/>
      <w:bookmarkStart w:id="2" w:name="_Hlk239873676"/>
      <w:r w:rsidRPr="00697836">
        <w:rPr>
          <w:rFonts w:ascii="Times New Roman" w:hAnsi="Times New Roman" w:cs="Times New Roman"/>
          <w:color w:val="auto"/>
          <w:sz w:val="24"/>
          <w:szCs w:val="24"/>
        </w:rPr>
        <w:lastRenderedPageBreak/>
        <w:t>KATA PENGANTAR</w:t>
      </w:r>
      <w:bookmarkEnd w:id="1"/>
    </w:p>
    <w:p w14:paraId="39CC873A" w14:textId="77777777" w:rsidR="001436BE" w:rsidRPr="00697836" w:rsidRDefault="00000000" w:rsidP="00697836">
      <w:pPr>
        <w:spacing w:before="100" w:beforeAutospacing="1" w:after="100" w:afterAutospacing="1" w:line="360" w:lineRule="auto"/>
        <w:ind w:firstLine="567"/>
        <w:jc w:val="both"/>
        <w:rPr>
          <w:rFonts w:ascii="Times New Roman" w:hAnsi="Times New Roman" w:cs="Times New Roman"/>
          <w:sz w:val="24"/>
          <w:szCs w:val="24"/>
        </w:rPr>
      </w:pPr>
      <w:r w:rsidRPr="00697836">
        <w:rPr>
          <w:rFonts w:ascii="Times New Roman" w:hAnsi="Times New Roman" w:cs="Times New Roman"/>
          <w:sz w:val="24"/>
          <w:szCs w:val="24"/>
        </w:rPr>
        <w:t>Alhamdulillaahirabbil ‘Alamiin, puji syukur penulis ucapkan ke hadirat Allah Subhaana Wa Ta’ala karena atas rahmat dan karunia-Nya Program Pengembangan Kewirausahaan MAN 2 Semarang Tahun Ajaran 2026–2027 dapat disusun dengan baik. Salawat dan salam semoga selalu tercurah kepada junjungan kita Nabi Muhammad Shallallahu 'Alaihi Wasallam yang membawa umat manusia menuju kehidupan yang berilmu, beriman, dan berakhlak mulia.</w:t>
      </w:r>
    </w:p>
    <w:p w14:paraId="766C81FA" w14:textId="77777777" w:rsidR="001436BE" w:rsidRPr="00697836" w:rsidRDefault="00000000" w:rsidP="00697836">
      <w:pPr>
        <w:spacing w:before="100" w:beforeAutospacing="1" w:after="100" w:afterAutospacing="1" w:line="360" w:lineRule="auto"/>
        <w:ind w:firstLine="567"/>
        <w:jc w:val="both"/>
        <w:rPr>
          <w:rFonts w:ascii="Times New Roman" w:hAnsi="Times New Roman" w:cs="Times New Roman"/>
          <w:sz w:val="24"/>
          <w:szCs w:val="24"/>
        </w:rPr>
      </w:pPr>
      <w:r w:rsidRPr="00697836">
        <w:rPr>
          <w:rFonts w:ascii="Times New Roman" w:hAnsi="Times New Roman" w:cs="Times New Roman"/>
          <w:sz w:val="24"/>
          <w:szCs w:val="24"/>
        </w:rPr>
        <w:t>Program ini disusun sebagai pedoman pengembangan budaya dan pengalaman kewirausahaan di MAN 2 Semarang. Program tidak hanya diarahkan pada satu bidang, tetapi dikembangkan melalui beberapa bidang dan kegiatan yang saling melengkapi, yaitu Tata Busana, Tata Boga, Multimedia, Koperasi Madrasah, Kantin Sekolah, integrasi nilai kewirausahaan dalam mata pelajaran, kunjungan ke tempat produksi barang atau jasa, pengembangan minat berwirausaha secara online, serta bazar/pameran/event sekolah.</w:t>
      </w:r>
    </w:p>
    <w:p w14:paraId="3BC33FB8" w14:textId="77777777" w:rsidR="001436BE" w:rsidRPr="00697836" w:rsidRDefault="00000000" w:rsidP="00697836">
      <w:pPr>
        <w:spacing w:before="100" w:beforeAutospacing="1" w:after="100" w:afterAutospacing="1" w:line="360" w:lineRule="auto"/>
        <w:ind w:firstLine="567"/>
        <w:jc w:val="both"/>
        <w:rPr>
          <w:rFonts w:ascii="Times New Roman" w:hAnsi="Times New Roman" w:cs="Times New Roman"/>
          <w:sz w:val="24"/>
          <w:szCs w:val="24"/>
        </w:rPr>
      </w:pPr>
      <w:r w:rsidRPr="00697836">
        <w:rPr>
          <w:rFonts w:ascii="Times New Roman" w:hAnsi="Times New Roman" w:cs="Times New Roman"/>
          <w:sz w:val="24"/>
          <w:szCs w:val="24"/>
        </w:rPr>
        <w:t>Khusus pada bidang keterampilan, peserta didik diarahkan untuk memperoleh pengalaman nyata mulai dari merancang ide produk, membuat produk, menjaga kualitas, menghitung biaya dan harga jual, melakukan pengemasan, mempromosikan, sampai memasarkan dan menjual produk. Produk Tata Boga, misalnya, dapat dipasarkan di lingkungan sekitar tempat tinggal peserta didik sehingga kegiatan belajar menjadi lebih kontekstual dan memberikan pengalaman langsung dalam menjalankan usaha kuliner.</w:t>
      </w:r>
    </w:p>
    <w:p w14:paraId="4C703EE6" w14:textId="77777777" w:rsidR="001436BE" w:rsidRPr="00697836" w:rsidRDefault="00000000" w:rsidP="00697836">
      <w:pPr>
        <w:spacing w:before="100" w:beforeAutospacing="1" w:after="100" w:afterAutospacing="1" w:line="360" w:lineRule="auto"/>
        <w:ind w:firstLine="567"/>
        <w:jc w:val="both"/>
        <w:rPr>
          <w:rFonts w:ascii="Times New Roman" w:hAnsi="Times New Roman" w:cs="Times New Roman"/>
          <w:sz w:val="24"/>
          <w:szCs w:val="24"/>
        </w:rPr>
      </w:pPr>
      <w:r w:rsidRPr="00697836">
        <w:rPr>
          <w:rFonts w:ascii="Times New Roman" w:hAnsi="Times New Roman" w:cs="Times New Roman"/>
          <w:sz w:val="24"/>
          <w:szCs w:val="24"/>
        </w:rPr>
        <w:t>Program ini diharapkan dapat menjadi acuan bagi kepala madrasah, guru, tenaga kependidikan, dan peserta didik dalam melaksanakan kegiatan kewirausahaan secara terarah, bertahap, kreatif, dan berkelanjutan. Evaluasi dan tindak lanjut akan dilakukan pada akhir pelaksanaan sebagai bahan penyempurnaan program tahun berikutnya.</w:t>
      </w:r>
    </w:p>
    <w:p w14:paraId="0929DB38" w14:textId="77777777" w:rsidR="001436BE" w:rsidRPr="00697836" w:rsidRDefault="00000000" w:rsidP="00697836">
      <w:pPr>
        <w:spacing w:before="100" w:beforeAutospacing="1" w:after="100" w:afterAutospacing="1" w:line="360" w:lineRule="auto"/>
        <w:ind w:left="6570"/>
        <w:jc w:val="both"/>
        <w:rPr>
          <w:rFonts w:ascii="Times New Roman" w:hAnsi="Times New Roman" w:cs="Times New Roman"/>
          <w:sz w:val="24"/>
          <w:szCs w:val="24"/>
        </w:rPr>
      </w:pPr>
      <w:r w:rsidRPr="00697836">
        <w:rPr>
          <w:rFonts w:ascii="Times New Roman" w:hAnsi="Times New Roman" w:cs="Times New Roman"/>
          <w:sz w:val="24"/>
          <w:szCs w:val="24"/>
        </w:rPr>
        <w:t>Tengaran, Juli 2026</w:t>
      </w:r>
    </w:p>
    <w:p w14:paraId="25CBA8C5" w14:textId="77777777" w:rsidR="001436BE" w:rsidRPr="00697836" w:rsidRDefault="00000000" w:rsidP="00697836">
      <w:pPr>
        <w:spacing w:before="100" w:beforeAutospacing="1" w:after="100" w:afterAutospacing="1" w:line="360" w:lineRule="auto"/>
        <w:ind w:left="6570"/>
        <w:jc w:val="both"/>
        <w:rPr>
          <w:rFonts w:ascii="Times New Roman" w:hAnsi="Times New Roman" w:cs="Times New Roman"/>
          <w:sz w:val="24"/>
          <w:szCs w:val="24"/>
        </w:rPr>
      </w:pPr>
      <w:r w:rsidRPr="00697836">
        <w:rPr>
          <w:rFonts w:ascii="Times New Roman" w:hAnsi="Times New Roman" w:cs="Times New Roman"/>
          <w:sz w:val="24"/>
          <w:szCs w:val="24"/>
        </w:rPr>
        <w:t>Penulis</w:t>
      </w:r>
    </w:p>
    <w:bookmarkEnd w:id="2"/>
    <w:p w14:paraId="1116549A"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br w:type="page"/>
      </w:r>
    </w:p>
    <w:p w14:paraId="20B852EB" w14:textId="77777777" w:rsidR="001436BE" w:rsidRPr="00697836" w:rsidRDefault="00000000" w:rsidP="00E449D7">
      <w:pPr>
        <w:pStyle w:val="Heading1"/>
        <w:spacing w:before="100" w:beforeAutospacing="1" w:after="100" w:afterAutospacing="1" w:line="360" w:lineRule="auto"/>
        <w:jc w:val="center"/>
        <w:rPr>
          <w:rFonts w:ascii="Times New Roman" w:hAnsi="Times New Roman" w:cs="Times New Roman"/>
          <w:color w:val="auto"/>
          <w:sz w:val="24"/>
          <w:szCs w:val="24"/>
        </w:rPr>
      </w:pPr>
      <w:bookmarkStart w:id="3" w:name="_Toc239875997"/>
      <w:bookmarkStart w:id="4" w:name="_Hlk239873791"/>
      <w:r w:rsidRPr="00697836">
        <w:rPr>
          <w:rFonts w:ascii="Times New Roman" w:hAnsi="Times New Roman" w:cs="Times New Roman"/>
          <w:color w:val="auto"/>
          <w:sz w:val="24"/>
          <w:szCs w:val="24"/>
        </w:rPr>
        <w:t>DAFTAR ISI</w:t>
      </w:r>
      <w:bookmarkEnd w:id="3"/>
    </w:p>
    <w:sdt>
      <w:sdtPr>
        <w:rPr>
          <w:rFonts w:ascii="Arial" w:eastAsiaTheme="minorEastAsia" w:hAnsi="Arial" w:cstheme="minorBidi"/>
          <w:b w:val="0"/>
          <w:bCs w:val="0"/>
          <w:color w:val="auto"/>
          <w:sz w:val="22"/>
          <w:szCs w:val="22"/>
        </w:rPr>
        <w:id w:val="-2039965329"/>
        <w:docPartObj>
          <w:docPartGallery w:val="Table of Contents"/>
          <w:docPartUnique/>
        </w:docPartObj>
      </w:sdtPr>
      <w:sdtEndPr>
        <w:rPr>
          <w:rFonts w:ascii="Times New Roman" w:hAnsi="Times New Roman" w:cs="Times New Roman"/>
          <w:noProof/>
          <w:sz w:val="24"/>
          <w:szCs w:val="24"/>
        </w:rPr>
      </w:sdtEndPr>
      <w:sdtContent>
        <w:p w14:paraId="73DA16FD" w14:textId="63930B3E" w:rsidR="00E449D7" w:rsidRDefault="00E449D7" w:rsidP="00E449D7">
          <w:pPr>
            <w:pStyle w:val="TOCHeading"/>
            <w:spacing w:line="480" w:lineRule="auto"/>
            <w:jc w:val="right"/>
          </w:pPr>
          <w:r>
            <w:tab/>
          </w:r>
          <w:r>
            <w:tab/>
          </w:r>
          <w:r>
            <w:tab/>
          </w:r>
          <w:r>
            <w:tab/>
          </w:r>
          <w:r>
            <w:tab/>
          </w:r>
          <w:r>
            <w:tab/>
          </w:r>
          <w:r>
            <w:tab/>
          </w:r>
          <w:r>
            <w:tab/>
          </w:r>
          <w:r>
            <w:tab/>
          </w:r>
        </w:p>
        <w:p w14:paraId="3492C45D" w14:textId="2180A8B7" w:rsidR="006B7A66" w:rsidRDefault="00E449D7">
          <w:pPr>
            <w:pStyle w:val="TOC1"/>
            <w:tabs>
              <w:tab w:val="right" w:leader="dot" w:pos="9112"/>
            </w:tabs>
            <w:rPr>
              <w:rFonts w:asciiTheme="minorHAnsi" w:hAnsiTheme="minorHAnsi"/>
              <w:noProof/>
              <w:kern w:val="2"/>
              <w:sz w:val="24"/>
              <w:szCs w:val="24"/>
              <w:lang w:val="en-ID" w:eastAsia="en-ID"/>
              <w14:ligatures w14:val="standardContextual"/>
            </w:rPr>
          </w:pPr>
          <w:r w:rsidRPr="00E449D7">
            <w:rPr>
              <w:rFonts w:ascii="Times New Roman" w:hAnsi="Times New Roman" w:cs="Times New Roman"/>
              <w:sz w:val="24"/>
              <w:szCs w:val="24"/>
            </w:rPr>
            <w:fldChar w:fldCharType="begin"/>
          </w:r>
          <w:r w:rsidRPr="00E449D7">
            <w:rPr>
              <w:rFonts w:ascii="Times New Roman" w:hAnsi="Times New Roman" w:cs="Times New Roman"/>
              <w:sz w:val="24"/>
              <w:szCs w:val="24"/>
            </w:rPr>
            <w:instrText xml:space="preserve"> TOC \o "1-3" \h \z \u </w:instrText>
          </w:r>
          <w:r w:rsidRPr="00E449D7">
            <w:rPr>
              <w:rFonts w:ascii="Times New Roman" w:hAnsi="Times New Roman" w:cs="Times New Roman"/>
              <w:sz w:val="24"/>
              <w:szCs w:val="24"/>
            </w:rPr>
            <w:fldChar w:fldCharType="separate"/>
          </w:r>
          <w:hyperlink w:anchor="_Toc239875996" w:history="1">
            <w:r w:rsidR="006B7A66" w:rsidRPr="00CA354F">
              <w:rPr>
                <w:rStyle w:val="Hyperlink"/>
                <w:rFonts w:ascii="Times New Roman" w:hAnsi="Times New Roman" w:cs="Times New Roman"/>
                <w:noProof/>
              </w:rPr>
              <w:t>KATA PENGANTAR</w:t>
            </w:r>
            <w:r w:rsidR="006B7A66">
              <w:rPr>
                <w:noProof/>
                <w:webHidden/>
              </w:rPr>
              <w:tab/>
            </w:r>
            <w:r w:rsidR="006B7A66">
              <w:rPr>
                <w:noProof/>
                <w:webHidden/>
              </w:rPr>
              <w:fldChar w:fldCharType="begin"/>
            </w:r>
            <w:r w:rsidR="006B7A66">
              <w:rPr>
                <w:noProof/>
                <w:webHidden/>
              </w:rPr>
              <w:instrText xml:space="preserve"> PAGEREF _Toc239875996 \h </w:instrText>
            </w:r>
            <w:r w:rsidR="006B7A66">
              <w:rPr>
                <w:noProof/>
                <w:webHidden/>
              </w:rPr>
            </w:r>
            <w:r w:rsidR="006B7A66">
              <w:rPr>
                <w:noProof/>
                <w:webHidden/>
              </w:rPr>
              <w:fldChar w:fldCharType="separate"/>
            </w:r>
            <w:r w:rsidR="005B7D68">
              <w:rPr>
                <w:noProof/>
                <w:webHidden/>
              </w:rPr>
              <w:t>ii</w:t>
            </w:r>
            <w:r w:rsidR="006B7A66">
              <w:rPr>
                <w:noProof/>
                <w:webHidden/>
              </w:rPr>
              <w:fldChar w:fldCharType="end"/>
            </w:r>
          </w:hyperlink>
        </w:p>
        <w:p w14:paraId="7D840171" w14:textId="7B31B044" w:rsidR="006B7A66" w:rsidRDefault="006B7A66">
          <w:pPr>
            <w:pStyle w:val="TOC1"/>
            <w:tabs>
              <w:tab w:val="right" w:leader="dot" w:pos="9112"/>
            </w:tabs>
            <w:rPr>
              <w:rFonts w:asciiTheme="minorHAnsi" w:hAnsiTheme="minorHAnsi"/>
              <w:noProof/>
              <w:kern w:val="2"/>
              <w:sz w:val="24"/>
              <w:szCs w:val="24"/>
              <w:lang w:val="en-ID" w:eastAsia="en-ID"/>
              <w14:ligatures w14:val="standardContextual"/>
            </w:rPr>
          </w:pPr>
          <w:hyperlink w:anchor="_Toc239875997" w:history="1">
            <w:r w:rsidRPr="00CA354F">
              <w:rPr>
                <w:rStyle w:val="Hyperlink"/>
                <w:rFonts w:ascii="Times New Roman" w:hAnsi="Times New Roman" w:cs="Times New Roman"/>
                <w:noProof/>
              </w:rPr>
              <w:t>DAFTAR ISI</w:t>
            </w:r>
            <w:r>
              <w:rPr>
                <w:noProof/>
                <w:webHidden/>
              </w:rPr>
              <w:tab/>
            </w:r>
            <w:r>
              <w:rPr>
                <w:noProof/>
                <w:webHidden/>
              </w:rPr>
              <w:fldChar w:fldCharType="begin"/>
            </w:r>
            <w:r>
              <w:rPr>
                <w:noProof/>
                <w:webHidden/>
              </w:rPr>
              <w:instrText xml:space="preserve"> PAGEREF _Toc239875997 \h </w:instrText>
            </w:r>
            <w:r>
              <w:rPr>
                <w:noProof/>
                <w:webHidden/>
              </w:rPr>
            </w:r>
            <w:r>
              <w:rPr>
                <w:noProof/>
                <w:webHidden/>
              </w:rPr>
              <w:fldChar w:fldCharType="separate"/>
            </w:r>
            <w:r w:rsidR="005B7D68">
              <w:rPr>
                <w:noProof/>
                <w:webHidden/>
              </w:rPr>
              <w:t>iii</w:t>
            </w:r>
            <w:r>
              <w:rPr>
                <w:noProof/>
                <w:webHidden/>
              </w:rPr>
              <w:fldChar w:fldCharType="end"/>
            </w:r>
          </w:hyperlink>
        </w:p>
        <w:p w14:paraId="4C384E33" w14:textId="451C765D" w:rsidR="006B7A66" w:rsidRDefault="006B7A66">
          <w:pPr>
            <w:pStyle w:val="TOC1"/>
            <w:tabs>
              <w:tab w:val="right" w:leader="dot" w:pos="9112"/>
            </w:tabs>
            <w:rPr>
              <w:rFonts w:asciiTheme="minorHAnsi" w:hAnsiTheme="minorHAnsi"/>
              <w:noProof/>
              <w:kern w:val="2"/>
              <w:sz w:val="24"/>
              <w:szCs w:val="24"/>
              <w:lang w:val="en-ID" w:eastAsia="en-ID"/>
              <w14:ligatures w14:val="standardContextual"/>
            </w:rPr>
          </w:pPr>
          <w:hyperlink w:anchor="_Toc239875998" w:history="1">
            <w:r w:rsidRPr="00CA354F">
              <w:rPr>
                <w:rStyle w:val="Hyperlink"/>
                <w:rFonts w:ascii="Times New Roman" w:hAnsi="Times New Roman" w:cs="Times New Roman"/>
                <w:noProof/>
              </w:rPr>
              <w:t>BAB I</w:t>
            </w:r>
            <w:r>
              <w:rPr>
                <w:noProof/>
                <w:webHidden/>
              </w:rPr>
              <w:tab/>
            </w:r>
            <w:r>
              <w:rPr>
                <w:noProof/>
                <w:webHidden/>
              </w:rPr>
              <w:fldChar w:fldCharType="begin"/>
            </w:r>
            <w:r>
              <w:rPr>
                <w:noProof/>
                <w:webHidden/>
              </w:rPr>
              <w:instrText xml:space="preserve"> PAGEREF _Toc239875998 \h </w:instrText>
            </w:r>
            <w:r>
              <w:rPr>
                <w:noProof/>
                <w:webHidden/>
              </w:rPr>
            </w:r>
            <w:r>
              <w:rPr>
                <w:noProof/>
                <w:webHidden/>
              </w:rPr>
              <w:fldChar w:fldCharType="separate"/>
            </w:r>
            <w:r w:rsidR="005B7D68">
              <w:rPr>
                <w:noProof/>
                <w:webHidden/>
              </w:rPr>
              <w:t>1</w:t>
            </w:r>
            <w:r>
              <w:rPr>
                <w:noProof/>
                <w:webHidden/>
              </w:rPr>
              <w:fldChar w:fldCharType="end"/>
            </w:r>
          </w:hyperlink>
        </w:p>
        <w:p w14:paraId="271CE800" w14:textId="126D509F" w:rsidR="006B7A66" w:rsidRDefault="006B7A66">
          <w:pPr>
            <w:pStyle w:val="TOC1"/>
            <w:tabs>
              <w:tab w:val="right" w:leader="dot" w:pos="9112"/>
            </w:tabs>
            <w:rPr>
              <w:rFonts w:asciiTheme="minorHAnsi" w:hAnsiTheme="minorHAnsi"/>
              <w:noProof/>
              <w:kern w:val="2"/>
              <w:sz w:val="24"/>
              <w:szCs w:val="24"/>
              <w:lang w:val="en-ID" w:eastAsia="en-ID"/>
              <w14:ligatures w14:val="standardContextual"/>
            </w:rPr>
          </w:pPr>
          <w:hyperlink w:anchor="_Toc239875999" w:history="1">
            <w:r w:rsidRPr="00CA354F">
              <w:rPr>
                <w:rStyle w:val="Hyperlink"/>
                <w:rFonts w:ascii="Times New Roman" w:hAnsi="Times New Roman" w:cs="Times New Roman"/>
                <w:noProof/>
              </w:rPr>
              <w:t>PENDAHULUAN</w:t>
            </w:r>
            <w:r>
              <w:rPr>
                <w:noProof/>
                <w:webHidden/>
              </w:rPr>
              <w:tab/>
            </w:r>
            <w:r>
              <w:rPr>
                <w:noProof/>
                <w:webHidden/>
              </w:rPr>
              <w:fldChar w:fldCharType="begin"/>
            </w:r>
            <w:r>
              <w:rPr>
                <w:noProof/>
                <w:webHidden/>
              </w:rPr>
              <w:instrText xml:space="preserve"> PAGEREF _Toc239875999 \h </w:instrText>
            </w:r>
            <w:r>
              <w:rPr>
                <w:noProof/>
                <w:webHidden/>
              </w:rPr>
            </w:r>
            <w:r>
              <w:rPr>
                <w:noProof/>
                <w:webHidden/>
              </w:rPr>
              <w:fldChar w:fldCharType="separate"/>
            </w:r>
            <w:r w:rsidR="005B7D68">
              <w:rPr>
                <w:noProof/>
                <w:webHidden/>
              </w:rPr>
              <w:t>1</w:t>
            </w:r>
            <w:r>
              <w:rPr>
                <w:noProof/>
                <w:webHidden/>
              </w:rPr>
              <w:fldChar w:fldCharType="end"/>
            </w:r>
          </w:hyperlink>
        </w:p>
        <w:p w14:paraId="1AFD09F1" w14:textId="6C95E9AB" w:rsidR="006B7A66" w:rsidRDefault="006B7A66">
          <w:pPr>
            <w:pStyle w:val="TOC2"/>
            <w:tabs>
              <w:tab w:val="right" w:leader="dot" w:pos="9112"/>
            </w:tabs>
            <w:rPr>
              <w:rFonts w:asciiTheme="minorHAnsi" w:hAnsiTheme="minorHAnsi"/>
              <w:noProof/>
              <w:kern w:val="2"/>
              <w:sz w:val="24"/>
              <w:szCs w:val="24"/>
              <w:lang w:val="en-ID" w:eastAsia="en-ID"/>
              <w14:ligatures w14:val="standardContextual"/>
            </w:rPr>
          </w:pPr>
          <w:hyperlink w:anchor="_Toc239876000" w:history="1">
            <w:r w:rsidRPr="00CA354F">
              <w:rPr>
                <w:rStyle w:val="Hyperlink"/>
                <w:rFonts w:ascii="Times New Roman" w:hAnsi="Times New Roman" w:cs="Times New Roman"/>
                <w:noProof/>
              </w:rPr>
              <w:t>A. Latar Belakang</w:t>
            </w:r>
            <w:r>
              <w:rPr>
                <w:noProof/>
                <w:webHidden/>
              </w:rPr>
              <w:tab/>
            </w:r>
            <w:r>
              <w:rPr>
                <w:noProof/>
                <w:webHidden/>
              </w:rPr>
              <w:fldChar w:fldCharType="begin"/>
            </w:r>
            <w:r>
              <w:rPr>
                <w:noProof/>
                <w:webHidden/>
              </w:rPr>
              <w:instrText xml:space="preserve"> PAGEREF _Toc239876000 \h </w:instrText>
            </w:r>
            <w:r>
              <w:rPr>
                <w:noProof/>
                <w:webHidden/>
              </w:rPr>
            </w:r>
            <w:r>
              <w:rPr>
                <w:noProof/>
                <w:webHidden/>
              </w:rPr>
              <w:fldChar w:fldCharType="separate"/>
            </w:r>
            <w:r w:rsidR="005B7D68">
              <w:rPr>
                <w:noProof/>
                <w:webHidden/>
              </w:rPr>
              <w:t>1</w:t>
            </w:r>
            <w:r>
              <w:rPr>
                <w:noProof/>
                <w:webHidden/>
              </w:rPr>
              <w:fldChar w:fldCharType="end"/>
            </w:r>
          </w:hyperlink>
        </w:p>
        <w:p w14:paraId="78731007" w14:textId="6EC0FD62" w:rsidR="006B7A66" w:rsidRDefault="006B7A66">
          <w:pPr>
            <w:pStyle w:val="TOC2"/>
            <w:tabs>
              <w:tab w:val="right" w:leader="dot" w:pos="9112"/>
            </w:tabs>
            <w:rPr>
              <w:rFonts w:asciiTheme="minorHAnsi" w:hAnsiTheme="minorHAnsi"/>
              <w:noProof/>
              <w:kern w:val="2"/>
              <w:sz w:val="24"/>
              <w:szCs w:val="24"/>
              <w:lang w:val="en-ID" w:eastAsia="en-ID"/>
              <w14:ligatures w14:val="standardContextual"/>
            </w:rPr>
          </w:pPr>
          <w:hyperlink w:anchor="_Toc239876001" w:history="1">
            <w:r w:rsidRPr="00CA354F">
              <w:rPr>
                <w:rStyle w:val="Hyperlink"/>
                <w:rFonts w:ascii="Times New Roman" w:hAnsi="Times New Roman" w:cs="Times New Roman"/>
                <w:noProof/>
              </w:rPr>
              <w:t>B. Dasar Hukum</w:t>
            </w:r>
            <w:r>
              <w:rPr>
                <w:noProof/>
                <w:webHidden/>
              </w:rPr>
              <w:tab/>
            </w:r>
            <w:r>
              <w:rPr>
                <w:noProof/>
                <w:webHidden/>
              </w:rPr>
              <w:fldChar w:fldCharType="begin"/>
            </w:r>
            <w:r>
              <w:rPr>
                <w:noProof/>
                <w:webHidden/>
              </w:rPr>
              <w:instrText xml:space="preserve"> PAGEREF _Toc239876001 \h </w:instrText>
            </w:r>
            <w:r>
              <w:rPr>
                <w:noProof/>
                <w:webHidden/>
              </w:rPr>
            </w:r>
            <w:r>
              <w:rPr>
                <w:noProof/>
                <w:webHidden/>
              </w:rPr>
              <w:fldChar w:fldCharType="separate"/>
            </w:r>
            <w:r w:rsidR="005B7D68">
              <w:rPr>
                <w:noProof/>
                <w:webHidden/>
              </w:rPr>
              <w:t>2</w:t>
            </w:r>
            <w:r>
              <w:rPr>
                <w:noProof/>
                <w:webHidden/>
              </w:rPr>
              <w:fldChar w:fldCharType="end"/>
            </w:r>
          </w:hyperlink>
        </w:p>
        <w:p w14:paraId="713AE68F" w14:textId="33307E06" w:rsidR="006B7A66" w:rsidRDefault="006B7A66">
          <w:pPr>
            <w:pStyle w:val="TOC2"/>
            <w:tabs>
              <w:tab w:val="right" w:leader="dot" w:pos="9112"/>
            </w:tabs>
            <w:rPr>
              <w:rFonts w:asciiTheme="minorHAnsi" w:hAnsiTheme="minorHAnsi"/>
              <w:noProof/>
              <w:kern w:val="2"/>
              <w:sz w:val="24"/>
              <w:szCs w:val="24"/>
              <w:lang w:val="en-ID" w:eastAsia="en-ID"/>
              <w14:ligatures w14:val="standardContextual"/>
            </w:rPr>
          </w:pPr>
          <w:hyperlink w:anchor="_Toc239876002" w:history="1">
            <w:r w:rsidRPr="00CA354F">
              <w:rPr>
                <w:rStyle w:val="Hyperlink"/>
                <w:rFonts w:ascii="Times New Roman" w:hAnsi="Times New Roman" w:cs="Times New Roman"/>
                <w:noProof/>
              </w:rPr>
              <w:t>C. Tujuan</w:t>
            </w:r>
            <w:r>
              <w:rPr>
                <w:noProof/>
                <w:webHidden/>
              </w:rPr>
              <w:tab/>
            </w:r>
            <w:r>
              <w:rPr>
                <w:noProof/>
                <w:webHidden/>
              </w:rPr>
              <w:fldChar w:fldCharType="begin"/>
            </w:r>
            <w:r>
              <w:rPr>
                <w:noProof/>
                <w:webHidden/>
              </w:rPr>
              <w:instrText xml:space="preserve"> PAGEREF _Toc239876002 \h </w:instrText>
            </w:r>
            <w:r>
              <w:rPr>
                <w:noProof/>
                <w:webHidden/>
              </w:rPr>
            </w:r>
            <w:r>
              <w:rPr>
                <w:noProof/>
                <w:webHidden/>
              </w:rPr>
              <w:fldChar w:fldCharType="separate"/>
            </w:r>
            <w:r w:rsidR="005B7D68">
              <w:rPr>
                <w:noProof/>
                <w:webHidden/>
              </w:rPr>
              <w:t>3</w:t>
            </w:r>
            <w:r>
              <w:rPr>
                <w:noProof/>
                <w:webHidden/>
              </w:rPr>
              <w:fldChar w:fldCharType="end"/>
            </w:r>
          </w:hyperlink>
        </w:p>
        <w:p w14:paraId="7BABEC43" w14:textId="7D88AFE4" w:rsidR="006B7A66" w:rsidRDefault="006B7A66">
          <w:pPr>
            <w:pStyle w:val="TOC2"/>
            <w:tabs>
              <w:tab w:val="right" w:leader="dot" w:pos="9112"/>
            </w:tabs>
            <w:rPr>
              <w:rFonts w:asciiTheme="minorHAnsi" w:hAnsiTheme="minorHAnsi"/>
              <w:noProof/>
              <w:kern w:val="2"/>
              <w:sz w:val="24"/>
              <w:szCs w:val="24"/>
              <w:lang w:val="en-ID" w:eastAsia="en-ID"/>
              <w14:ligatures w14:val="standardContextual"/>
            </w:rPr>
          </w:pPr>
          <w:hyperlink w:anchor="_Toc239876003" w:history="1">
            <w:r w:rsidRPr="00CA354F">
              <w:rPr>
                <w:rStyle w:val="Hyperlink"/>
                <w:rFonts w:ascii="Times New Roman" w:hAnsi="Times New Roman" w:cs="Times New Roman"/>
                <w:noProof/>
              </w:rPr>
              <w:t>D. Manfaat</w:t>
            </w:r>
            <w:r>
              <w:rPr>
                <w:noProof/>
                <w:webHidden/>
              </w:rPr>
              <w:tab/>
            </w:r>
            <w:r>
              <w:rPr>
                <w:noProof/>
                <w:webHidden/>
              </w:rPr>
              <w:fldChar w:fldCharType="begin"/>
            </w:r>
            <w:r>
              <w:rPr>
                <w:noProof/>
                <w:webHidden/>
              </w:rPr>
              <w:instrText xml:space="preserve"> PAGEREF _Toc239876003 \h </w:instrText>
            </w:r>
            <w:r>
              <w:rPr>
                <w:noProof/>
                <w:webHidden/>
              </w:rPr>
            </w:r>
            <w:r>
              <w:rPr>
                <w:noProof/>
                <w:webHidden/>
              </w:rPr>
              <w:fldChar w:fldCharType="separate"/>
            </w:r>
            <w:r w:rsidR="005B7D68">
              <w:rPr>
                <w:noProof/>
                <w:webHidden/>
              </w:rPr>
              <w:t>3</w:t>
            </w:r>
            <w:r>
              <w:rPr>
                <w:noProof/>
                <w:webHidden/>
              </w:rPr>
              <w:fldChar w:fldCharType="end"/>
            </w:r>
          </w:hyperlink>
        </w:p>
        <w:p w14:paraId="0D93D156" w14:textId="4BC216C1" w:rsidR="006B7A66" w:rsidRDefault="006B7A66">
          <w:pPr>
            <w:pStyle w:val="TOC1"/>
            <w:tabs>
              <w:tab w:val="right" w:leader="dot" w:pos="9112"/>
            </w:tabs>
            <w:rPr>
              <w:rFonts w:asciiTheme="minorHAnsi" w:hAnsiTheme="minorHAnsi"/>
              <w:noProof/>
              <w:kern w:val="2"/>
              <w:sz w:val="24"/>
              <w:szCs w:val="24"/>
              <w:lang w:val="en-ID" w:eastAsia="en-ID"/>
              <w14:ligatures w14:val="standardContextual"/>
            </w:rPr>
          </w:pPr>
          <w:hyperlink w:anchor="_Toc239876004" w:history="1">
            <w:r w:rsidRPr="00CA354F">
              <w:rPr>
                <w:rStyle w:val="Hyperlink"/>
                <w:rFonts w:ascii="Times New Roman" w:hAnsi="Times New Roman" w:cs="Times New Roman"/>
                <w:noProof/>
              </w:rPr>
              <w:t>BAB II</w:t>
            </w:r>
            <w:r>
              <w:rPr>
                <w:noProof/>
                <w:webHidden/>
              </w:rPr>
              <w:tab/>
            </w:r>
            <w:r>
              <w:rPr>
                <w:noProof/>
                <w:webHidden/>
              </w:rPr>
              <w:fldChar w:fldCharType="begin"/>
            </w:r>
            <w:r>
              <w:rPr>
                <w:noProof/>
                <w:webHidden/>
              </w:rPr>
              <w:instrText xml:space="preserve"> PAGEREF _Toc239876004 \h </w:instrText>
            </w:r>
            <w:r>
              <w:rPr>
                <w:noProof/>
                <w:webHidden/>
              </w:rPr>
            </w:r>
            <w:r>
              <w:rPr>
                <w:noProof/>
                <w:webHidden/>
              </w:rPr>
              <w:fldChar w:fldCharType="separate"/>
            </w:r>
            <w:r w:rsidR="005B7D68">
              <w:rPr>
                <w:noProof/>
                <w:webHidden/>
              </w:rPr>
              <w:t>5</w:t>
            </w:r>
            <w:r>
              <w:rPr>
                <w:noProof/>
                <w:webHidden/>
              </w:rPr>
              <w:fldChar w:fldCharType="end"/>
            </w:r>
          </w:hyperlink>
        </w:p>
        <w:p w14:paraId="7AD2819E" w14:textId="25DF5429" w:rsidR="006B7A66" w:rsidRDefault="006B7A66">
          <w:pPr>
            <w:pStyle w:val="TOC1"/>
            <w:tabs>
              <w:tab w:val="right" w:leader="dot" w:pos="9112"/>
            </w:tabs>
            <w:rPr>
              <w:rFonts w:asciiTheme="minorHAnsi" w:hAnsiTheme="minorHAnsi"/>
              <w:noProof/>
              <w:kern w:val="2"/>
              <w:sz w:val="24"/>
              <w:szCs w:val="24"/>
              <w:lang w:val="en-ID" w:eastAsia="en-ID"/>
              <w14:ligatures w14:val="standardContextual"/>
            </w:rPr>
          </w:pPr>
          <w:hyperlink w:anchor="_Toc239876005" w:history="1">
            <w:r w:rsidRPr="00CA354F">
              <w:rPr>
                <w:rStyle w:val="Hyperlink"/>
                <w:rFonts w:ascii="Times New Roman" w:hAnsi="Times New Roman" w:cs="Times New Roman"/>
                <w:noProof/>
              </w:rPr>
              <w:t>STRATEGI PELAKSANAAN</w:t>
            </w:r>
            <w:r>
              <w:rPr>
                <w:noProof/>
                <w:webHidden/>
              </w:rPr>
              <w:tab/>
            </w:r>
            <w:r>
              <w:rPr>
                <w:noProof/>
                <w:webHidden/>
              </w:rPr>
              <w:fldChar w:fldCharType="begin"/>
            </w:r>
            <w:r>
              <w:rPr>
                <w:noProof/>
                <w:webHidden/>
              </w:rPr>
              <w:instrText xml:space="preserve"> PAGEREF _Toc239876005 \h </w:instrText>
            </w:r>
            <w:r>
              <w:rPr>
                <w:noProof/>
                <w:webHidden/>
              </w:rPr>
            </w:r>
            <w:r>
              <w:rPr>
                <w:noProof/>
                <w:webHidden/>
              </w:rPr>
              <w:fldChar w:fldCharType="separate"/>
            </w:r>
            <w:r w:rsidR="005B7D68">
              <w:rPr>
                <w:noProof/>
                <w:webHidden/>
              </w:rPr>
              <w:t>5</w:t>
            </w:r>
            <w:r>
              <w:rPr>
                <w:noProof/>
                <w:webHidden/>
              </w:rPr>
              <w:fldChar w:fldCharType="end"/>
            </w:r>
          </w:hyperlink>
        </w:p>
        <w:p w14:paraId="78C37F22" w14:textId="63751C42" w:rsidR="006B7A66" w:rsidRDefault="006B7A66">
          <w:pPr>
            <w:pStyle w:val="TOC2"/>
            <w:tabs>
              <w:tab w:val="right" w:leader="dot" w:pos="9112"/>
            </w:tabs>
            <w:rPr>
              <w:rFonts w:asciiTheme="minorHAnsi" w:hAnsiTheme="minorHAnsi"/>
              <w:noProof/>
              <w:kern w:val="2"/>
              <w:sz w:val="24"/>
              <w:szCs w:val="24"/>
              <w:lang w:val="en-ID" w:eastAsia="en-ID"/>
              <w14:ligatures w14:val="standardContextual"/>
            </w:rPr>
          </w:pPr>
          <w:hyperlink w:anchor="_Toc239876006" w:history="1">
            <w:r w:rsidRPr="00CA354F">
              <w:rPr>
                <w:rStyle w:val="Hyperlink"/>
                <w:rFonts w:ascii="Times New Roman" w:hAnsi="Times New Roman" w:cs="Times New Roman"/>
                <w:noProof/>
              </w:rPr>
              <w:t>A. Tim Pengembang Madrasah</w:t>
            </w:r>
            <w:r>
              <w:rPr>
                <w:noProof/>
                <w:webHidden/>
              </w:rPr>
              <w:tab/>
            </w:r>
            <w:r>
              <w:rPr>
                <w:noProof/>
                <w:webHidden/>
              </w:rPr>
              <w:fldChar w:fldCharType="begin"/>
            </w:r>
            <w:r>
              <w:rPr>
                <w:noProof/>
                <w:webHidden/>
              </w:rPr>
              <w:instrText xml:space="preserve"> PAGEREF _Toc239876006 \h </w:instrText>
            </w:r>
            <w:r>
              <w:rPr>
                <w:noProof/>
                <w:webHidden/>
              </w:rPr>
            </w:r>
            <w:r>
              <w:rPr>
                <w:noProof/>
                <w:webHidden/>
              </w:rPr>
              <w:fldChar w:fldCharType="separate"/>
            </w:r>
            <w:r w:rsidR="005B7D68">
              <w:rPr>
                <w:noProof/>
                <w:webHidden/>
              </w:rPr>
              <w:t>5</w:t>
            </w:r>
            <w:r>
              <w:rPr>
                <w:noProof/>
                <w:webHidden/>
              </w:rPr>
              <w:fldChar w:fldCharType="end"/>
            </w:r>
          </w:hyperlink>
        </w:p>
        <w:p w14:paraId="7EF13B8D" w14:textId="45D6F5E6" w:rsidR="006B7A66" w:rsidRDefault="006B7A66">
          <w:pPr>
            <w:pStyle w:val="TOC2"/>
            <w:tabs>
              <w:tab w:val="right" w:leader="dot" w:pos="9112"/>
            </w:tabs>
            <w:rPr>
              <w:rFonts w:asciiTheme="minorHAnsi" w:hAnsiTheme="minorHAnsi"/>
              <w:noProof/>
              <w:kern w:val="2"/>
              <w:sz w:val="24"/>
              <w:szCs w:val="24"/>
              <w:lang w:val="en-ID" w:eastAsia="en-ID"/>
              <w14:ligatures w14:val="standardContextual"/>
            </w:rPr>
          </w:pPr>
          <w:hyperlink w:anchor="_Toc239876007" w:history="1">
            <w:r w:rsidRPr="00CA354F">
              <w:rPr>
                <w:rStyle w:val="Hyperlink"/>
                <w:rFonts w:ascii="Times New Roman" w:hAnsi="Times New Roman" w:cs="Times New Roman"/>
                <w:noProof/>
              </w:rPr>
              <w:t>B. Prinsip Pelaksanaan Program</w:t>
            </w:r>
            <w:r>
              <w:rPr>
                <w:noProof/>
                <w:webHidden/>
              </w:rPr>
              <w:tab/>
            </w:r>
            <w:r>
              <w:rPr>
                <w:noProof/>
                <w:webHidden/>
              </w:rPr>
              <w:fldChar w:fldCharType="begin"/>
            </w:r>
            <w:r>
              <w:rPr>
                <w:noProof/>
                <w:webHidden/>
              </w:rPr>
              <w:instrText xml:space="preserve"> PAGEREF _Toc239876007 \h </w:instrText>
            </w:r>
            <w:r>
              <w:rPr>
                <w:noProof/>
                <w:webHidden/>
              </w:rPr>
            </w:r>
            <w:r>
              <w:rPr>
                <w:noProof/>
                <w:webHidden/>
              </w:rPr>
              <w:fldChar w:fldCharType="separate"/>
            </w:r>
            <w:r w:rsidR="005B7D68">
              <w:rPr>
                <w:noProof/>
                <w:webHidden/>
              </w:rPr>
              <w:t>5</w:t>
            </w:r>
            <w:r>
              <w:rPr>
                <w:noProof/>
                <w:webHidden/>
              </w:rPr>
              <w:fldChar w:fldCharType="end"/>
            </w:r>
          </w:hyperlink>
        </w:p>
        <w:p w14:paraId="07868856" w14:textId="5385E817" w:rsidR="006B7A66" w:rsidRDefault="006B7A66">
          <w:pPr>
            <w:pStyle w:val="TOC2"/>
            <w:tabs>
              <w:tab w:val="right" w:leader="dot" w:pos="9112"/>
            </w:tabs>
            <w:rPr>
              <w:rFonts w:asciiTheme="minorHAnsi" w:hAnsiTheme="minorHAnsi"/>
              <w:noProof/>
              <w:kern w:val="2"/>
              <w:sz w:val="24"/>
              <w:szCs w:val="24"/>
              <w:lang w:val="en-ID" w:eastAsia="en-ID"/>
              <w14:ligatures w14:val="standardContextual"/>
            </w:rPr>
          </w:pPr>
          <w:hyperlink w:anchor="_Toc239876008" w:history="1">
            <w:r w:rsidRPr="00CA354F">
              <w:rPr>
                <w:rStyle w:val="Hyperlink"/>
                <w:rFonts w:ascii="Times New Roman" w:hAnsi="Times New Roman" w:cs="Times New Roman"/>
                <w:noProof/>
              </w:rPr>
              <w:t>C. Bentuk-Bentuk Program Kewirausahaan</w:t>
            </w:r>
            <w:r>
              <w:rPr>
                <w:noProof/>
                <w:webHidden/>
              </w:rPr>
              <w:tab/>
            </w:r>
            <w:r>
              <w:rPr>
                <w:noProof/>
                <w:webHidden/>
              </w:rPr>
              <w:fldChar w:fldCharType="begin"/>
            </w:r>
            <w:r>
              <w:rPr>
                <w:noProof/>
                <w:webHidden/>
              </w:rPr>
              <w:instrText xml:space="preserve"> PAGEREF _Toc239876008 \h </w:instrText>
            </w:r>
            <w:r>
              <w:rPr>
                <w:noProof/>
                <w:webHidden/>
              </w:rPr>
            </w:r>
            <w:r>
              <w:rPr>
                <w:noProof/>
                <w:webHidden/>
              </w:rPr>
              <w:fldChar w:fldCharType="separate"/>
            </w:r>
            <w:r w:rsidR="005B7D68">
              <w:rPr>
                <w:noProof/>
                <w:webHidden/>
              </w:rPr>
              <w:t>5</w:t>
            </w:r>
            <w:r>
              <w:rPr>
                <w:noProof/>
                <w:webHidden/>
              </w:rPr>
              <w:fldChar w:fldCharType="end"/>
            </w:r>
          </w:hyperlink>
        </w:p>
        <w:p w14:paraId="4F290550" w14:textId="56EA7976" w:rsidR="006B7A66" w:rsidRDefault="006B7A66">
          <w:pPr>
            <w:pStyle w:val="TOC3"/>
            <w:tabs>
              <w:tab w:val="right" w:leader="dot" w:pos="9112"/>
            </w:tabs>
            <w:rPr>
              <w:rFonts w:asciiTheme="minorHAnsi" w:hAnsiTheme="minorHAnsi"/>
              <w:noProof/>
              <w:kern w:val="2"/>
              <w:sz w:val="24"/>
              <w:szCs w:val="24"/>
              <w:lang w:val="en-ID" w:eastAsia="en-ID"/>
              <w14:ligatures w14:val="standardContextual"/>
            </w:rPr>
          </w:pPr>
          <w:hyperlink w:anchor="_Toc239876009" w:history="1">
            <w:r w:rsidRPr="00CA354F">
              <w:rPr>
                <w:rStyle w:val="Hyperlink"/>
                <w:rFonts w:ascii="Times New Roman" w:hAnsi="Times New Roman" w:cs="Times New Roman"/>
                <w:noProof/>
              </w:rPr>
              <w:t>1. Tata Busana</w:t>
            </w:r>
            <w:r>
              <w:rPr>
                <w:noProof/>
                <w:webHidden/>
              </w:rPr>
              <w:tab/>
            </w:r>
            <w:r>
              <w:rPr>
                <w:noProof/>
                <w:webHidden/>
              </w:rPr>
              <w:fldChar w:fldCharType="begin"/>
            </w:r>
            <w:r>
              <w:rPr>
                <w:noProof/>
                <w:webHidden/>
              </w:rPr>
              <w:instrText xml:space="preserve"> PAGEREF _Toc239876009 \h </w:instrText>
            </w:r>
            <w:r>
              <w:rPr>
                <w:noProof/>
                <w:webHidden/>
              </w:rPr>
            </w:r>
            <w:r>
              <w:rPr>
                <w:noProof/>
                <w:webHidden/>
              </w:rPr>
              <w:fldChar w:fldCharType="separate"/>
            </w:r>
            <w:r w:rsidR="005B7D68">
              <w:rPr>
                <w:noProof/>
                <w:webHidden/>
              </w:rPr>
              <w:t>5</w:t>
            </w:r>
            <w:r>
              <w:rPr>
                <w:noProof/>
                <w:webHidden/>
              </w:rPr>
              <w:fldChar w:fldCharType="end"/>
            </w:r>
          </w:hyperlink>
        </w:p>
        <w:p w14:paraId="73BD9F22" w14:textId="72C5C245" w:rsidR="006B7A66" w:rsidRDefault="006B7A66">
          <w:pPr>
            <w:pStyle w:val="TOC3"/>
            <w:tabs>
              <w:tab w:val="right" w:leader="dot" w:pos="9112"/>
            </w:tabs>
            <w:rPr>
              <w:rFonts w:asciiTheme="minorHAnsi" w:hAnsiTheme="minorHAnsi"/>
              <w:noProof/>
              <w:kern w:val="2"/>
              <w:sz w:val="24"/>
              <w:szCs w:val="24"/>
              <w:lang w:val="en-ID" w:eastAsia="en-ID"/>
              <w14:ligatures w14:val="standardContextual"/>
            </w:rPr>
          </w:pPr>
          <w:hyperlink w:anchor="_Toc239876010" w:history="1">
            <w:r w:rsidRPr="00CA354F">
              <w:rPr>
                <w:rStyle w:val="Hyperlink"/>
                <w:rFonts w:ascii="Times New Roman" w:hAnsi="Times New Roman" w:cs="Times New Roman"/>
                <w:noProof/>
              </w:rPr>
              <w:t>2. Tata Boga dan Kewirausahaan Kuliner</w:t>
            </w:r>
            <w:r>
              <w:rPr>
                <w:noProof/>
                <w:webHidden/>
              </w:rPr>
              <w:tab/>
            </w:r>
            <w:r>
              <w:rPr>
                <w:noProof/>
                <w:webHidden/>
              </w:rPr>
              <w:fldChar w:fldCharType="begin"/>
            </w:r>
            <w:r>
              <w:rPr>
                <w:noProof/>
                <w:webHidden/>
              </w:rPr>
              <w:instrText xml:space="preserve"> PAGEREF _Toc239876010 \h </w:instrText>
            </w:r>
            <w:r>
              <w:rPr>
                <w:noProof/>
                <w:webHidden/>
              </w:rPr>
            </w:r>
            <w:r>
              <w:rPr>
                <w:noProof/>
                <w:webHidden/>
              </w:rPr>
              <w:fldChar w:fldCharType="separate"/>
            </w:r>
            <w:r w:rsidR="005B7D68">
              <w:rPr>
                <w:noProof/>
                <w:webHidden/>
              </w:rPr>
              <w:t>6</w:t>
            </w:r>
            <w:r>
              <w:rPr>
                <w:noProof/>
                <w:webHidden/>
              </w:rPr>
              <w:fldChar w:fldCharType="end"/>
            </w:r>
          </w:hyperlink>
        </w:p>
        <w:p w14:paraId="4C8EC9B8" w14:textId="7F05884C" w:rsidR="006B7A66" w:rsidRDefault="006B7A66">
          <w:pPr>
            <w:pStyle w:val="TOC3"/>
            <w:tabs>
              <w:tab w:val="right" w:leader="dot" w:pos="9112"/>
            </w:tabs>
            <w:rPr>
              <w:rFonts w:asciiTheme="minorHAnsi" w:hAnsiTheme="minorHAnsi"/>
              <w:noProof/>
              <w:kern w:val="2"/>
              <w:sz w:val="24"/>
              <w:szCs w:val="24"/>
              <w:lang w:val="en-ID" w:eastAsia="en-ID"/>
              <w14:ligatures w14:val="standardContextual"/>
            </w:rPr>
          </w:pPr>
          <w:hyperlink w:anchor="_Toc239876011" w:history="1">
            <w:r w:rsidRPr="00CA354F">
              <w:rPr>
                <w:rStyle w:val="Hyperlink"/>
                <w:rFonts w:ascii="Times New Roman" w:hAnsi="Times New Roman" w:cs="Times New Roman"/>
                <w:noProof/>
              </w:rPr>
              <w:t>3. Multimedia</w:t>
            </w:r>
            <w:r>
              <w:rPr>
                <w:noProof/>
                <w:webHidden/>
              </w:rPr>
              <w:tab/>
            </w:r>
            <w:r>
              <w:rPr>
                <w:noProof/>
                <w:webHidden/>
              </w:rPr>
              <w:fldChar w:fldCharType="begin"/>
            </w:r>
            <w:r>
              <w:rPr>
                <w:noProof/>
                <w:webHidden/>
              </w:rPr>
              <w:instrText xml:space="preserve"> PAGEREF _Toc239876011 \h </w:instrText>
            </w:r>
            <w:r>
              <w:rPr>
                <w:noProof/>
                <w:webHidden/>
              </w:rPr>
            </w:r>
            <w:r>
              <w:rPr>
                <w:noProof/>
                <w:webHidden/>
              </w:rPr>
              <w:fldChar w:fldCharType="separate"/>
            </w:r>
            <w:r w:rsidR="005B7D68">
              <w:rPr>
                <w:noProof/>
                <w:webHidden/>
              </w:rPr>
              <w:t>6</w:t>
            </w:r>
            <w:r>
              <w:rPr>
                <w:noProof/>
                <w:webHidden/>
              </w:rPr>
              <w:fldChar w:fldCharType="end"/>
            </w:r>
          </w:hyperlink>
        </w:p>
        <w:p w14:paraId="1CDD871D" w14:textId="3D52134F" w:rsidR="006B7A66" w:rsidRDefault="006B7A66">
          <w:pPr>
            <w:pStyle w:val="TOC3"/>
            <w:tabs>
              <w:tab w:val="right" w:leader="dot" w:pos="9112"/>
            </w:tabs>
            <w:rPr>
              <w:rFonts w:asciiTheme="minorHAnsi" w:hAnsiTheme="minorHAnsi"/>
              <w:noProof/>
              <w:kern w:val="2"/>
              <w:sz w:val="24"/>
              <w:szCs w:val="24"/>
              <w:lang w:val="en-ID" w:eastAsia="en-ID"/>
              <w14:ligatures w14:val="standardContextual"/>
            </w:rPr>
          </w:pPr>
          <w:hyperlink w:anchor="_Toc239876012" w:history="1">
            <w:r w:rsidRPr="00CA354F">
              <w:rPr>
                <w:rStyle w:val="Hyperlink"/>
                <w:rFonts w:ascii="Times New Roman" w:hAnsi="Times New Roman" w:cs="Times New Roman"/>
                <w:noProof/>
              </w:rPr>
              <w:t>4. Koperasi Madrasah</w:t>
            </w:r>
            <w:r>
              <w:rPr>
                <w:noProof/>
                <w:webHidden/>
              </w:rPr>
              <w:tab/>
            </w:r>
            <w:r>
              <w:rPr>
                <w:noProof/>
                <w:webHidden/>
              </w:rPr>
              <w:fldChar w:fldCharType="begin"/>
            </w:r>
            <w:r>
              <w:rPr>
                <w:noProof/>
                <w:webHidden/>
              </w:rPr>
              <w:instrText xml:space="preserve"> PAGEREF _Toc239876012 \h </w:instrText>
            </w:r>
            <w:r>
              <w:rPr>
                <w:noProof/>
                <w:webHidden/>
              </w:rPr>
            </w:r>
            <w:r>
              <w:rPr>
                <w:noProof/>
                <w:webHidden/>
              </w:rPr>
              <w:fldChar w:fldCharType="separate"/>
            </w:r>
            <w:r w:rsidR="005B7D68">
              <w:rPr>
                <w:noProof/>
                <w:webHidden/>
              </w:rPr>
              <w:t>7</w:t>
            </w:r>
            <w:r>
              <w:rPr>
                <w:noProof/>
                <w:webHidden/>
              </w:rPr>
              <w:fldChar w:fldCharType="end"/>
            </w:r>
          </w:hyperlink>
        </w:p>
        <w:p w14:paraId="79953341" w14:textId="0650379F" w:rsidR="006B7A66" w:rsidRDefault="006B7A66">
          <w:pPr>
            <w:pStyle w:val="TOC3"/>
            <w:tabs>
              <w:tab w:val="right" w:leader="dot" w:pos="9112"/>
            </w:tabs>
            <w:rPr>
              <w:rFonts w:asciiTheme="minorHAnsi" w:hAnsiTheme="minorHAnsi"/>
              <w:noProof/>
              <w:kern w:val="2"/>
              <w:sz w:val="24"/>
              <w:szCs w:val="24"/>
              <w:lang w:val="en-ID" w:eastAsia="en-ID"/>
              <w14:ligatures w14:val="standardContextual"/>
            </w:rPr>
          </w:pPr>
          <w:hyperlink w:anchor="_Toc239876013" w:history="1">
            <w:r w:rsidRPr="00CA354F">
              <w:rPr>
                <w:rStyle w:val="Hyperlink"/>
                <w:rFonts w:ascii="Times New Roman" w:hAnsi="Times New Roman" w:cs="Times New Roman"/>
                <w:noProof/>
              </w:rPr>
              <w:t>5. Kantin Sekolah/Kantin Sehat</w:t>
            </w:r>
            <w:r>
              <w:rPr>
                <w:noProof/>
                <w:webHidden/>
              </w:rPr>
              <w:tab/>
            </w:r>
            <w:r>
              <w:rPr>
                <w:noProof/>
                <w:webHidden/>
              </w:rPr>
              <w:fldChar w:fldCharType="begin"/>
            </w:r>
            <w:r>
              <w:rPr>
                <w:noProof/>
                <w:webHidden/>
              </w:rPr>
              <w:instrText xml:space="preserve"> PAGEREF _Toc239876013 \h </w:instrText>
            </w:r>
            <w:r>
              <w:rPr>
                <w:noProof/>
                <w:webHidden/>
              </w:rPr>
            </w:r>
            <w:r>
              <w:rPr>
                <w:noProof/>
                <w:webHidden/>
              </w:rPr>
              <w:fldChar w:fldCharType="separate"/>
            </w:r>
            <w:r w:rsidR="005B7D68">
              <w:rPr>
                <w:noProof/>
                <w:webHidden/>
              </w:rPr>
              <w:t>7</w:t>
            </w:r>
            <w:r>
              <w:rPr>
                <w:noProof/>
                <w:webHidden/>
              </w:rPr>
              <w:fldChar w:fldCharType="end"/>
            </w:r>
          </w:hyperlink>
        </w:p>
        <w:p w14:paraId="6BDC4F01" w14:textId="66A9DC31" w:rsidR="006B7A66" w:rsidRDefault="006B7A66">
          <w:pPr>
            <w:pStyle w:val="TOC3"/>
            <w:tabs>
              <w:tab w:val="right" w:leader="dot" w:pos="9112"/>
            </w:tabs>
            <w:rPr>
              <w:rFonts w:asciiTheme="minorHAnsi" w:hAnsiTheme="minorHAnsi"/>
              <w:noProof/>
              <w:kern w:val="2"/>
              <w:sz w:val="24"/>
              <w:szCs w:val="24"/>
              <w:lang w:val="en-ID" w:eastAsia="en-ID"/>
              <w14:ligatures w14:val="standardContextual"/>
            </w:rPr>
          </w:pPr>
          <w:hyperlink w:anchor="_Toc239876014" w:history="1">
            <w:r w:rsidRPr="00CA354F">
              <w:rPr>
                <w:rStyle w:val="Hyperlink"/>
                <w:rFonts w:ascii="Times New Roman" w:hAnsi="Times New Roman" w:cs="Times New Roman"/>
                <w:noProof/>
              </w:rPr>
              <w:t>6. Nilai Kewirausahaan Terintegrasi dalam Mata Pelajaran</w:t>
            </w:r>
            <w:r>
              <w:rPr>
                <w:noProof/>
                <w:webHidden/>
              </w:rPr>
              <w:tab/>
            </w:r>
            <w:r>
              <w:rPr>
                <w:noProof/>
                <w:webHidden/>
              </w:rPr>
              <w:fldChar w:fldCharType="begin"/>
            </w:r>
            <w:r>
              <w:rPr>
                <w:noProof/>
                <w:webHidden/>
              </w:rPr>
              <w:instrText xml:space="preserve"> PAGEREF _Toc239876014 \h </w:instrText>
            </w:r>
            <w:r>
              <w:rPr>
                <w:noProof/>
                <w:webHidden/>
              </w:rPr>
            </w:r>
            <w:r>
              <w:rPr>
                <w:noProof/>
                <w:webHidden/>
              </w:rPr>
              <w:fldChar w:fldCharType="separate"/>
            </w:r>
            <w:r w:rsidR="005B7D68">
              <w:rPr>
                <w:noProof/>
                <w:webHidden/>
              </w:rPr>
              <w:t>7</w:t>
            </w:r>
            <w:r>
              <w:rPr>
                <w:noProof/>
                <w:webHidden/>
              </w:rPr>
              <w:fldChar w:fldCharType="end"/>
            </w:r>
          </w:hyperlink>
        </w:p>
        <w:p w14:paraId="7DCFC615" w14:textId="196538EA" w:rsidR="006B7A66" w:rsidRDefault="006B7A66">
          <w:pPr>
            <w:pStyle w:val="TOC3"/>
            <w:tabs>
              <w:tab w:val="right" w:leader="dot" w:pos="9112"/>
            </w:tabs>
            <w:rPr>
              <w:rFonts w:asciiTheme="minorHAnsi" w:hAnsiTheme="minorHAnsi"/>
              <w:noProof/>
              <w:kern w:val="2"/>
              <w:sz w:val="24"/>
              <w:szCs w:val="24"/>
              <w:lang w:val="en-ID" w:eastAsia="en-ID"/>
              <w14:ligatures w14:val="standardContextual"/>
            </w:rPr>
          </w:pPr>
          <w:hyperlink w:anchor="_Toc239876015" w:history="1">
            <w:r w:rsidRPr="00CA354F">
              <w:rPr>
                <w:rStyle w:val="Hyperlink"/>
                <w:rFonts w:ascii="Times New Roman" w:hAnsi="Times New Roman" w:cs="Times New Roman"/>
                <w:noProof/>
              </w:rPr>
              <w:t>7. Kunjungan ke Tempat-Tempat Produksi Barang atau Jasa</w:t>
            </w:r>
            <w:r>
              <w:rPr>
                <w:noProof/>
                <w:webHidden/>
              </w:rPr>
              <w:tab/>
              <w:t>8</w:t>
            </w:r>
          </w:hyperlink>
        </w:p>
        <w:p w14:paraId="26EF030D" w14:textId="06E6A143" w:rsidR="006B7A66" w:rsidRDefault="006B7A66">
          <w:pPr>
            <w:pStyle w:val="TOC3"/>
            <w:tabs>
              <w:tab w:val="right" w:leader="dot" w:pos="9112"/>
            </w:tabs>
            <w:rPr>
              <w:rFonts w:asciiTheme="minorHAnsi" w:hAnsiTheme="minorHAnsi"/>
              <w:noProof/>
              <w:kern w:val="2"/>
              <w:sz w:val="24"/>
              <w:szCs w:val="24"/>
              <w:lang w:val="en-ID" w:eastAsia="en-ID"/>
              <w14:ligatures w14:val="standardContextual"/>
            </w:rPr>
          </w:pPr>
          <w:hyperlink w:anchor="_Toc239876016" w:history="1">
            <w:r w:rsidRPr="00CA354F">
              <w:rPr>
                <w:rStyle w:val="Hyperlink"/>
                <w:rFonts w:ascii="Times New Roman" w:hAnsi="Times New Roman" w:cs="Times New Roman"/>
                <w:noProof/>
              </w:rPr>
              <w:t>8. Minat dalam Berwirausaha Secara Online</w:t>
            </w:r>
            <w:r>
              <w:rPr>
                <w:noProof/>
                <w:webHidden/>
              </w:rPr>
              <w:tab/>
              <w:t>8</w:t>
            </w:r>
          </w:hyperlink>
        </w:p>
        <w:p w14:paraId="3A54C118" w14:textId="2439F566" w:rsidR="006B7A66" w:rsidRDefault="006B7A66">
          <w:pPr>
            <w:pStyle w:val="TOC3"/>
            <w:tabs>
              <w:tab w:val="right" w:leader="dot" w:pos="9112"/>
            </w:tabs>
            <w:rPr>
              <w:rFonts w:asciiTheme="minorHAnsi" w:hAnsiTheme="minorHAnsi"/>
              <w:noProof/>
              <w:kern w:val="2"/>
              <w:sz w:val="24"/>
              <w:szCs w:val="24"/>
              <w:lang w:val="en-ID" w:eastAsia="en-ID"/>
              <w14:ligatures w14:val="standardContextual"/>
            </w:rPr>
          </w:pPr>
          <w:hyperlink w:anchor="_Toc239876017" w:history="1">
            <w:r w:rsidRPr="00CA354F">
              <w:rPr>
                <w:rStyle w:val="Hyperlink"/>
                <w:rFonts w:ascii="Times New Roman" w:hAnsi="Times New Roman" w:cs="Times New Roman"/>
                <w:noProof/>
              </w:rPr>
              <w:t>9. Mengadakan Bazar/Pameran/Event Sekolah</w:t>
            </w:r>
            <w:r>
              <w:rPr>
                <w:noProof/>
                <w:webHidden/>
              </w:rPr>
              <w:tab/>
              <w:t>8</w:t>
            </w:r>
          </w:hyperlink>
        </w:p>
        <w:p w14:paraId="60809879" w14:textId="59A9F832" w:rsidR="006B7A66" w:rsidRDefault="006B7A66">
          <w:pPr>
            <w:pStyle w:val="TOC2"/>
            <w:tabs>
              <w:tab w:val="right" w:leader="dot" w:pos="9112"/>
            </w:tabs>
            <w:rPr>
              <w:rFonts w:asciiTheme="minorHAnsi" w:hAnsiTheme="minorHAnsi"/>
              <w:noProof/>
              <w:kern w:val="2"/>
              <w:sz w:val="24"/>
              <w:szCs w:val="24"/>
              <w:lang w:val="en-ID" w:eastAsia="en-ID"/>
              <w14:ligatures w14:val="standardContextual"/>
            </w:rPr>
          </w:pPr>
          <w:hyperlink w:anchor="_Toc239876018" w:history="1">
            <w:r w:rsidRPr="00CA354F">
              <w:rPr>
                <w:rStyle w:val="Hyperlink"/>
                <w:rFonts w:ascii="Times New Roman" w:hAnsi="Times New Roman" w:cs="Times New Roman"/>
                <w:noProof/>
              </w:rPr>
              <w:t>D. Analisis Pengembangan Kewirausahaan</w:t>
            </w:r>
            <w:r>
              <w:rPr>
                <w:noProof/>
                <w:webHidden/>
              </w:rPr>
              <w:tab/>
            </w:r>
            <w:r>
              <w:rPr>
                <w:noProof/>
                <w:webHidden/>
              </w:rPr>
              <w:fldChar w:fldCharType="begin"/>
            </w:r>
            <w:r>
              <w:rPr>
                <w:noProof/>
                <w:webHidden/>
              </w:rPr>
              <w:instrText xml:space="preserve"> PAGEREF _Toc239876018 \h </w:instrText>
            </w:r>
            <w:r>
              <w:rPr>
                <w:noProof/>
                <w:webHidden/>
              </w:rPr>
            </w:r>
            <w:r>
              <w:rPr>
                <w:noProof/>
                <w:webHidden/>
              </w:rPr>
              <w:fldChar w:fldCharType="separate"/>
            </w:r>
            <w:r w:rsidR="005B7D68">
              <w:rPr>
                <w:noProof/>
                <w:webHidden/>
              </w:rPr>
              <w:t>9</w:t>
            </w:r>
            <w:r>
              <w:rPr>
                <w:noProof/>
                <w:webHidden/>
              </w:rPr>
              <w:fldChar w:fldCharType="end"/>
            </w:r>
          </w:hyperlink>
        </w:p>
        <w:p w14:paraId="4066433B" w14:textId="6303B167" w:rsidR="006B7A66" w:rsidRDefault="006B7A66">
          <w:pPr>
            <w:pStyle w:val="TOC1"/>
            <w:tabs>
              <w:tab w:val="right" w:leader="dot" w:pos="9112"/>
            </w:tabs>
            <w:rPr>
              <w:rFonts w:asciiTheme="minorHAnsi" w:hAnsiTheme="minorHAnsi"/>
              <w:noProof/>
              <w:kern w:val="2"/>
              <w:sz w:val="24"/>
              <w:szCs w:val="24"/>
              <w:lang w:val="en-ID" w:eastAsia="en-ID"/>
              <w14:ligatures w14:val="standardContextual"/>
            </w:rPr>
          </w:pPr>
          <w:hyperlink w:anchor="_Toc239876019" w:history="1">
            <w:r w:rsidRPr="00CA354F">
              <w:rPr>
                <w:rStyle w:val="Hyperlink"/>
                <w:rFonts w:ascii="Times New Roman" w:hAnsi="Times New Roman" w:cs="Times New Roman"/>
                <w:noProof/>
              </w:rPr>
              <w:t>BAB III</w:t>
            </w:r>
            <w:r>
              <w:rPr>
                <w:noProof/>
                <w:webHidden/>
              </w:rPr>
              <w:tab/>
              <w:t>11</w:t>
            </w:r>
          </w:hyperlink>
        </w:p>
        <w:p w14:paraId="2E2E1024" w14:textId="2EDD071B" w:rsidR="006B7A66" w:rsidRDefault="006B7A66">
          <w:pPr>
            <w:pStyle w:val="TOC1"/>
            <w:tabs>
              <w:tab w:val="right" w:leader="dot" w:pos="9112"/>
            </w:tabs>
            <w:rPr>
              <w:rFonts w:asciiTheme="minorHAnsi" w:hAnsiTheme="minorHAnsi"/>
              <w:noProof/>
              <w:kern w:val="2"/>
              <w:sz w:val="24"/>
              <w:szCs w:val="24"/>
              <w:lang w:val="en-ID" w:eastAsia="en-ID"/>
              <w14:ligatures w14:val="standardContextual"/>
            </w:rPr>
          </w:pPr>
          <w:hyperlink w:anchor="_Toc239876020" w:history="1">
            <w:r w:rsidRPr="00CA354F">
              <w:rPr>
                <w:rStyle w:val="Hyperlink"/>
                <w:rFonts w:ascii="Times New Roman" w:hAnsi="Times New Roman" w:cs="Times New Roman"/>
                <w:noProof/>
              </w:rPr>
              <w:t>RENCANA AKSI</w:t>
            </w:r>
            <w:r>
              <w:rPr>
                <w:noProof/>
                <w:webHidden/>
              </w:rPr>
              <w:tab/>
              <w:t>11</w:t>
            </w:r>
          </w:hyperlink>
        </w:p>
        <w:p w14:paraId="382E0986" w14:textId="22811E8F" w:rsidR="006B7A66" w:rsidRDefault="006B7A66">
          <w:pPr>
            <w:pStyle w:val="TOC2"/>
            <w:tabs>
              <w:tab w:val="right" w:leader="dot" w:pos="9112"/>
            </w:tabs>
            <w:rPr>
              <w:rFonts w:asciiTheme="minorHAnsi" w:hAnsiTheme="minorHAnsi"/>
              <w:noProof/>
              <w:kern w:val="2"/>
              <w:sz w:val="24"/>
              <w:szCs w:val="24"/>
              <w:lang w:val="en-ID" w:eastAsia="en-ID"/>
              <w14:ligatures w14:val="standardContextual"/>
            </w:rPr>
          </w:pPr>
          <w:hyperlink w:anchor="_Toc239876021" w:history="1">
            <w:r w:rsidRPr="00CA354F">
              <w:rPr>
                <w:rStyle w:val="Hyperlink"/>
                <w:rFonts w:ascii="Times New Roman" w:hAnsi="Times New Roman" w:cs="Times New Roman"/>
                <w:noProof/>
              </w:rPr>
              <w:t>A. Tahapan Pelaksanaan Kegiatan Produksi dan Penjualan Produk</w:t>
            </w:r>
            <w:r>
              <w:rPr>
                <w:noProof/>
                <w:webHidden/>
              </w:rPr>
              <w:tab/>
              <w:t>14</w:t>
            </w:r>
          </w:hyperlink>
        </w:p>
        <w:p w14:paraId="5930285A" w14:textId="5822C1E7" w:rsidR="006B7A66" w:rsidRDefault="006B7A66">
          <w:pPr>
            <w:pStyle w:val="TOC2"/>
            <w:tabs>
              <w:tab w:val="right" w:leader="dot" w:pos="9112"/>
            </w:tabs>
            <w:rPr>
              <w:rFonts w:asciiTheme="minorHAnsi" w:hAnsiTheme="minorHAnsi"/>
              <w:noProof/>
              <w:kern w:val="2"/>
              <w:sz w:val="24"/>
              <w:szCs w:val="24"/>
              <w:lang w:val="en-ID" w:eastAsia="en-ID"/>
              <w14:ligatures w14:val="standardContextual"/>
            </w:rPr>
          </w:pPr>
          <w:hyperlink w:anchor="_Toc239876022" w:history="1">
            <w:r w:rsidRPr="00CA354F">
              <w:rPr>
                <w:rStyle w:val="Hyperlink"/>
                <w:rFonts w:ascii="Times New Roman" w:hAnsi="Times New Roman" w:cs="Times New Roman"/>
                <w:noProof/>
              </w:rPr>
              <w:t>B. Indikator Keberhasilan Program</w:t>
            </w:r>
            <w:r>
              <w:rPr>
                <w:noProof/>
                <w:webHidden/>
              </w:rPr>
              <w:tab/>
              <w:t>15</w:t>
            </w:r>
          </w:hyperlink>
        </w:p>
        <w:p w14:paraId="2788FA42" w14:textId="60C4B490" w:rsidR="006B7A66" w:rsidRDefault="006B7A66">
          <w:pPr>
            <w:pStyle w:val="TOC1"/>
            <w:tabs>
              <w:tab w:val="right" w:leader="dot" w:pos="9112"/>
            </w:tabs>
            <w:rPr>
              <w:rFonts w:asciiTheme="minorHAnsi" w:hAnsiTheme="minorHAnsi"/>
              <w:noProof/>
              <w:kern w:val="2"/>
              <w:sz w:val="24"/>
              <w:szCs w:val="24"/>
              <w:lang w:val="en-ID" w:eastAsia="en-ID"/>
              <w14:ligatures w14:val="standardContextual"/>
            </w:rPr>
          </w:pPr>
          <w:hyperlink w:anchor="_Toc239876023" w:history="1">
            <w:r w:rsidRPr="00CA354F">
              <w:rPr>
                <w:rStyle w:val="Hyperlink"/>
                <w:rFonts w:ascii="Times New Roman" w:hAnsi="Times New Roman" w:cs="Times New Roman"/>
                <w:noProof/>
              </w:rPr>
              <w:t>BAB I</w:t>
            </w:r>
            <w:r>
              <w:rPr>
                <w:rStyle w:val="Hyperlink"/>
                <w:rFonts w:ascii="Times New Roman" w:hAnsi="Times New Roman" w:cs="Times New Roman"/>
                <w:noProof/>
              </w:rPr>
              <w:t>V</w:t>
            </w:r>
            <w:r>
              <w:rPr>
                <w:noProof/>
                <w:webHidden/>
              </w:rPr>
              <w:tab/>
            </w:r>
            <w:r w:rsidR="00247612">
              <w:rPr>
                <w:noProof/>
                <w:webHidden/>
              </w:rPr>
              <w:t>17</w:t>
            </w:r>
          </w:hyperlink>
        </w:p>
        <w:p w14:paraId="4CF58F97" w14:textId="13F89FED" w:rsidR="006B7A66" w:rsidRDefault="006B7A66">
          <w:pPr>
            <w:pStyle w:val="TOC1"/>
            <w:tabs>
              <w:tab w:val="right" w:leader="dot" w:pos="9112"/>
            </w:tabs>
            <w:rPr>
              <w:rFonts w:asciiTheme="minorHAnsi" w:hAnsiTheme="minorHAnsi"/>
              <w:noProof/>
              <w:kern w:val="2"/>
              <w:sz w:val="24"/>
              <w:szCs w:val="24"/>
              <w:lang w:val="en-ID" w:eastAsia="en-ID"/>
              <w14:ligatures w14:val="standardContextual"/>
            </w:rPr>
          </w:pPr>
          <w:hyperlink w:anchor="_Toc239876024" w:history="1">
            <w:r w:rsidRPr="00CA354F">
              <w:rPr>
                <w:rStyle w:val="Hyperlink"/>
                <w:rFonts w:ascii="Times New Roman" w:hAnsi="Times New Roman" w:cs="Times New Roman"/>
                <w:noProof/>
              </w:rPr>
              <w:t>MONITORING, EVALUASI, DAN TINDAK LANJUT</w:t>
            </w:r>
            <w:r>
              <w:rPr>
                <w:noProof/>
                <w:webHidden/>
              </w:rPr>
              <w:tab/>
            </w:r>
            <w:r w:rsidR="00247612">
              <w:rPr>
                <w:noProof/>
                <w:webHidden/>
              </w:rPr>
              <w:t>17</w:t>
            </w:r>
          </w:hyperlink>
        </w:p>
        <w:p w14:paraId="039276FD" w14:textId="02F80D98" w:rsidR="006B7A66" w:rsidRDefault="006B7A66">
          <w:pPr>
            <w:pStyle w:val="TOC2"/>
            <w:tabs>
              <w:tab w:val="right" w:leader="dot" w:pos="9112"/>
            </w:tabs>
            <w:rPr>
              <w:rFonts w:asciiTheme="minorHAnsi" w:hAnsiTheme="minorHAnsi"/>
              <w:noProof/>
              <w:kern w:val="2"/>
              <w:sz w:val="24"/>
              <w:szCs w:val="24"/>
              <w:lang w:val="en-ID" w:eastAsia="en-ID"/>
              <w14:ligatures w14:val="standardContextual"/>
            </w:rPr>
          </w:pPr>
          <w:hyperlink w:anchor="_Toc239876025" w:history="1">
            <w:r w:rsidRPr="00CA354F">
              <w:rPr>
                <w:rStyle w:val="Hyperlink"/>
                <w:rFonts w:ascii="Times New Roman" w:hAnsi="Times New Roman" w:cs="Times New Roman"/>
                <w:noProof/>
              </w:rPr>
              <w:t>A. Monitoring</w:t>
            </w:r>
            <w:r>
              <w:rPr>
                <w:noProof/>
                <w:webHidden/>
              </w:rPr>
              <w:tab/>
            </w:r>
            <w:r w:rsidR="00247612">
              <w:rPr>
                <w:noProof/>
                <w:webHidden/>
              </w:rPr>
              <w:t>17</w:t>
            </w:r>
          </w:hyperlink>
        </w:p>
        <w:p w14:paraId="24EB874D" w14:textId="619C66B4" w:rsidR="006B7A66" w:rsidRDefault="006B7A66">
          <w:pPr>
            <w:pStyle w:val="TOC2"/>
            <w:tabs>
              <w:tab w:val="right" w:leader="dot" w:pos="9112"/>
            </w:tabs>
            <w:rPr>
              <w:rFonts w:asciiTheme="minorHAnsi" w:hAnsiTheme="minorHAnsi"/>
              <w:noProof/>
              <w:kern w:val="2"/>
              <w:sz w:val="24"/>
              <w:szCs w:val="24"/>
              <w:lang w:val="en-ID" w:eastAsia="en-ID"/>
              <w14:ligatures w14:val="standardContextual"/>
            </w:rPr>
          </w:pPr>
          <w:hyperlink w:anchor="_Toc239876026" w:history="1">
            <w:r w:rsidRPr="00CA354F">
              <w:rPr>
                <w:rStyle w:val="Hyperlink"/>
                <w:rFonts w:ascii="Times New Roman" w:hAnsi="Times New Roman" w:cs="Times New Roman"/>
                <w:noProof/>
              </w:rPr>
              <w:t>B. Evaluasi</w:t>
            </w:r>
            <w:r>
              <w:rPr>
                <w:noProof/>
                <w:webHidden/>
              </w:rPr>
              <w:tab/>
            </w:r>
            <w:r w:rsidR="00247612">
              <w:rPr>
                <w:noProof/>
                <w:webHidden/>
              </w:rPr>
              <w:t>17</w:t>
            </w:r>
          </w:hyperlink>
        </w:p>
        <w:p w14:paraId="7AB26212" w14:textId="18B6B898" w:rsidR="006B7A66" w:rsidRDefault="006B7A66">
          <w:pPr>
            <w:pStyle w:val="TOC2"/>
            <w:tabs>
              <w:tab w:val="right" w:leader="dot" w:pos="9112"/>
            </w:tabs>
            <w:rPr>
              <w:rFonts w:asciiTheme="minorHAnsi" w:hAnsiTheme="minorHAnsi"/>
              <w:noProof/>
              <w:kern w:val="2"/>
              <w:sz w:val="24"/>
              <w:szCs w:val="24"/>
              <w:lang w:val="en-ID" w:eastAsia="en-ID"/>
              <w14:ligatures w14:val="standardContextual"/>
            </w:rPr>
          </w:pPr>
          <w:hyperlink w:anchor="_Toc239876027" w:history="1">
            <w:r w:rsidRPr="00CA354F">
              <w:rPr>
                <w:rStyle w:val="Hyperlink"/>
                <w:rFonts w:ascii="Times New Roman" w:hAnsi="Times New Roman" w:cs="Times New Roman"/>
                <w:noProof/>
              </w:rPr>
              <w:t>C. Tindak Lanjut</w:t>
            </w:r>
            <w:r>
              <w:rPr>
                <w:noProof/>
                <w:webHidden/>
              </w:rPr>
              <w:tab/>
            </w:r>
            <w:r w:rsidR="00247612">
              <w:rPr>
                <w:noProof/>
                <w:webHidden/>
              </w:rPr>
              <w:t>17</w:t>
            </w:r>
          </w:hyperlink>
        </w:p>
        <w:p w14:paraId="28694939" w14:textId="5092070B" w:rsidR="006B7A66" w:rsidRDefault="006B7A66">
          <w:pPr>
            <w:pStyle w:val="TOC1"/>
            <w:tabs>
              <w:tab w:val="right" w:leader="dot" w:pos="9112"/>
            </w:tabs>
            <w:rPr>
              <w:rFonts w:asciiTheme="minorHAnsi" w:hAnsiTheme="minorHAnsi"/>
              <w:noProof/>
              <w:kern w:val="2"/>
              <w:sz w:val="24"/>
              <w:szCs w:val="24"/>
              <w:lang w:val="en-ID" w:eastAsia="en-ID"/>
              <w14:ligatures w14:val="standardContextual"/>
            </w:rPr>
          </w:pPr>
          <w:hyperlink w:anchor="_Toc239876028" w:history="1">
            <w:r w:rsidRPr="00CA354F">
              <w:rPr>
                <w:rStyle w:val="Hyperlink"/>
                <w:rFonts w:ascii="Times New Roman" w:hAnsi="Times New Roman" w:cs="Times New Roman"/>
                <w:noProof/>
              </w:rPr>
              <w:t>BAB V</w:t>
            </w:r>
            <w:r>
              <w:rPr>
                <w:noProof/>
                <w:webHidden/>
              </w:rPr>
              <w:tab/>
            </w:r>
            <w:r w:rsidR="00247612">
              <w:rPr>
                <w:noProof/>
                <w:webHidden/>
              </w:rPr>
              <w:t>18</w:t>
            </w:r>
          </w:hyperlink>
        </w:p>
        <w:p w14:paraId="6A2ACCC5" w14:textId="609F0B1A" w:rsidR="006B7A66" w:rsidRDefault="006B7A66">
          <w:pPr>
            <w:pStyle w:val="TOC1"/>
            <w:tabs>
              <w:tab w:val="right" w:leader="dot" w:pos="9112"/>
            </w:tabs>
            <w:rPr>
              <w:rFonts w:asciiTheme="minorHAnsi" w:hAnsiTheme="minorHAnsi"/>
              <w:noProof/>
              <w:kern w:val="2"/>
              <w:sz w:val="24"/>
              <w:szCs w:val="24"/>
              <w:lang w:val="en-ID" w:eastAsia="en-ID"/>
              <w14:ligatures w14:val="standardContextual"/>
            </w:rPr>
          </w:pPr>
          <w:hyperlink w:anchor="_Toc239876029" w:history="1">
            <w:r w:rsidRPr="00CA354F">
              <w:rPr>
                <w:rStyle w:val="Hyperlink"/>
                <w:rFonts w:ascii="Times New Roman" w:hAnsi="Times New Roman" w:cs="Times New Roman"/>
                <w:noProof/>
              </w:rPr>
              <w:t>PENUTUP</w:t>
            </w:r>
            <w:r>
              <w:rPr>
                <w:noProof/>
                <w:webHidden/>
              </w:rPr>
              <w:tab/>
            </w:r>
            <w:r w:rsidR="00247612">
              <w:rPr>
                <w:noProof/>
                <w:webHidden/>
              </w:rPr>
              <w:t>18</w:t>
            </w:r>
          </w:hyperlink>
        </w:p>
        <w:p w14:paraId="06FEA332" w14:textId="6DA1D8DB" w:rsidR="006B7A66" w:rsidRDefault="006B7A66">
          <w:pPr>
            <w:pStyle w:val="TOC1"/>
            <w:tabs>
              <w:tab w:val="right" w:leader="dot" w:pos="9112"/>
            </w:tabs>
            <w:rPr>
              <w:rFonts w:asciiTheme="minorHAnsi" w:hAnsiTheme="minorHAnsi"/>
              <w:noProof/>
              <w:kern w:val="2"/>
              <w:sz w:val="24"/>
              <w:szCs w:val="24"/>
              <w:lang w:val="en-ID" w:eastAsia="en-ID"/>
              <w14:ligatures w14:val="standardContextual"/>
            </w:rPr>
          </w:pPr>
          <w:hyperlink w:anchor="_Toc239876030" w:history="1">
            <w:r w:rsidRPr="00CA354F">
              <w:rPr>
                <w:rStyle w:val="Hyperlink"/>
                <w:rFonts w:ascii="Times New Roman" w:hAnsi="Times New Roman" w:cs="Times New Roman"/>
                <w:noProof/>
              </w:rPr>
              <w:t>LAMPIRAN</w:t>
            </w:r>
            <w:r>
              <w:rPr>
                <w:noProof/>
                <w:webHidden/>
              </w:rPr>
              <w:tab/>
            </w:r>
            <w:r w:rsidR="00247612">
              <w:rPr>
                <w:noProof/>
                <w:webHidden/>
              </w:rPr>
              <w:t>19</w:t>
            </w:r>
          </w:hyperlink>
        </w:p>
        <w:p w14:paraId="71C771C7" w14:textId="7E7CA54F" w:rsidR="006B7A66" w:rsidRDefault="006B7A66">
          <w:pPr>
            <w:pStyle w:val="TOC2"/>
            <w:tabs>
              <w:tab w:val="right" w:leader="dot" w:pos="9112"/>
            </w:tabs>
            <w:rPr>
              <w:rFonts w:asciiTheme="minorHAnsi" w:hAnsiTheme="minorHAnsi"/>
              <w:noProof/>
              <w:kern w:val="2"/>
              <w:sz w:val="24"/>
              <w:szCs w:val="24"/>
              <w:lang w:val="en-ID" w:eastAsia="en-ID"/>
              <w14:ligatures w14:val="standardContextual"/>
            </w:rPr>
          </w:pPr>
          <w:hyperlink w:anchor="_Toc239876031" w:history="1">
            <w:r w:rsidRPr="00CA354F">
              <w:rPr>
                <w:rStyle w:val="Hyperlink"/>
                <w:rFonts w:ascii="Times New Roman" w:hAnsi="Times New Roman" w:cs="Times New Roman"/>
                <w:noProof/>
              </w:rPr>
              <w:t>FORMAT MONITORING PROGRAM KEWIRAUSAHAAN</w:t>
            </w:r>
            <w:r>
              <w:rPr>
                <w:noProof/>
                <w:webHidden/>
              </w:rPr>
              <w:tab/>
            </w:r>
            <w:r w:rsidR="00247612">
              <w:rPr>
                <w:noProof/>
                <w:webHidden/>
              </w:rPr>
              <w:t>19</w:t>
            </w:r>
          </w:hyperlink>
        </w:p>
        <w:p w14:paraId="0B64DD7A" w14:textId="14E9AC2F" w:rsidR="006B7A66" w:rsidRDefault="006B7A66">
          <w:pPr>
            <w:pStyle w:val="TOC2"/>
            <w:tabs>
              <w:tab w:val="right" w:leader="dot" w:pos="9112"/>
            </w:tabs>
            <w:rPr>
              <w:rFonts w:asciiTheme="minorHAnsi" w:hAnsiTheme="minorHAnsi"/>
              <w:noProof/>
              <w:kern w:val="2"/>
              <w:sz w:val="24"/>
              <w:szCs w:val="24"/>
              <w:lang w:val="en-ID" w:eastAsia="en-ID"/>
              <w14:ligatures w14:val="standardContextual"/>
            </w:rPr>
          </w:pPr>
          <w:hyperlink w:anchor="_Toc239876032" w:history="1">
            <w:r w:rsidRPr="00CA354F">
              <w:rPr>
                <w:rStyle w:val="Hyperlink"/>
                <w:rFonts w:ascii="Times New Roman" w:hAnsi="Times New Roman" w:cs="Times New Roman"/>
                <w:noProof/>
              </w:rPr>
              <w:t>FORMAT SEDERHANA CATATAN PENJUALAN PRODUK PESERTA DIDIK</w:t>
            </w:r>
            <w:r>
              <w:rPr>
                <w:noProof/>
                <w:webHidden/>
              </w:rPr>
              <w:tab/>
            </w:r>
            <w:r w:rsidR="00247612">
              <w:rPr>
                <w:noProof/>
                <w:webHidden/>
              </w:rPr>
              <w:t>19</w:t>
            </w:r>
          </w:hyperlink>
        </w:p>
        <w:p w14:paraId="48FB4512" w14:textId="637F3FDE" w:rsidR="002508A2" w:rsidRPr="005B7D68" w:rsidRDefault="00E449D7" w:rsidP="00E449D7">
          <w:pPr>
            <w:rPr>
              <w:rFonts w:ascii="Times New Roman" w:hAnsi="Times New Roman" w:cs="Times New Roman"/>
              <w:b/>
              <w:bCs/>
              <w:noProof/>
              <w:sz w:val="24"/>
              <w:szCs w:val="24"/>
            </w:rPr>
            <w:sectPr w:rsidR="002508A2" w:rsidRPr="005B7D68" w:rsidSect="002508A2">
              <w:headerReference w:type="even" r:id="rId9"/>
              <w:headerReference w:type="first" r:id="rId10"/>
              <w:footerReference w:type="first" r:id="rId11"/>
              <w:pgSz w:w="12240" w:h="15840"/>
              <w:pgMar w:top="1417" w:right="1417" w:bottom="1417" w:left="1701" w:header="720" w:footer="720" w:gutter="0"/>
              <w:pgNumType w:fmt="lowerRoman"/>
              <w:cols w:space="720"/>
              <w:titlePg/>
              <w:docGrid w:linePitch="360"/>
            </w:sectPr>
          </w:pPr>
          <w:r w:rsidRPr="00E449D7">
            <w:rPr>
              <w:rFonts w:ascii="Times New Roman" w:hAnsi="Times New Roman" w:cs="Times New Roman"/>
              <w:b/>
              <w:bCs/>
              <w:noProof/>
              <w:sz w:val="24"/>
              <w:szCs w:val="24"/>
            </w:rPr>
            <w:fldChar w:fldCharType="end"/>
          </w:r>
        </w:p>
      </w:sdtContent>
    </w:sdt>
    <w:bookmarkEnd w:id="4" w:displacedByCustomXml="prev"/>
    <w:p w14:paraId="7EC9A065" w14:textId="4006E1CB" w:rsidR="001436BE" w:rsidRPr="00E449D7" w:rsidRDefault="001436BE" w:rsidP="00E449D7">
      <w:bookmarkStart w:id="5" w:name="_Hlk239873876"/>
    </w:p>
    <w:p w14:paraId="181B327D" w14:textId="77777777" w:rsidR="001436BE" w:rsidRPr="00697836" w:rsidRDefault="00000000" w:rsidP="00697836">
      <w:pPr>
        <w:pStyle w:val="Heading1"/>
        <w:spacing w:before="100" w:beforeAutospacing="1" w:after="100" w:afterAutospacing="1" w:line="360" w:lineRule="auto"/>
        <w:jc w:val="center"/>
        <w:rPr>
          <w:rFonts w:ascii="Times New Roman" w:hAnsi="Times New Roman" w:cs="Times New Roman"/>
          <w:color w:val="auto"/>
          <w:sz w:val="24"/>
          <w:szCs w:val="24"/>
        </w:rPr>
      </w:pPr>
      <w:bookmarkStart w:id="6" w:name="_Toc239875998"/>
      <w:r w:rsidRPr="00697836">
        <w:rPr>
          <w:rFonts w:ascii="Times New Roman" w:hAnsi="Times New Roman" w:cs="Times New Roman"/>
          <w:color w:val="auto"/>
          <w:sz w:val="24"/>
          <w:szCs w:val="24"/>
        </w:rPr>
        <w:t>BAB I</w:t>
      </w:r>
      <w:bookmarkEnd w:id="6"/>
    </w:p>
    <w:p w14:paraId="666C992F" w14:textId="77777777" w:rsidR="001436BE" w:rsidRPr="00697836" w:rsidRDefault="00000000" w:rsidP="00697836">
      <w:pPr>
        <w:pStyle w:val="Heading1"/>
        <w:spacing w:before="100" w:beforeAutospacing="1" w:after="100" w:afterAutospacing="1" w:line="360" w:lineRule="auto"/>
        <w:jc w:val="center"/>
        <w:rPr>
          <w:rFonts w:ascii="Times New Roman" w:hAnsi="Times New Roman" w:cs="Times New Roman"/>
          <w:color w:val="auto"/>
          <w:sz w:val="24"/>
          <w:szCs w:val="24"/>
        </w:rPr>
      </w:pPr>
      <w:bookmarkStart w:id="7" w:name="_Toc239875999"/>
      <w:r w:rsidRPr="00697836">
        <w:rPr>
          <w:rFonts w:ascii="Times New Roman" w:hAnsi="Times New Roman" w:cs="Times New Roman"/>
          <w:color w:val="auto"/>
          <w:sz w:val="24"/>
          <w:szCs w:val="24"/>
        </w:rPr>
        <w:t>PENDAHULUAN</w:t>
      </w:r>
      <w:bookmarkEnd w:id="7"/>
    </w:p>
    <w:p w14:paraId="6F3D8D9E" w14:textId="77777777" w:rsidR="001436BE" w:rsidRPr="00697836" w:rsidRDefault="00000000" w:rsidP="00697836">
      <w:pPr>
        <w:pStyle w:val="Heading2"/>
        <w:spacing w:before="100" w:beforeAutospacing="1" w:after="100" w:afterAutospacing="1" w:line="360" w:lineRule="auto"/>
        <w:jc w:val="both"/>
        <w:rPr>
          <w:rFonts w:ascii="Times New Roman" w:hAnsi="Times New Roman" w:cs="Times New Roman"/>
          <w:color w:val="auto"/>
          <w:szCs w:val="24"/>
        </w:rPr>
      </w:pPr>
      <w:bookmarkStart w:id="8" w:name="_Toc239876000"/>
      <w:r w:rsidRPr="00697836">
        <w:rPr>
          <w:rFonts w:ascii="Times New Roman" w:hAnsi="Times New Roman" w:cs="Times New Roman"/>
          <w:color w:val="auto"/>
          <w:szCs w:val="24"/>
        </w:rPr>
        <w:t>A. Latar Belakang</w:t>
      </w:r>
      <w:bookmarkEnd w:id="8"/>
    </w:p>
    <w:p w14:paraId="276ED5AB" w14:textId="77777777" w:rsidR="001436BE" w:rsidRPr="00697836" w:rsidRDefault="00000000" w:rsidP="00697836">
      <w:pPr>
        <w:spacing w:before="100" w:beforeAutospacing="1" w:after="100" w:afterAutospacing="1" w:line="360" w:lineRule="auto"/>
        <w:ind w:firstLine="567"/>
        <w:jc w:val="both"/>
        <w:rPr>
          <w:rFonts w:ascii="Times New Roman" w:hAnsi="Times New Roman" w:cs="Times New Roman"/>
          <w:sz w:val="24"/>
          <w:szCs w:val="24"/>
        </w:rPr>
      </w:pPr>
      <w:r w:rsidRPr="00697836">
        <w:rPr>
          <w:rFonts w:ascii="Times New Roman" w:hAnsi="Times New Roman" w:cs="Times New Roman"/>
          <w:sz w:val="24"/>
          <w:szCs w:val="24"/>
        </w:rPr>
        <w:t>Kewirausahaan merupakan salah satu kompetensi yang penting dalam pengelolaan madrasah. Dalam program pengembangan kewirausahaan, kepala madrasah perlu membangun budaya inovatif, kerja keras, motivasi berprestasi, sikap pantang menyerah, serta naluri kewirausahaan dalam mengelola kegiatan produksi dan jasa sebagai sumber belajar peserta didik. Program kewirausahaan juga menjadi bagian penting dalam menyiapkan peserta didik agar memiliki kecakapan hidup dan kemampuan menciptakan peluang.</w:t>
      </w:r>
    </w:p>
    <w:p w14:paraId="6207D0EB" w14:textId="77777777" w:rsidR="001436BE" w:rsidRPr="00697836" w:rsidRDefault="00000000" w:rsidP="00697836">
      <w:pPr>
        <w:spacing w:before="100" w:beforeAutospacing="1" w:after="100" w:afterAutospacing="1" w:line="360" w:lineRule="auto"/>
        <w:ind w:firstLine="567"/>
        <w:jc w:val="both"/>
        <w:rPr>
          <w:rFonts w:ascii="Times New Roman" w:hAnsi="Times New Roman" w:cs="Times New Roman"/>
          <w:sz w:val="24"/>
          <w:szCs w:val="24"/>
        </w:rPr>
      </w:pPr>
      <w:r w:rsidRPr="00697836">
        <w:rPr>
          <w:rFonts w:ascii="Times New Roman" w:hAnsi="Times New Roman" w:cs="Times New Roman"/>
          <w:sz w:val="24"/>
          <w:szCs w:val="24"/>
        </w:rPr>
        <w:t>MAN 2 Semarang memiliki peserta didik dengan potensi, minat, dan karakter belajar yang beragam. Oleh karena itu, program kewirausahaan perlu memberikan pilihan kegiatan yang luas sehingga peserta didik dapat mengembangkan bakat sesuai minatnya. Pengembangan program pada Tahun Ajaran 2026–2027 tidak difokuskan pada satu bidang saja, melainkan mencakup Tata Busana, Tata Boga, Multimedia, Koperasi Madrasah, Kantin Sekolah, integrasi nilai kewirausahaan dalam mata pelajaran, kunjungan ke tempat produksi barang atau jasa, kewirausahaan berbasis online, serta bazar/pameran/event sekolah.</w:t>
      </w:r>
    </w:p>
    <w:p w14:paraId="60E6B25E" w14:textId="77777777" w:rsidR="001436BE" w:rsidRPr="00697836" w:rsidRDefault="00000000" w:rsidP="00697836">
      <w:pPr>
        <w:spacing w:before="100" w:beforeAutospacing="1" w:after="100" w:afterAutospacing="1" w:line="360" w:lineRule="auto"/>
        <w:ind w:firstLine="567"/>
        <w:jc w:val="both"/>
        <w:rPr>
          <w:rFonts w:ascii="Times New Roman" w:hAnsi="Times New Roman" w:cs="Times New Roman"/>
          <w:sz w:val="24"/>
          <w:szCs w:val="24"/>
        </w:rPr>
      </w:pPr>
      <w:r w:rsidRPr="00697836">
        <w:rPr>
          <w:rFonts w:ascii="Times New Roman" w:hAnsi="Times New Roman" w:cs="Times New Roman"/>
          <w:sz w:val="24"/>
          <w:szCs w:val="24"/>
        </w:rPr>
        <w:t>Bidang Tata Busana diarahkan untuk membekali peserta didik dengan keterampilan menghasilkan dan mengembangkan produk busana atau produk tekstil yang memiliki nilai jual. Peserta didik belajar mengenali kebutuhan pasar, membuat desain sederhana, memilih bahan, melakukan produksi, memperhitungkan biaya, menentukan harga, melakukan pengemasan, dan memasarkan produk.</w:t>
      </w:r>
    </w:p>
    <w:p w14:paraId="0D55A8AD" w14:textId="77777777" w:rsidR="001436BE" w:rsidRPr="00697836" w:rsidRDefault="00000000" w:rsidP="00697836">
      <w:pPr>
        <w:spacing w:before="100" w:beforeAutospacing="1" w:after="100" w:afterAutospacing="1" w:line="360" w:lineRule="auto"/>
        <w:ind w:firstLine="567"/>
        <w:jc w:val="both"/>
        <w:rPr>
          <w:rFonts w:ascii="Times New Roman" w:hAnsi="Times New Roman" w:cs="Times New Roman"/>
          <w:sz w:val="24"/>
          <w:szCs w:val="24"/>
        </w:rPr>
      </w:pPr>
      <w:r w:rsidRPr="00697836">
        <w:rPr>
          <w:rFonts w:ascii="Times New Roman" w:hAnsi="Times New Roman" w:cs="Times New Roman"/>
          <w:sz w:val="24"/>
          <w:szCs w:val="24"/>
        </w:rPr>
        <w:t>Bidang Tata Boga diarahkan tidak sekadar pada keterampilan mengolah makanan dan minuman, tetapi juga sebagai wahana pembelajaran kewirausahaan kuliner. Peserta didik dibekali keterampilan memilih bahan, mengolah produk secara higienis, menjaga kualitas, membuat kemasan dan label, menghitung modal serta harga jual, mempromosikan, dan menjual produk hasil olahan. Penjualan dapat dilakukan secara terbatas dan terarah di lingkungan sekitar tempat tinggal peserta didik dengan memperhatikan izin, keamanan pangan, etika pemasaran, dan ketentuan madrasah.</w:t>
      </w:r>
    </w:p>
    <w:p w14:paraId="2A34B73C" w14:textId="77777777" w:rsidR="001436BE" w:rsidRPr="00697836" w:rsidRDefault="00000000" w:rsidP="00697836">
      <w:pPr>
        <w:spacing w:before="100" w:beforeAutospacing="1" w:after="100" w:afterAutospacing="1" w:line="360" w:lineRule="auto"/>
        <w:ind w:firstLine="567"/>
        <w:jc w:val="both"/>
        <w:rPr>
          <w:rFonts w:ascii="Times New Roman" w:hAnsi="Times New Roman" w:cs="Times New Roman"/>
          <w:sz w:val="24"/>
          <w:szCs w:val="24"/>
        </w:rPr>
      </w:pPr>
      <w:r w:rsidRPr="00697836">
        <w:rPr>
          <w:rFonts w:ascii="Times New Roman" w:hAnsi="Times New Roman" w:cs="Times New Roman"/>
          <w:sz w:val="24"/>
          <w:szCs w:val="24"/>
        </w:rPr>
        <w:t>Bidang Multimedia memberikan ruang bagi peserta didik untuk mengembangkan keterampilan kreatif yang dapat bernilai ekonomi, seperti fotografi, videografi, desain grafis, pembuatan konten, pengelolaan media sosial, dan pembuatan materi promosi. Keterampilan tersebut dapat mendukung pemasaran produk Tata Busana, Tata Boga, koperasi, kantin, maupun produk kewirausahaan lainnya.</w:t>
      </w:r>
    </w:p>
    <w:p w14:paraId="43665017" w14:textId="77777777" w:rsidR="001436BE" w:rsidRPr="00697836" w:rsidRDefault="00000000" w:rsidP="00697836">
      <w:pPr>
        <w:spacing w:before="100" w:beforeAutospacing="1" w:after="100" w:afterAutospacing="1" w:line="360" w:lineRule="auto"/>
        <w:ind w:firstLine="567"/>
        <w:jc w:val="both"/>
        <w:rPr>
          <w:rFonts w:ascii="Times New Roman" w:hAnsi="Times New Roman" w:cs="Times New Roman"/>
          <w:sz w:val="24"/>
          <w:szCs w:val="24"/>
        </w:rPr>
      </w:pPr>
      <w:r w:rsidRPr="00697836">
        <w:rPr>
          <w:rFonts w:ascii="Times New Roman" w:hAnsi="Times New Roman" w:cs="Times New Roman"/>
          <w:sz w:val="24"/>
          <w:szCs w:val="24"/>
        </w:rPr>
        <w:t>Koperasi Madrasah dan Kantin Sekolah menjadi lingkungan praktik kewirausahaan yang memungkinkan peserta didik mengenal pelayanan, pengelolaan barang, pencatatan transaksi, pemasaran, kedisiplinan, kerja sama, dan tanggung jawab. Sementara itu, integrasi nilai kewirausahaan dalam mata pelajaran, kunjungan ke tempat produksi, kewirausahaan online, dan bazar/pameran/event sekolah memperkaya pengalaman belajar peserta didik.</w:t>
      </w:r>
    </w:p>
    <w:p w14:paraId="471B4D49" w14:textId="77777777" w:rsidR="001436BE" w:rsidRPr="00697836" w:rsidRDefault="00000000" w:rsidP="00697836">
      <w:pPr>
        <w:spacing w:before="100" w:beforeAutospacing="1" w:after="100" w:afterAutospacing="1" w:line="360" w:lineRule="auto"/>
        <w:ind w:firstLine="567"/>
        <w:jc w:val="both"/>
        <w:rPr>
          <w:rFonts w:ascii="Times New Roman" w:hAnsi="Times New Roman" w:cs="Times New Roman"/>
          <w:sz w:val="24"/>
          <w:szCs w:val="24"/>
        </w:rPr>
      </w:pPr>
      <w:r w:rsidRPr="00697836">
        <w:rPr>
          <w:rFonts w:ascii="Times New Roman" w:hAnsi="Times New Roman" w:cs="Times New Roman"/>
          <w:sz w:val="24"/>
          <w:szCs w:val="24"/>
        </w:rPr>
        <w:t>Dengan demikian, Program Pengembangan Kewirausahaan MAN 2 Semarang Tahun Ajaran 2026–2027 diharapkan mampu membangun ekosistem kewirausahaan madrasah yang tidak hanya berorientasi pada produk, tetapi juga pada pembentukan karakter, keterampilan, kreativitas, kemandirian, kolaborasi, literasi keuangan, literasi digital, serta kemampuan melihat dan memanfaatkan peluang.</w:t>
      </w:r>
    </w:p>
    <w:p w14:paraId="7D70B591" w14:textId="77777777" w:rsidR="001436BE" w:rsidRPr="00697836" w:rsidRDefault="00000000" w:rsidP="00697836">
      <w:pPr>
        <w:pStyle w:val="Heading2"/>
        <w:spacing w:before="100" w:beforeAutospacing="1" w:after="100" w:afterAutospacing="1" w:line="360" w:lineRule="auto"/>
        <w:jc w:val="both"/>
        <w:rPr>
          <w:rFonts w:ascii="Times New Roman" w:hAnsi="Times New Roman" w:cs="Times New Roman"/>
          <w:color w:val="auto"/>
          <w:szCs w:val="24"/>
        </w:rPr>
      </w:pPr>
      <w:bookmarkStart w:id="9" w:name="_Toc239876001"/>
      <w:r w:rsidRPr="00697836">
        <w:rPr>
          <w:rFonts w:ascii="Times New Roman" w:hAnsi="Times New Roman" w:cs="Times New Roman"/>
          <w:color w:val="auto"/>
          <w:szCs w:val="24"/>
        </w:rPr>
        <w:t>B. Dasar Hukum</w:t>
      </w:r>
      <w:bookmarkEnd w:id="9"/>
    </w:p>
    <w:p w14:paraId="67F289E3" w14:textId="77777777" w:rsidR="001436BE" w:rsidRPr="00697836" w:rsidRDefault="00000000" w:rsidP="00697836">
      <w:pPr>
        <w:pStyle w:val="ListBullet"/>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Peraturan Menteri Agama Republik Indonesia Nomor 29 Tahun 2014 tentang Kepala Madrasah, khususnya kompetensi kewirausahaan kepala madrasah.</w:t>
      </w:r>
    </w:p>
    <w:p w14:paraId="5EA0C060" w14:textId="77777777" w:rsidR="001436BE" w:rsidRPr="00697836" w:rsidRDefault="00000000" w:rsidP="00697836">
      <w:pPr>
        <w:pStyle w:val="ListBullet"/>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Undang-Undang Nomor 20 Tahun 2003 tentang Sistem Pendidikan Nasional.</w:t>
      </w:r>
    </w:p>
    <w:p w14:paraId="580106D4" w14:textId="77777777" w:rsidR="001436BE" w:rsidRPr="00697836" w:rsidRDefault="00000000" w:rsidP="00697836">
      <w:pPr>
        <w:pStyle w:val="ListBullet"/>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Peraturan Menteri Agama Nomor 90 Tahun 2013 tentang Penyelenggaraan Pendidikan Madrasah.</w:t>
      </w:r>
    </w:p>
    <w:p w14:paraId="3A6FD8B2" w14:textId="77777777" w:rsidR="001436BE" w:rsidRPr="00697836" w:rsidRDefault="00000000" w:rsidP="00697836">
      <w:pPr>
        <w:pStyle w:val="ListBullet"/>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Peraturan Pemerintah Republik Indonesia Nomor 19 Tahun 2005 tentang Standar Nasional Pendidikan sebagaimana telah diperbarui sesuai ketentuan peraturan perundang-undangan.</w:t>
      </w:r>
    </w:p>
    <w:p w14:paraId="6FD8EACB" w14:textId="77777777" w:rsidR="001436BE" w:rsidRPr="00697836" w:rsidRDefault="00000000" w:rsidP="00697836">
      <w:pPr>
        <w:pStyle w:val="ListBullet"/>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Peraturan Pemerintah Nomor 19 Tahun 2017 tentang Guru.</w:t>
      </w:r>
    </w:p>
    <w:p w14:paraId="6FB46E8C" w14:textId="77777777" w:rsidR="001436BE" w:rsidRPr="00697836" w:rsidRDefault="00000000" w:rsidP="00697836">
      <w:pPr>
        <w:pStyle w:val="ListBullet"/>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Permendiknas RI Nomor 19 Tahun 2007 tentang Standar Pengelolaan Pendidikan.</w:t>
      </w:r>
    </w:p>
    <w:p w14:paraId="7801D3FD" w14:textId="77777777" w:rsidR="001436BE" w:rsidRPr="00697836" w:rsidRDefault="00000000" w:rsidP="00697836">
      <w:pPr>
        <w:pStyle w:val="ListBullet"/>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Ketentuan dan kebijakan lain yang relevan dengan penyelenggaraan pendidikan, pembelajaran, pengembangan potensi peserta didik, dan kewirausahaan di madrasah.</w:t>
      </w:r>
    </w:p>
    <w:p w14:paraId="792E76BC" w14:textId="77777777" w:rsidR="001436BE" w:rsidRPr="00697836" w:rsidRDefault="00000000" w:rsidP="00697836">
      <w:pPr>
        <w:pStyle w:val="Heading2"/>
        <w:spacing w:before="100" w:beforeAutospacing="1" w:after="100" w:afterAutospacing="1" w:line="360" w:lineRule="auto"/>
        <w:jc w:val="both"/>
        <w:rPr>
          <w:rFonts w:ascii="Times New Roman" w:hAnsi="Times New Roman" w:cs="Times New Roman"/>
          <w:color w:val="auto"/>
          <w:szCs w:val="24"/>
        </w:rPr>
      </w:pPr>
      <w:bookmarkStart w:id="10" w:name="_Toc239876002"/>
      <w:r w:rsidRPr="00697836">
        <w:rPr>
          <w:rFonts w:ascii="Times New Roman" w:hAnsi="Times New Roman" w:cs="Times New Roman"/>
          <w:color w:val="auto"/>
          <w:szCs w:val="24"/>
        </w:rPr>
        <w:t>C. Tujuan</w:t>
      </w:r>
      <w:bookmarkEnd w:id="10"/>
    </w:p>
    <w:p w14:paraId="068E04CF" w14:textId="77777777" w:rsidR="001436BE" w:rsidRPr="00697836" w:rsidRDefault="00000000" w:rsidP="00697836">
      <w:pPr>
        <w:pStyle w:val="ListBullet"/>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Meningkatkan budaya kewirausahaan di lingkungan MAN 2 Semarang.</w:t>
      </w:r>
    </w:p>
    <w:p w14:paraId="115B2C14" w14:textId="77777777" w:rsidR="001436BE" w:rsidRPr="00697836" w:rsidRDefault="00000000" w:rsidP="00697836">
      <w:pPr>
        <w:pStyle w:val="ListBullet"/>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Memberikan wadah dan fasilitas bagi pengembangan minat, bakat, kreativitas, dan keterampilan peserta didik dalam kegiatan kewirausahaan.</w:t>
      </w:r>
    </w:p>
    <w:p w14:paraId="71B6BB8D" w14:textId="77777777" w:rsidR="001436BE" w:rsidRPr="00697836" w:rsidRDefault="00000000" w:rsidP="00697836">
      <w:pPr>
        <w:pStyle w:val="ListBullet"/>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Membekali peserta didik dengan keterampilan praktis pada bidang Tata Busana, Tata Boga/kuliner, dan Multimedia yang dapat dikembangkan menjadi peluang usaha.</w:t>
      </w:r>
    </w:p>
    <w:p w14:paraId="0A460A96" w14:textId="77777777" w:rsidR="001436BE" w:rsidRPr="00697836" w:rsidRDefault="00000000" w:rsidP="00697836">
      <w:pPr>
        <w:pStyle w:val="ListBullet"/>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Melatih peserta didik menghasilkan produk atau jasa yang memiliki nilai guna dan nilai jual.</w:t>
      </w:r>
    </w:p>
    <w:p w14:paraId="3C10C16F" w14:textId="77777777" w:rsidR="001436BE" w:rsidRPr="00697836" w:rsidRDefault="00000000" w:rsidP="00697836">
      <w:pPr>
        <w:pStyle w:val="ListBullet"/>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Membekali peserta didik dengan kemampuan dasar perencanaan usaha, produksi, pengemasan, penentuan harga, promosi, pemasaran, pelayanan, dan pencatatan hasil usaha.</w:t>
      </w:r>
    </w:p>
    <w:p w14:paraId="69D987DA" w14:textId="77777777" w:rsidR="001436BE" w:rsidRPr="00697836" w:rsidRDefault="00000000" w:rsidP="00697836">
      <w:pPr>
        <w:pStyle w:val="ListBullet"/>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Mendorong peserta didik untuk memanfaatkan teknologi digital dalam promosi dan pemasaran produk secara bertanggung jawab.</w:t>
      </w:r>
    </w:p>
    <w:p w14:paraId="593DAFCD" w14:textId="77777777" w:rsidR="001436BE" w:rsidRPr="00697836" w:rsidRDefault="00000000" w:rsidP="00697836">
      <w:pPr>
        <w:pStyle w:val="ListBullet"/>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Mengembangkan Koperasi Madrasah dan Kantin Sekolah sebagai sarana belajar kewirausahaan.</w:t>
      </w:r>
    </w:p>
    <w:p w14:paraId="2E8E441C" w14:textId="77777777" w:rsidR="001436BE" w:rsidRPr="00697836" w:rsidRDefault="00000000" w:rsidP="00697836">
      <w:pPr>
        <w:pStyle w:val="ListBullet"/>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Mendorong integrasi nilai-nilai kewirausahaan dalam berbagai mata pelajaran dan kegiatan madrasah.</w:t>
      </w:r>
    </w:p>
    <w:p w14:paraId="22D7AA95" w14:textId="77777777" w:rsidR="001436BE" w:rsidRPr="00697836" w:rsidRDefault="00000000" w:rsidP="00697836">
      <w:pPr>
        <w:pStyle w:val="ListBullet"/>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Memberikan pengalaman nyata melalui kunjungan ke tempat produksi serta bazar, pameran, dan event sekolah.</w:t>
      </w:r>
    </w:p>
    <w:p w14:paraId="2A791552" w14:textId="77777777" w:rsidR="00332A97" w:rsidRDefault="00000000" w:rsidP="00697836">
      <w:pPr>
        <w:pStyle w:val="ListBullet"/>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 xml:space="preserve">Menumbuhkan sikap kreatif, inovatif, disiplin, mandiri, kerja keras, pantang menyerah, jujur, </w:t>
      </w:r>
      <w:proofErr w:type="spellStart"/>
      <w:r w:rsidRPr="00697836">
        <w:rPr>
          <w:rFonts w:ascii="Times New Roman" w:hAnsi="Times New Roman" w:cs="Times New Roman"/>
          <w:sz w:val="24"/>
          <w:szCs w:val="24"/>
        </w:rPr>
        <w:t>bertanggung</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jawab</w:t>
      </w:r>
      <w:proofErr w:type="spellEnd"/>
      <w:r w:rsidRPr="00697836">
        <w:rPr>
          <w:rFonts w:ascii="Times New Roman" w:hAnsi="Times New Roman" w:cs="Times New Roman"/>
          <w:sz w:val="24"/>
          <w:szCs w:val="24"/>
        </w:rPr>
        <w:t xml:space="preserve">, dan </w:t>
      </w:r>
      <w:proofErr w:type="spellStart"/>
      <w:r w:rsidRPr="00697836">
        <w:rPr>
          <w:rFonts w:ascii="Times New Roman" w:hAnsi="Times New Roman" w:cs="Times New Roman"/>
          <w:sz w:val="24"/>
          <w:szCs w:val="24"/>
        </w:rPr>
        <w:t>mampu</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bekerja</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sama</w:t>
      </w:r>
      <w:proofErr w:type="spellEnd"/>
      <w:r w:rsidR="00332A97">
        <w:rPr>
          <w:rFonts w:ascii="Times New Roman" w:hAnsi="Times New Roman" w:cs="Times New Roman"/>
          <w:sz w:val="24"/>
          <w:szCs w:val="24"/>
        </w:rPr>
        <w:t>.</w:t>
      </w:r>
    </w:p>
    <w:p w14:paraId="2DB038A7" w14:textId="77777777" w:rsidR="00332A97" w:rsidRPr="00697836" w:rsidRDefault="00332A97" w:rsidP="00332A97">
      <w:pPr>
        <w:pStyle w:val="Heading2"/>
        <w:spacing w:before="100" w:beforeAutospacing="1" w:after="100" w:afterAutospacing="1" w:line="360" w:lineRule="auto"/>
        <w:jc w:val="both"/>
        <w:rPr>
          <w:rFonts w:ascii="Times New Roman" w:hAnsi="Times New Roman" w:cs="Times New Roman"/>
          <w:color w:val="auto"/>
          <w:szCs w:val="24"/>
        </w:rPr>
      </w:pPr>
      <w:bookmarkStart w:id="11" w:name="_Toc239876003"/>
      <w:r w:rsidRPr="00697836">
        <w:rPr>
          <w:rFonts w:ascii="Times New Roman" w:hAnsi="Times New Roman" w:cs="Times New Roman"/>
          <w:color w:val="auto"/>
          <w:szCs w:val="24"/>
        </w:rPr>
        <w:t>D. Manfaat</w:t>
      </w:r>
      <w:bookmarkEnd w:id="11"/>
    </w:p>
    <w:tbl>
      <w:tblPr>
        <w:tblStyle w:val="TableGrid"/>
        <w:tblW w:w="0" w:type="auto"/>
        <w:jc w:val="center"/>
        <w:tblLook w:val="04A0" w:firstRow="1" w:lastRow="0" w:firstColumn="1" w:lastColumn="0" w:noHBand="0" w:noVBand="1"/>
      </w:tblPr>
      <w:tblGrid>
        <w:gridCol w:w="2172"/>
        <w:gridCol w:w="6939"/>
      </w:tblGrid>
      <w:tr w:rsidR="00332A97" w:rsidRPr="00697836" w14:paraId="224E22BA" w14:textId="77777777" w:rsidTr="008C3A16">
        <w:trPr>
          <w:tblHeader/>
          <w:jc w:val="center"/>
        </w:trPr>
        <w:tc>
          <w:tcPr>
            <w:tcW w:w="2268" w:type="dxa"/>
            <w:shd w:val="clear" w:color="auto" w:fill="D9EAF7"/>
            <w:vAlign w:val="center"/>
          </w:tcPr>
          <w:p w14:paraId="5C7A17C3" w14:textId="77777777" w:rsidR="00332A97" w:rsidRPr="00697836" w:rsidRDefault="00332A97" w:rsidP="008C3A16">
            <w:pPr>
              <w:spacing w:before="100" w:beforeAutospacing="1" w:after="100" w:afterAutospacing="1" w:line="360" w:lineRule="auto"/>
              <w:jc w:val="both"/>
              <w:rPr>
                <w:rFonts w:ascii="Times New Roman" w:hAnsi="Times New Roman" w:cs="Times New Roman"/>
                <w:sz w:val="24"/>
                <w:szCs w:val="24"/>
              </w:rPr>
            </w:pPr>
            <w:proofErr w:type="spellStart"/>
            <w:r w:rsidRPr="00697836">
              <w:rPr>
                <w:rFonts w:ascii="Times New Roman" w:hAnsi="Times New Roman" w:cs="Times New Roman"/>
                <w:b/>
                <w:sz w:val="24"/>
                <w:szCs w:val="24"/>
              </w:rPr>
              <w:t>Sasaran</w:t>
            </w:r>
            <w:proofErr w:type="spellEnd"/>
          </w:p>
        </w:tc>
        <w:tc>
          <w:tcPr>
            <w:tcW w:w="7370" w:type="dxa"/>
            <w:shd w:val="clear" w:color="auto" w:fill="D9EAF7"/>
            <w:vAlign w:val="center"/>
          </w:tcPr>
          <w:p w14:paraId="52EE7D6A" w14:textId="77777777" w:rsidR="00332A97" w:rsidRPr="00697836" w:rsidRDefault="00332A97" w:rsidP="008C3A1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b/>
                <w:sz w:val="24"/>
                <w:szCs w:val="24"/>
              </w:rPr>
              <w:t>Manfaat</w:t>
            </w:r>
          </w:p>
        </w:tc>
      </w:tr>
      <w:tr w:rsidR="00332A97" w:rsidRPr="00697836" w14:paraId="0FCD873F" w14:textId="77777777" w:rsidTr="008C3A16">
        <w:trPr>
          <w:jc w:val="center"/>
        </w:trPr>
        <w:tc>
          <w:tcPr>
            <w:tcW w:w="2268" w:type="dxa"/>
            <w:vAlign w:val="center"/>
          </w:tcPr>
          <w:p w14:paraId="2A96FD88" w14:textId="77777777" w:rsidR="00332A97" w:rsidRPr="00697836" w:rsidRDefault="00332A97" w:rsidP="008C3A16">
            <w:pPr>
              <w:spacing w:before="100" w:beforeAutospacing="1" w:after="100" w:afterAutospacing="1" w:line="360" w:lineRule="auto"/>
              <w:jc w:val="both"/>
              <w:rPr>
                <w:rFonts w:ascii="Times New Roman" w:hAnsi="Times New Roman" w:cs="Times New Roman"/>
                <w:sz w:val="24"/>
                <w:szCs w:val="24"/>
              </w:rPr>
            </w:pPr>
            <w:proofErr w:type="spellStart"/>
            <w:r w:rsidRPr="00697836">
              <w:rPr>
                <w:rFonts w:ascii="Times New Roman" w:hAnsi="Times New Roman" w:cs="Times New Roman"/>
                <w:sz w:val="24"/>
                <w:szCs w:val="24"/>
              </w:rPr>
              <w:t>Peserta</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didik</w:t>
            </w:r>
            <w:proofErr w:type="spellEnd"/>
          </w:p>
        </w:tc>
        <w:tc>
          <w:tcPr>
            <w:tcW w:w="7370" w:type="dxa"/>
            <w:vAlign w:val="center"/>
          </w:tcPr>
          <w:p w14:paraId="7D891A93" w14:textId="77777777" w:rsidR="00332A97" w:rsidRPr="00697836" w:rsidRDefault="00332A97" w:rsidP="008C3A16">
            <w:pPr>
              <w:spacing w:before="100" w:beforeAutospacing="1" w:after="100" w:afterAutospacing="1" w:line="360" w:lineRule="auto"/>
              <w:jc w:val="both"/>
              <w:rPr>
                <w:rFonts w:ascii="Times New Roman" w:hAnsi="Times New Roman" w:cs="Times New Roman"/>
                <w:sz w:val="24"/>
                <w:szCs w:val="24"/>
              </w:rPr>
            </w:pPr>
            <w:proofErr w:type="spellStart"/>
            <w:r w:rsidRPr="00697836">
              <w:rPr>
                <w:rFonts w:ascii="Times New Roman" w:hAnsi="Times New Roman" w:cs="Times New Roman"/>
                <w:sz w:val="24"/>
                <w:szCs w:val="24"/>
              </w:rPr>
              <w:t>Memperoleh</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pengalaman</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nyata</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berwirausaha</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mengembangkan</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keterampilan</w:t>
            </w:r>
            <w:proofErr w:type="spellEnd"/>
            <w:r w:rsidRPr="00697836">
              <w:rPr>
                <w:rFonts w:ascii="Times New Roman" w:hAnsi="Times New Roman" w:cs="Times New Roman"/>
                <w:sz w:val="24"/>
                <w:szCs w:val="24"/>
              </w:rPr>
              <w:t xml:space="preserve"> Tata Busana, Tata Boga/</w:t>
            </w:r>
            <w:proofErr w:type="spellStart"/>
            <w:r w:rsidRPr="00697836">
              <w:rPr>
                <w:rFonts w:ascii="Times New Roman" w:hAnsi="Times New Roman" w:cs="Times New Roman"/>
                <w:sz w:val="24"/>
                <w:szCs w:val="24"/>
              </w:rPr>
              <w:t>kuliner</w:t>
            </w:r>
            <w:proofErr w:type="spellEnd"/>
            <w:r w:rsidRPr="00697836">
              <w:rPr>
                <w:rFonts w:ascii="Times New Roman" w:hAnsi="Times New Roman" w:cs="Times New Roman"/>
                <w:sz w:val="24"/>
                <w:szCs w:val="24"/>
              </w:rPr>
              <w:t xml:space="preserve">, dan Multimedia; </w:t>
            </w:r>
            <w:proofErr w:type="spellStart"/>
            <w:r w:rsidRPr="00697836">
              <w:rPr>
                <w:rFonts w:ascii="Times New Roman" w:hAnsi="Times New Roman" w:cs="Times New Roman"/>
                <w:sz w:val="24"/>
                <w:szCs w:val="24"/>
              </w:rPr>
              <w:t>belajar</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menghitung</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biaya</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harga</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pemasaran</w:t>
            </w:r>
            <w:proofErr w:type="spellEnd"/>
            <w:r w:rsidRPr="00697836">
              <w:rPr>
                <w:rFonts w:ascii="Times New Roman" w:hAnsi="Times New Roman" w:cs="Times New Roman"/>
                <w:sz w:val="24"/>
                <w:szCs w:val="24"/>
              </w:rPr>
              <w:t xml:space="preserve">, dan </w:t>
            </w:r>
            <w:proofErr w:type="spellStart"/>
            <w:r w:rsidRPr="00697836">
              <w:rPr>
                <w:rFonts w:ascii="Times New Roman" w:hAnsi="Times New Roman" w:cs="Times New Roman"/>
                <w:sz w:val="24"/>
                <w:szCs w:val="24"/>
              </w:rPr>
              <w:t>hasil</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penjualan</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serta</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menumbuhkan</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kemandirian</w:t>
            </w:r>
            <w:proofErr w:type="spellEnd"/>
            <w:r w:rsidRPr="00697836">
              <w:rPr>
                <w:rFonts w:ascii="Times New Roman" w:hAnsi="Times New Roman" w:cs="Times New Roman"/>
                <w:sz w:val="24"/>
                <w:szCs w:val="24"/>
              </w:rPr>
              <w:t xml:space="preserve"> dan </w:t>
            </w:r>
            <w:proofErr w:type="spellStart"/>
            <w:r w:rsidRPr="00697836">
              <w:rPr>
                <w:rFonts w:ascii="Times New Roman" w:hAnsi="Times New Roman" w:cs="Times New Roman"/>
                <w:sz w:val="24"/>
                <w:szCs w:val="24"/>
              </w:rPr>
              <w:t>kreativitas</w:t>
            </w:r>
            <w:proofErr w:type="spellEnd"/>
            <w:r w:rsidRPr="00697836">
              <w:rPr>
                <w:rFonts w:ascii="Times New Roman" w:hAnsi="Times New Roman" w:cs="Times New Roman"/>
                <w:sz w:val="24"/>
                <w:szCs w:val="24"/>
              </w:rPr>
              <w:t>.</w:t>
            </w:r>
          </w:p>
        </w:tc>
      </w:tr>
    </w:tbl>
    <w:p w14:paraId="2C270E1F" w14:textId="62DDFDBA" w:rsidR="00332A97" w:rsidRDefault="00332A97" w:rsidP="00332A97">
      <w:pPr>
        <w:pStyle w:val="ListBullet"/>
        <w:numPr>
          <w:ilvl w:val="0"/>
          <w:numId w:val="0"/>
        </w:numPr>
        <w:spacing w:before="100" w:beforeAutospacing="1" w:after="100" w:afterAutospacing="1" w:line="360" w:lineRule="auto"/>
        <w:jc w:val="both"/>
        <w:rPr>
          <w:rFonts w:ascii="Times New Roman" w:hAnsi="Times New Roman" w:cs="Times New Roman"/>
          <w:sz w:val="24"/>
          <w:szCs w:val="24"/>
        </w:rPr>
        <w:sectPr w:rsidR="00332A97" w:rsidSect="00332A97">
          <w:headerReference w:type="even" r:id="rId12"/>
          <w:headerReference w:type="default" r:id="rId13"/>
          <w:headerReference w:type="first" r:id="rId14"/>
          <w:pgSz w:w="12240" w:h="15840"/>
          <w:pgMar w:top="1418" w:right="1418" w:bottom="1418" w:left="1701" w:header="720" w:footer="720" w:gutter="0"/>
          <w:pgNumType w:start="1"/>
          <w:cols w:space="720"/>
          <w:titlePg/>
          <w:docGrid w:linePitch="360"/>
        </w:sectPr>
      </w:pPr>
    </w:p>
    <w:tbl>
      <w:tblPr>
        <w:tblStyle w:val="TableGrid"/>
        <w:tblW w:w="0" w:type="auto"/>
        <w:jc w:val="center"/>
        <w:tblLook w:val="04A0" w:firstRow="1" w:lastRow="0" w:firstColumn="1" w:lastColumn="0" w:noHBand="0" w:noVBand="1"/>
      </w:tblPr>
      <w:tblGrid>
        <w:gridCol w:w="2191"/>
        <w:gridCol w:w="6920"/>
      </w:tblGrid>
      <w:tr w:rsidR="00697836" w:rsidRPr="00697836" w14:paraId="72E62C8A" w14:textId="77777777" w:rsidTr="00332A97">
        <w:trPr>
          <w:tblHeader/>
          <w:jc w:val="center"/>
        </w:trPr>
        <w:tc>
          <w:tcPr>
            <w:tcW w:w="2191" w:type="dxa"/>
            <w:shd w:val="clear" w:color="auto" w:fill="D9EAF7"/>
            <w:vAlign w:val="center"/>
          </w:tcPr>
          <w:p w14:paraId="499DB9AB"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proofErr w:type="spellStart"/>
            <w:r w:rsidRPr="00697836">
              <w:rPr>
                <w:rFonts w:ascii="Times New Roman" w:hAnsi="Times New Roman" w:cs="Times New Roman"/>
                <w:b/>
                <w:sz w:val="24"/>
                <w:szCs w:val="24"/>
              </w:rPr>
              <w:t>Sasaran</w:t>
            </w:r>
            <w:proofErr w:type="spellEnd"/>
          </w:p>
        </w:tc>
        <w:tc>
          <w:tcPr>
            <w:tcW w:w="6920" w:type="dxa"/>
            <w:shd w:val="clear" w:color="auto" w:fill="D9EAF7"/>
            <w:vAlign w:val="center"/>
          </w:tcPr>
          <w:p w14:paraId="42E8AA9D"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b/>
                <w:sz w:val="24"/>
                <w:szCs w:val="24"/>
              </w:rPr>
              <w:t>Manfaat</w:t>
            </w:r>
          </w:p>
        </w:tc>
      </w:tr>
      <w:tr w:rsidR="00697836" w:rsidRPr="00697836" w14:paraId="37CF81BD" w14:textId="77777777" w:rsidTr="00332A97">
        <w:trPr>
          <w:jc w:val="center"/>
        </w:trPr>
        <w:tc>
          <w:tcPr>
            <w:tcW w:w="2191" w:type="dxa"/>
            <w:vAlign w:val="center"/>
          </w:tcPr>
          <w:p w14:paraId="1791EF25" w14:textId="77777777" w:rsidR="001436BE" w:rsidRPr="00697836" w:rsidRDefault="00000000" w:rsidP="00332A97">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Guru</w:t>
            </w:r>
          </w:p>
        </w:tc>
        <w:tc>
          <w:tcPr>
            <w:tcW w:w="6920" w:type="dxa"/>
            <w:vAlign w:val="center"/>
          </w:tcPr>
          <w:p w14:paraId="54901DAE" w14:textId="77777777" w:rsidR="001436BE" w:rsidRPr="00697836" w:rsidRDefault="00000000" w:rsidP="00332A97">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Memiliki acuan untuk mengintegrasikan nilai dan praktik kewirausahaan dalam pembelajaran serta membimbing peserta didik sesuai potensi dan minat.</w:t>
            </w:r>
          </w:p>
        </w:tc>
      </w:tr>
      <w:tr w:rsidR="00697836" w:rsidRPr="00697836" w14:paraId="6CAC917C" w14:textId="77777777" w:rsidTr="00332A97">
        <w:trPr>
          <w:jc w:val="center"/>
        </w:trPr>
        <w:tc>
          <w:tcPr>
            <w:tcW w:w="2191" w:type="dxa"/>
            <w:vAlign w:val="center"/>
          </w:tcPr>
          <w:p w14:paraId="2EB10E39"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Madrasah</w:t>
            </w:r>
          </w:p>
        </w:tc>
        <w:tc>
          <w:tcPr>
            <w:tcW w:w="6920" w:type="dxa"/>
            <w:vAlign w:val="center"/>
          </w:tcPr>
          <w:p w14:paraId="597B5D06"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Terbangunnya ekosistem kewirausahaan melalui unit dan kegiatan yang saling mendukung, termasuk koperasi, kantin, kegiatan produksi, pemasaran, dan event.</w:t>
            </w:r>
          </w:p>
        </w:tc>
      </w:tr>
      <w:tr w:rsidR="00697836" w:rsidRPr="00697836" w14:paraId="6069177B" w14:textId="77777777" w:rsidTr="00332A97">
        <w:trPr>
          <w:jc w:val="center"/>
        </w:trPr>
        <w:tc>
          <w:tcPr>
            <w:tcW w:w="2191" w:type="dxa"/>
            <w:vAlign w:val="center"/>
          </w:tcPr>
          <w:p w14:paraId="335627E0"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Masyarakat</w:t>
            </w:r>
          </w:p>
        </w:tc>
        <w:tc>
          <w:tcPr>
            <w:tcW w:w="6920" w:type="dxa"/>
            <w:vAlign w:val="center"/>
          </w:tcPr>
          <w:p w14:paraId="0B449086"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Mendapatkan peluang untuk mengenal dan menggunakan produk/jasa yang dikembangkan peserta didik secara positif dan bertanggung jawab.</w:t>
            </w:r>
          </w:p>
        </w:tc>
      </w:tr>
    </w:tbl>
    <w:p w14:paraId="66503546" w14:textId="2E18A8C1" w:rsidR="004F5D9E" w:rsidRDefault="004F5D9E" w:rsidP="00697836">
      <w:pPr>
        <w:spacing w:before="100" w:beforeAutospacing="1" w:after="100" w:afterAutospacing="1" w:line="360" w:lineRule="auto"/>
        <w:jc w:val="both"/>
        <w:rPr>
          <w:rFonts w:ascii="Times New Roman" w:hAnsi="Times New Roman" w:cs="Times New Roman"/>
          <w:sz w:val="24"/>
          <w:szCs w:val="24"/>
        </w:rPr>
        <w:sectPr w:rsidR="004F5D9E" w:rsidSect="00332A97">
          <w:headerReference w:type="first" r:id="rId15"/>
          <w:pgSz w:w="12240" w:h="15840"/>
          <w:pgMar w:top="1418" w:right="1418" w:bottom="1418" w:left="1701" w:header="720" w:footer="720" w:gutter="0"/>
          <w:pgNumType w:start="1"/>
          <w:cols w:space="720"/>
          <w:titlePg/>
          <w:docGrid w:linePitch="360"/>
        </w:sectPr>
      </w:pPr>
    </w:p>
    <w:p w14:paraId="0C8C5344"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p w14:paraId="7E63228E" w14:textId="77777777" w:rsidR="001436BE" w:rsidRPr="00697836" w:rsidRDefault="00000000" w:rsidP="00697836">
      <w:pPr>
        <w:pStyle w:val="Heading1"/>
        <w:spacing w:before="100" w:beforeAutospacing="1" w:after="100" w:afterAutospacing="1" w:line="360" w:lineRule="auto"/>
        <w:jc w:val="center"/>
        <w:rPr>
          <w:rFonts w:ascii="Times New Roman" w:hAnsi="Times New Roman" w:cs="Times New Roman"/>
          <w:color w:val="auto"/>
          <w:sz w:val="24"/>
          <w:szCs w:val="24"/>
        </w:rPr>
      </w:pPr>
      <w:bookmarkStart w:id="12" w:name="_Toc239876004"/>
      <w:r w:rsidRPr="00697836">
        <w:rPr>
          <w:rFonts w:ascii="Times New Roman" w:hAnsi="Times New Roman" w:cs="Times New Roman"/>
          <w:color w:val="auto"/>
          <w:sz w:val="24"/>
          <w:szCs w:val="24"/>
        </w:rPr>
        <w:t>BAB II</w:t>
      </w:r>
      <w:bookmarkEnd w:id="12"/>
    </w:p>
    <w:p w14:paraId="3C318D09" w14:textId="77777777" w:rsidR="001436BE" w:rsidRPr="00697836" w:rsidRDefault="00000000" w:rsidP="00697836">
      <w:pPr>
        <w:pStyle w:val="Heading1"/>
        <w:spacing w:before="100" w:beforeAutospacing="1" w:after="100" w:afterAutospacing="1" w:line="360" w:lineRule="auto"/>
        <w:jc w:val="center"/>
        <w:rPr>
          <w:rFonts w:ascii="Times New Roman" w:hAnsi="Times New Roman" w:cs="Times New Roman"/>
          <w:color w:val="auto"/>
          <w:sz w:val="24"/>
          <w:szCs w:val="24"/>
        </w:rPr>
      </w:pPr>
      <w:bookmarkStart w:id="13" w:name="_Toc239876005"/>
      <w:r w:rsidRPr="00697836">
        <w:rPr>
          <w:rFonts w:ascii="Times New Roman" w:hAnsi="Times New Roman" w:cs="Times New Roman"/>
          <w:color w:val="auto"/>
          <w:sz w:val="24"/>
          <w:szCs w:val="24"/>
        </w:rPr>
        <w:t>STRATEGI PELAKSANAAN</w:t>
      </w:r>
      <w:bookmarkEnd w:id="13"/>
    </w:p>
    <w:p w14:paraId="53FC5807" w14:textId="77777777" w:rsidR="001436BE" w:rsidRPr="00697836" w:rsidRDefault="00000000" w:rsidP="00697836">
      <w:pPr>
        <w:pStyle w:val="Heading2"/>
        <w:spacing w:before="100" w:beforeAutospacing="1" w:after="100" w:afterAutospacing="1" w:line="360" w:lineRule="auto"/>
        <w:jc w:val="both"/>
        <w:rPr>
          <w:rFonts w:ascii="Times New Roman" w:hAnsi="Times New Roman" w:cs="Times New Roman"/>
          <w:color w:val="auto"/>
          <w:szCs w:val="24"/>
        </w:rPr>
      </w:pPr>
      <w:bookmarkStart w:id="14" w:name="_Toc239876006"/>
      <w:r w:rsidRPr="00697836">
        <w:rPr>
          <w:rFonts w:ascii="Times New Roman" w:hAnsi="Times New Roman" w:cs="Times New Roman"/>
          <w:color w:val="auto"/>
          <w:szCs w:val="24"/>
        </w:rPr>
        <w:t>A. Tim Pengembang Madrasah</w:t>
      </w:r>
      <w:bookmarkEnd w:id="14"/>
    </w:p>
    <w:p w14:paraId="12C9E282" w14:textId="77777777" w:rsidR="001436BE" w:rsidRPr="00697836" w:rsidRDefault="00000000" w:rsidP="00697836">
      <w:pPr>
        <w:spacing w:before="100" w:beforeAutospacing="1" w:after="100" w:afterAutospacing="1" w:line="360" w:lineRule="auto"/>
        <w:ind w:firstLine="567"/>
        <w:jc w:val="both"/>
        <w:rPr>
          <w:rFonts w:ascii="Times New Roman" w:hAnsi="Times New Roman" w:cs="Times New Roman"/>
          <w:sz w:val="24"/>
          <w:szCs w:val="24"/>
        </w:rPr>
      </w:pPr>
      <w:r w:rsidRPr="00697836">
        <w:rPr>
          <w:rFonts w:ascii="Times New Roman" w:hAnsi="Times New Roman" w:cs="Times New Roman"/>
          <w:sz w:val="24"/>
          <w:szCs w:val="24"/>
        </w:rPr>
        <w:t>Tim pengembang program kewirausahaan dilaksanakan sesuai pembagian tugas dan SK yang ditetapkan madrasah. Pelaksanaan melibatkan kepala madrasah, wakil kepala madrasah terkait, guru pembina/pengampu, pengelola koperasi dan kantin, serta pihak lain yang relevan.</w:t>
      </w:r>
    </w:p>
    <w:p w14:paraId="66034029" w14:textId="77777777" w:rsidR="001436BE" w:rsidRPr="00697836" w:rsidRDefault="00000000" w:rsidP="00697836">
      <w:pPr>
        <w:pStyle w:val="Heading2"/>
        <w:spacing w:before="100" w:beforeAutospacing="1" w:after="100" w:afterAutospacing="1" w:line="360" w:lineRule="auto"/>
        <w:jc w:val="both"/>
        <w:rPr>
          <w:rFonts w:ascii="Times New Roman" w:hAnsi="Times New Roman" w:cs="Times New Roman"/>
          <w:color w:val="auto"/>
          <w:szCs w:val="24"/>
        </w:rPr>
      </w:pPr>
      <w:bookmarkStart w:id="15" w:name="_Toc239876007"/>
      <w:r w:rsidRPr="00697836">
        <w:rPr>
          <w:rFonts w:ascii="Times New Roman" w:hAnsi="Times New Roman" w:cs="Times New Roman"/>
          <w:color w:val="auto"/>
          <w:szCs w:val="24"/>
        </w:rPr>
        <w:t>B. Prinsip Pelaksanaan Program</w:t>
      </w:r>
      <w:bookmarkEnd w:id="15"/>
    </w:p>
    <w:p w14:paraId="25C141CF" w14:textId="77777777" w:rsidR="001436BE" w:rsidRPr="00697836" w:rsidRDefault="00000000" w:rsidP="00697836">
      <w:pPr>
        <w:pStyle w:val="ListBullet"/>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Berbasis potensi dan minat peserta didik.</w:t>
      </w:r>
    </w:p>
    <w:p w14:paraId="02065EAC" w14:textId="77777777" w:rsidR="001436BE" w:rsidRPr="00697836" w:rsidRDefault="00000000" w:rsidP="00697836">
      <w:pPr>
        <w:pStyle w:val="ListBullet"/>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Berorientasi pada pengalaman nyata dan produk/jasa yang dapat dikembangkan.</w:t>
      </w:r>
    </w:p>
    <w:p w14:paraId="496A9000" w14:textId="77777777" w:rsidR="001436BE" w:rsidRPr="00697836" w:rsidRDefault="00000000" w:rsidP="00697836">
      <w:pPr>
        <w:pStyle w:val="ListBullet"/>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Terintegrasi dengan pembelajaran dan kegiatan madrasah.</w:t>
      </w:r>
    </w:p>
    <w:p w14:paraId="18232D97" w14:textId="77777777" w:rsidR="001436BE" w:rsidRPr="00697836" w:rsidRDefault="00000000" w:rsidP="00697836">
      <w:pPr>
        <w:pStyle w:val="ListBullet"/>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Mengedepankan kreativitas, inovasi, kolaborasi, tanggung jawab, dan etika.</w:t>
      </w:r>
    </w:p>
    <w:p w14:paraId="1898BF51" w14:textId="77777777" w:rsidR="001436BE" w:rsidRPr="00697836" w:rsidRDefault="00000000" w:rsidP="00697836">
      <w:pPr>
        <w:pStyle w:val="ListBullet"/>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Memanfaatkan teknologi digital secara aman, produktif, dan bertanggung jawab.</w:t>
      </w:r>
    </w:p>
    <w:p w14:paraId="36F04883" w14:textId="77777777" w:rsidR="001436BE" w:rsidRPr="00697836" w:rsidRDefault="00000000" w:rsidP="00697836">
      <w:pPr>
        <w:pStyle w:val="ListBullet"/>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Memperhatikan kebersihan, keamanan, kesehatan, dan kelayakan produk, khususnya pada bidang kuliner.</w:t>
      </w:r>
    </w:p>
    <w:p w14:paraId="3B1AAB5F" w14:textId="77777777" w:rsidR="001436BE" w:rsidRPr="00697836" w:rsidRDefault="00000000" w:rsidP="00697836">
      <w:pPr>
        <w:pStyle w:val="ListBullet"/>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Memiliki siklus perencanaan, pelaksanaan, pemasaran, evaluasi, dan tindak lanjut.</w:t>
      </w:r>
    </w:p>
    <w:p w14:paraId="092D36EE" w14:textId="77777777" w:rsidR="001436BE" w:rsidRPr="00697836" w:rsidRDefault="00000000" w:rsidP="00697836">
      <w:pPr>
        <w:pStyle w:val="Heading2"/>
        <w:spacing w:before="100" w:beforeAutospacing="1" w:after="100" w:afterAutospacing="1" w:line="360" w:lineRule="auto"/>
        <w:jc w:val="both"/>
        <w:rPr>
          <w:rFonts w:ascii="Times New Roman" w:hAnsi="Times New Roman" w:cs="Times New Roman"/>
          <w:color w:val="auto"/>
          <w:szCs w:val="24"/>
        </w:rPr>
      </w:pPr>
      <w:bookmarkStart w:id="16" w:name="_Toc239876008"/>
      <w:r w:rsidRPr="00697836">
        <w:rPr>
          <w:rFonts w:ascii="Times New Roman" w:hAnsi="Times New Roman" w:cs="Times New Roman"/>
          <w:color w:val="auto"/>
          <w:szCs w:val="24"/>
        </w:rPr>
        <w:t>C. Bentuk-Bentuk Program Kewirausahaan</w:t>
      </w:r>
      <w:bookmarkEnd w:id="16"/>
    </w:p>
    <w:p w14:paraId="26A0ECA7" w14:textId="77777777" w:rsidR="001436BE" w:rsidRPr="00697836" w:rsidRDefault="00000000" w:rsidP="00697836">
      <w:pPr>
        <w:pStyle w:val="Heading3"/>
        <w:spacing w:before="100" w:beforeAutospacing="1" w:after="100" w:afterAutospacing="1" w:line="360" w:lineRule="auto"/>
        <w:jc w:val="both"/>
        <w:rPr>
          <w:rFonts w:ascii="Times New Roman" w:hAnsi="Times New Roman" w:cs="Times New Roman"/>
          <w:color w:val="auto"/>
          <w:sz w:val="24"/>
          <w:szCs w:val="24"/>
        </w:rPr>
      </w:pPr>
      <w:bookmarkStart w:id="17" w:name="_Toc239876009"/>
      <w:r w:rsidRPr="00697836">
        <w:rPr>
          <w:rFonts w:ascii="Times New Roman" w:hAnsi="Times New Roman" w:cs="Times New Roman"/>
          <w:color w:val="auto"/>
          <w:sz w:val="24"/>
          <w:szCs w:val="24"/>
        </w:rPr>
        <w:t>1. Tata Busana</w:t>
      </w:r>
      <w:bookmarkEnd w:id="17"/>
    </w:p>
    <w:p w14:paraId="06A3923F" w14:textId="77777777" w:rsidR="001436BE" w:rsidRPr="00697836" w:rsidRDefault="00000000" w:rsidP="00697836">
      <w:pPr>
        <w:spacing w:before="100" w:beforeAutospacing="1" w:after="100" w:afterAutospacing="1" w:line="360" w:lineRule="auto"/>
        <w:ind w:firstLine="567"/>
        <w:jc w:val="both"/>
        <w:rPr>
          <w:rFonts w:ascii="Times New Roman" w:hAnsi="Times New Roman" w:cs="Times New Roman"/>
          <w:sz w:val="24"/>
          <w:szCs w:val="24"/>
        </w:rPr>
      </w:pPr>
      <w:r w:rsidRPr="00697836">
        <w:rPr>
          <w:rFonts w:ascii="Times New Roman" w:hAnsi="Times New Roman" w:cs="Times New Roman"/>
          <w:sz w:val="24"/>
          <w:szCs w:val="24"/>
        </w:rPr>
        <w:t>Program Tata Busana diarahkan untuk membekali peserta didik dengan keterampilan dasar produksi dan kewirausahaan di bidang busana dan produk tekstil. Kegiatan dapat berupa pengenalan desain, pemilihan bahan, pembuatan produk sederhana, modifikasi/upcycling, pengemasan, branding, penentuan harga, promosi, dan penjualan. Produk yang dihasilkan disesuaikan dengan kemampuan peserta didik dan kebutuhan pasar di lingkungan sekitar.</w:t>
      </w:r>
    </w:p>
    <w:p w14:paraId="4C2E2A9E" w14:textId="77777777" w:rsidR="001436BE" w:rsidRPr="00697836" w:rsidRDefault="00000000" w:rsidP="00697836">
      <w:pPr>
        <w:spacing w:before="100" w:beforeAutospacing="1" w:after="100" w:afterAutospacing="1" w:line="360" w:lineRule="auto"/>
        <w:ind w:left="283"/>
        <w:jc w:val="both"/>
        <w:rPr>
          <w:rFonts w:ascii="Times New Roman" w:hAnsi="Times New Roman" w:cs="Times New Roman"/>
          <w:sz w:val="24"/>
          <w:szCs w:val="24"/>
        </w:rPr>
      </w:pPr>
      <w:r w:rsidRPr="00697836">
        <w:rPr>
          <w:rFonts w:ascii="Times New Roman" w:hAnsi="Times New Roman" w:cs="Times New Roman"/>
          <w:b/>
          <w:sz w:val="24"/>
          <w:szCs w:val="24"/>
        </w:rPr>
        <w:t xml:space="preserve">Contoh kegiatan: </w:t>
      </w:r>
      <w:r w:rsidRPr="00697836">
        <w:rPr>
          <w:rFonts w:ascii="Times New Roman" w:hAnsi="Times New Roman" w:cs="Times New Roman"/>
          <w:sz w:val="24"/>
          <w:szCs w:val="24"/>
        </w:rPr>
        <w:t>Desain dan perencanaan produk; Pembuatan atau modifikasi produk busana/tekstil; Perhitungan bahan dan biaya produksi; Penentuan harga jual; Pengemasan dan branding; Promosi dan penjualan; Evaluasi kualitas dan respons konsumen.</w:t>
      </w:r>
    </w:p>
    <w:p w14:paraId="2225BDED" w14:textId="77777777" w:rsidR="001436BE" w:rsidRPr="00697836" w:rsidRDefault="00000000" w:rsidP="00697836">
      <w:pPr>
        <w:pStyle w:val="Heading3"/>
        <w:spacing w:before="100" w:beforeAutospacing="1" w:after="100" w:afterAutospacing="1" w:line="360" w:lineRule="auto"/>
        <w:jc w:val="both"/>
        <w:rPr>
          <w:rFonts w:ascii="Times New Roman" w:hAnsi="Times New Roman" w:cs="Times New Roman"/>
          <w:color w:val="auto"/>
          <w:sz w:val="24"/>
          <w:szCs w:val="24"/>
        </w:rPr>
      </w:pPr>
      <w:bookmarkStart w:id="18" w:name="_Toc239876010"/>
      <w:r w:rsidRPr="00697836">
        <w:rPr>
          <w:rFonts w:ascii="Times New Roman" w:hAnsi="Times New Roman" w:cs="Times New Roman"/>
          <w:color w:val="auto"/>
          <w:sz w:val="24"/>
          <w:szCs w:val="24"/>
        </w:rPr>
        <w:t>2. Tata Boga dan Kewirausahaan Kuliner</w:t>
      </w:r>
      <w:bookmarkEnd w:id="18"/>
    </w:p>
    <w:p w14:paraId="1CF3EE5D" w14:textId="77777777" w:rsidR="001436BE" w:rsidRPr="00697836" w:rsidRDefault="00000000" w:rsidP="00697836">
      <w:pPr>
        <w:spacing w:before="100" w:beforeAutospacing="1" w:after="100" w:afterAutospacing="1" w:line="360" w:lineRule="auto"/>
        <w:ind w:firstLine="567"/>
        <w:jc w:val="both"/>
        <w:rPr>
          <w:rFonts w:ascii="Times New Roman" w:hAnsi="Times New Roman" w:cs="Times New Roman"/>
          <w:sz w:val="24"/>
          <w:szCs w:val="24"/>
        </w:rPr>
      </w:pPr>
      <w:r w:rsidRPr="00697836">
        <w:rPr>
          <w:rFonts w:ascii="Times New Roman" w:hAnsi="Times New Roman" w:cs="Times New Roman"/>
          <w:sz w:val="24"/>
          <w:szCs w:val="24"/>
        </w:rPr>
        <w:t>Program Tata Boga diarahkan untuk membekali peserta didik agar mampu mengembangkan keterampilan mengolah makanan dan minuman menjadi peluang usaha. Peserta didik belajar dari tahap perencanaan produk, pemilihan bahan, proses produksi yang bersih dan aman, pengemasan, pelabelan, perhitungan modal dan harga jual, promosi, hingga penjualan. Produk hasil olahan dapat dipasarkan secara terbatas di lingkungan sekitar tempat tinggal peserta didik dengan pengawasan dan memperhatikan ketentuan madrasah serta keamanan pangan.</w:t>
      </w:r>
    </w:p>
    <w:p w14:paraId="550C2147" w14:textId="77777777" w:rsidR="001436BE" w:rsidRPr="00697836" w:rsidRDefault="00000000" w:rsidP="00697836">
      <w:pPr>
        <w:spacing w:before="100" w:beforeAutospacing="1" w:after="100" w:afterAutospacing="1" w:line="360" w:lineRule="auto"/>
        <w:ind w:left="283"/>
        <w:jc w:val="both"/>
        <w:rPr>
          <w:rFonts w:ascii="Times New Roman" w:hAnsi="Times New Roman" w:cs="Times New Roman"/>
          <w:sz w:val="24"/>
          <w:szCs w:val="24"/>
        </w:rPr>
      </w:pPr>
      <w:r w:rsidRPr="00697836">
        <w:rPr>
          <w:rFonts w:ascii="Times New Roman" w:hAnsi="Times New Roman" w:cs="Times New Roman"/>
          <w:b/>
          <w:sz w:val="24"/>
          <w:szCs w:val="24"/>
        </w:rPr>
        <w:t xml:space="preserve">Contoh kegiatan: </w:t>
      </w:r>
      <w:r w:rsidRPr="00697836">
        <w:rPr>
          <w:rFonts w:ascii="Times New Roman" w:hAnsi="Times New Roman" w:cs="Times New Roman"/>
          <w:sz w:val="24"/>
          <w:szCs w:val="24"/>
        </w:rPr>
        <w:t>Identifikasi peluang dan ide produk kuliner; Praktik pengolahan makanan/minuman; Penerapan kebersihan dan keamanan pangan; Pengemasan dan pelabelan produk; Perhitungan biaya bahan, biaya produksi, harga pokok dan harga jual; Promosi melalui media yang sesuai; Penjualan produk di lingkungan sekitar tempat tinggal secara bertanggung jawab; Pencatatan omzet, biaya, dan hasil penjualan; Evaluasi produk berdasarkan tanggapan konsumen.</w:t>
      </w:r>
    </w:p>
    <w:p w14:paraId="4D65832C" w14:textId="77777777" w:rsidR="001436BE" w:rsidRPr="00697836" w:rsidRDefault="00000000" w:rsidP="00697836">
      <w:pPr>
        <w:pStyle w:val="Heading3"/>
        <w:spacing w:before="100" w:beforeAutospacing="1" w:after="100" w:afterAutospacing="1" w:line="360" w:lineRule="auto"/>
        <w:jc w:val="both"/>
        <w:rPr>
          <w:rFonts w:ascii="Times New Roman" w:hAnsi="Times New Roman" w:cs="Times New Roman"/>
          <w:color w:val="auto"/>
          <w:sz w:val="24"/>
          <w:szCs w:val="24"/>
        </w:rPr>
      </w:pPr>
      <w:bookmarkStart w:id="19" w:name="_Toc239876011"/>
      <w:r w:rsidRPr="00697836">
        <w:rPr>
          <w:rFonts w:ascii="Times New Roman" w:hAnsi="Times New Roman" w:cs="Times New Roman"/>
          <w:color w:val="auto"/>
          <w:sz w:val="24"/>
          <w:szCs w:val="24"/>
        </w:rPr>
        <w:t>3. Multimedia</w:t>
      </w:r>
      <w:bookmarkEnd w:id="19"/>
    </w:p>
    <w:p w14:paraId="4A661BC8" w14:textId="77777777" w:rsidR="001436BE" w:rsidRPr="00697836" w:rsidRDefault="00000000" w:rsidP="00697836">
      <w:pPr>
        <w:spacing w:before="100" w:beforeAutospacing="1" w:after="100" w:afterAutospacing="1" w:line="360" w:lineRule="auto"/>
        <w:ind w:firstLine="567"/>
        <w:jc w:val="both"/>
        <w:rPr>
          <w:rFonts w:ascii="Times New Roman" w:hAnsi="Times New Roman" w:cs="Times New Roman"/>
          <w:sz w:val="24"/>
          <w:szCs w:val="24"/>
        </w:rPr>
      </w:pPr>
      <w:r w:rsidRPr="00697836">
        <w:rPr>
          <w:rFonts w:ascii="Times New Roman" w:hAnsi="Times New Roman" w:cs="Times New Roman"/>
          <w:sz w:val="24"/>
          <w:szCs w:val="24"/>
        </w:rPr>
        <w:t>Program Multimedia mengembangkan keterampilan kreatif yang dapat dijadikan jasa maupun pendukung kegiatan kewirausahaan. Peserta didik dapat belajar fotografi, videografi, desain grafis, editing, pembuatan konten, dan materi promosi. Kegiatan Multimedia dapat mendukung pemasaran produk Tata Busana, Tata Boga, koperasi, kantin, dan produk peserta didik lainnya.</w:t>
      </w:r>
    </w:p>
    <w:p w14:paraId="4A44979B" w14:textId="77777777" w:rsidR="001436BE" w:rsidRPr="00697836" w:rsidRDefault="00000000" w:rsidP="00697836">
      <w:pPr>
        <w:spacing w:before="100" w:beforeAutospacing="1" w:after="100" w:afterAutospacing="1" w:line="360" w:lineRule="auto"/>
        <w:ind w:left="283"/>
        <w:jc w:val="both"/>
        <w:rPr>
          <w:rFonts w:ascii="Times New Roman" w:hAnsi="Times New Roman" w:cs="Times New Roman"/>
          <w:sz w:val="24"/>
          <w:szCs w:val="24"/>
        </w:rPr>
      </w:pPr>
      <w:r w:rsidRPr="00697836">
        <w:rPr>
          <w:rFonts w:ascii="Times New Roman" w:hAnsi="Times New Roman" w:cs="Times New Roman"/>
          <w:b/>
          <w:sz w:val="24"/>
          <w:szCs w:val="24"/>
        </w:rPr>
        <w:t xml:space="preserve">Contoh kegiatan: </w:t>
      </w:r>
      <w:r w:rsidRPr="00697836">
        <w:rPr>
          <w:rFonts w:ascii="Times New Roman" w:hAnsi="Times New Roman" w:cs="Times New Roman"/>
          <w:sz w:val="24"/>
          <w:szCs w:val="24"/>
        </w:rPr>
        <w:t>Fotografi produk; Desain logo, label, poster, dan katalog; Video promosi dan editing; Pembuatan konten media sosial; Dokumentasi kegiatan kewirausahaan; Pengembangan portofolio jasa kreatif.</w:t>
      </w:r>
    </w:p>
    <w:p w14:paraId="4478E7E1" w14:textId="77777777" w:rsidR="001436BE" w:rsidRPr="00697836" w:rsidRDefault="00000000" w:rsidP="00697836">
      <w:pPr>
        <w:pStyle w:val="Heading3"/>
        <w:spacing w:before="100" w:beforeAutospacing="1" w:after="100" w:afterAutospacing="1" w:line="360" w:lineRule="auto"/>
        <w:jc w:val="both"/>
        <w:rPr>
          <w:rFonts w:ascii="Times New Roman" w:hAnsi="Times New Roman" w:cs="Times New Roman"/>
          <w:color w:val="auto"/>
          <w:sz w:val="24"/>
          <w:szCs w:val="24"/>
        </w:rPr>
      </w:pPr>
      <w:bookmarkStart w:id="20" w:name="_Toc239876012"/>
      <w:r w:rsidRPr="00697836">
        <w:rPr>
          <w:rFonts w:ascii="Times New Roman" w:hAnsi="Times New Roman" w:cs="Times New Roman"/>
          <w:color w:val="auto"/>
          <w:sz w:val="24"/>
          <w:szCs w:val="24"/>
        </w:rPr>
        <w:t>4. Koperasi Madrasah</w:t>
      </w:r>
      <w:bookmarkEnd w:id="20"/>
    </w:p>
    <w:p w14:paraId="6D648305" w14:textId="77777777" w:rsidR="001436BE" w:rsidRPr="00697836" w:rsidRDefault="00000000" w:rsidP="00697836">
      <w:pPr>
        <w:spacing w:before="100" w:beforeAutospacing="1" w:after="100" w:afterAutospacing="1" w:line="360" w:lineRule="auto"/>
        <w:ind w:firstLine="567"/>
        <w:jc w:val="both"/>
        <w:rPr>
          <w:rFonts w:ascii="Times New Roman" w:hAnsi="Times New Roman" w:cs="Times New Roman"/>
          <w:sz w:val="24"/>
          <w:szCs w:val="24"/>
        </w:rPr>
      </w:pPr>
      <w:r w:rsidRPr="00697836">
        <w:rPr>
          <w:rFonts w:ascii="Times New Roman" w:hAnsi="Times New Roman" w:cs="Times New Roman"/>
          <w:sz w:val="24"/>
          <w:szCs w:val="24"/>
        </w:rPr>
        <w:t>Koperasi Madrasah merupakan sarana praktik kewirausahaan di lingkungan madrasah. Koperasi Subur Makmur MAN 2 Semarang dapat menjadi tempat peserta didik mengenal pengelolaan barang, pelayanan, transaksi, pencatatan, dan prinsip kerja sama. Kegiatan diarahkan agar peserta didik memahami proses usaha secara nyata sesuai kewenangan dan ketentuan pengelolaan koperasi.</w:t>
      </w:r>
    </w:p>
    <w:p w14:paraId="44034051" w14:textId="77777777" w:rsidR="001436BE" w:rsidRPr="00697836" w:rsidRDefault="00000000" w:rsidP="00697836">
      <w:pPr>
        <w:spacing w:before="100" w:beforeAutospacing="1" w:after="100" w:afterAutospacing="1" w:line="360" w:lineRule="auto"/>
        <w:ind w:left="283"/>
        <w:jc w:val="both"/>
        <w:rPr>
          <w:rFonts w:ascii="Times New Roman" w:hAnsi="Times New Roman" w:cs="Times New Roman"/>
          <w:sz w:val="24"/>
          <w:szCs w:val="24"/>
        </w:rPr>
      </w:pPr>
      <w:r w:rsidRPr="00697836">
        <w:rPr>
          <w:rFonts w:ascii="Times New Roman" w:hAnsi="Times New Roman" w:cs="Times New Roman"/>
          <w:b/>
          <w:sz w:val="24"/>
          <w:szCs w:val="24"/>
        </w:rPr>
        <w:t xml:space="preserve">Contoh kegiatan: </w:t>
      </w:r>
      <w:r w:rsidRPr="00697836">
        <w:rPr>
          <w:rFonts w:ascii="Times New Roman" w:hAnsi="Times New Roman" w:cs="Times New Roman"/>
          <w:sz w:val="24"/>
          <w:szCs w:val="24"/>
        </w:rPr>
        <w:t>Pengenalan pengelolaan koperasi; Pelayanan dan transaksi; Pengenalan stok dan pencatatan barang; Pemasaran produk; Penerapan kerja sama dan tanggung jawab.</w:t>
      </w:r>
    </w:p>
    <w:p w14:paraId="4BC733AC" w14:textId="77777777" w:rsidR="001436BE" w:rsidRPr="00697836" w:rsidRDefault="00000000" w:rsidP="00697836">
      <w:pPr>
        <w:pStyle w:val="Heading3"/>
        <w:spacing w:before="100" w:beforeAutospacing="1" w:after="100" w:afterAutospacing="1" w:line="360" w:lineRule="auto"/>
        <w:jc w:val="both"/>
        <w:rPr>
          <w:rFonts w:ascii="Times New Roman" w:hAnsi="Times New Roman" w:cs="Times New Roman"/>
          <w:color w:val="auto"/>
          <w:sz w:val="24"/>
          <w:szCs w:val="24"/>
        </w:rPr>
      </w:pPr>
      <w:bookmarkStart w:id="21" w:name="_Toc239876013"/>
      <w:r w:rsidRPr="00697836">
        <w:rPr>
          <w:rFonts w:ascii="Times New Roman" w:hAnsi="Times New Roman" w:cs="Times New Roman"/>
          <w:color w:val="auto"/>
          <w:sz w:val="24"/>
          <w:szCs w:val="24"/>
        </w:rPr>
        <w:t>5. Kantin Sekolah/Kantin Sehat</w:t>
      </w:r>
      <w:bookmarkEnd w:id="21"/>
    </w:p>
    <w:p w14:paraId="34163BEE" w14:textId="77777777" w:rsidR="001436BE" w:rsidRPr="00697836" w:rsidRDefault="00000000" w:rsidP="00697836">
      <w:pPr>
        <w:spacing w:before="100" w:beforeAutospacing="1" w:after="100" w:afterAutospacing="1" w:line="360" w:lineRule="auto"/>
        <w:ind w:firstLine="567"/>
        <w:jc w:val="both"/>
        <w:rPr>
          <w:rFonts w:ascii="Times New Roman" w:hAnsi="Times New Roman" w:cs="Times New Roman"/>
          <w:sz w:val="24"/>
          <w:szCs w:val="24"/>
        </w:rPr>
      </w:pPr>
      <w:r w:rsidRPr="00697836">
        <w:rPr>
          <w:rFonts w:ascii="Times New Roman" w:hAnsi="Times New Roman" w:cs="Times New Roman"/>
          <w:sz w:val="24"/>
          <w:szCs w:val="24"/>
        </w:rPr>
        <w:t>Kantin sekolah menjadi sarana penyediaan makanan dan minuman yang sehat, aman, dan layak bagi warga madrasah sekaligus menjadi media pembelajaran kewirausahaan. Produk peserta didik dapat dikembangkan untuk dititipkan atau dipasarkan sesuai ketentuan pengelola kantin dan madrasah.</w:t>
      </w:r>
    </w:p>
    <w:p w14:paraId="5405E942" w14:textId="77777777" w:rsidR="001436BE" w:rsidRPr="00697836" w:rsidRDefault="00000000" w:rsidP="00697836">
      <w:pPr>
        <w:spacing w:before="100" w:beforeAutospacing="1" w:after="100" w:afterAutospacing="1" w:line="360" w:lineRule="auto"/>
        <w:ind w:left="283"/>
        <w:jc w:val="both"/>
        <w:rPr>
          <w:rFonts w:ascii="Times New Roman" w:hAnsi="Times New Roman" w:cs="Times New Roman"/>
          <w:sz w:val="24"/>
          <w:szCs w:val="24"/>
        </w:rPr>
      </w:pPr>
      <w:r w:rsidRPr="00697836">
        <w:rPr>
          <w:rFonts w:ascii="Times New Roman" w:hAnsi="Times New Roman" w:cs="Times New Roman"/>
          <w:b/>
          <w:sz w:val="24"/>
          <w:szCs w:val="24"/>
        </w:rPr>
        <w:t xml:space="preserve">Contoh kegiatan: </w:t>
      </w:r>
      <w:r w:rsidRPr="00697836">
        <w:rPr>
          <w:rFonts w:ascii="Times New Roman" w:hAnsi="Times New Roman" w:cs="Times New Roman"/>
          <w:sz w:val="24"/>
          <w:szCs w:val="24"/>
        </w:rPr>
        <w:t>Penyediaan produk makanan/minuman yang aman dan sehat; Pengenalan pelayanan konsumen; Pencatatan transaksi sederhana; Pengembangan produk dan kemasan; Evaluasi kualitas dan minat konsumen.</w:t>
      </w:r>
    </w:p>
    <w:p w14:paraId="01D273FA" w14:textId="77777777" w:rsidR="001436BE" w:rsidRPr="00697836" w:rsidRDefault="00000000" w:rsidP="00697836">
      <w:pPr>
        <w:pStyle w:val="Heading3"/>
        <w:spacing w:before="100" w:beforeAutospacing="1" w:after="100" w:afterAutospacing="1" w:line="360" w:lineRule="auto"/>
        <w:jc w:val="both"/>
        <w:rPr>
          <w:rFonts w:ascii="Times New Roman" w:hAnsi="Times New Roman" w:cs="Times New Roman"/>
          <w:color w:val="auto"/>
          <w:sz w:val="24"/>
          <w:szCs w:val="24"/>
        </w:rPr>
      </w:pPr>
      <w:bookmarkStart w:id="22" w:name="_Toc239876014"/>
      <w:r w:rsidRPr="00697836">
        <w:rPr>
          <w:rFonts w:ascii="Times New Roman" w:hAnsi="Times New Roman" w:cs="Times New Roman"/>
          <w:color w:val="auto"/>
          <w:sz w:val="24"/>
          <w:szCs w:val="24"/>
        </w:rPr>
        <w:t>6. Nilai Kewirausahaan Terintegrasi dalam Mata Pelajaran</w:t>
      </w:r>
      <w:bookmarkEnd w:id="22"/>
    </w:p>
    <w:p w14:paraId="01B7FFFC" w14:textId="77777777" w:rsidR="001436BE" w:rsidRPr="00697836" w:rsidRDefault="00000000" w:rsidP="00697836">
      <w:pPr>
        <w:spacing w:before="100" w:beforeAutospacing="1" w:after="100" w:afterAutospacing="1" w:line="360" w:lineRule="auto"/>
        <w:ind w:firstLine="567"/>
        <w:jc w:val="both"/>
        <w:rPr>
          <w:rFonts w:ascii="Times New Roman" w:hAnsi="Times New Roman" w:cs="Times New Roman"/>
          <w:sz w:val="24"/>
          <w:szCs w:val="24"/>
        </w:rPr>
      </w:pPr>
      <w:r w:rsidRPr="00697836">
        <w:rPr>
          <w:rFonts w:ascii="Times New Roman" w:hAnsi="Times New Roman" w:cs="Times New Roman"/>
          <w:sz w:val="24"/>
          <w:szCs w:val="24"/>
        </w:rPr>
        <w:t>Nilai kewirausahaan diintegrasikan dalam pembelajaran sesuai karakteristik mata pelajaran. Guru mengembangkan aktivitas yang menumbuhkan kreativitas, inovasi, kerja keras, kemandirian, pemecahan masalah, komunikasi, kolaborasi, literasi keuangan, dan tanggung jawab.</w:t>
      </w:r>
    </w:p>
    <w:p w14:paraId="02420E95" w14:textId="77777777" w:rsidR="00332A97" w:rsidRDefault="00000000" w:rsidP="00332A97">
      <w:pPr>
        <w:spacing w:before="100" w:beforeAutospacing="1" w:after="100" w:afterAutospacing="1" w:line="360" w:lineRule="auto"/>
        <w:ind w:left="283"/>
        <w:jc w:val="both"/>
        <w:rPr>
          <w:rFonts w:ascii="Times New Roman" w:hAnsi="Times New Roman" w:cs="Times New Roman"/>
          <w:sz w:val="24"/>
          <w:szCs w:val="24"/>
        </w:rPr>
        <w:sectPr w:rsidR="00332A97" w:rsidSect="003C6F31">
          <w:headerReference w:type="even" r:id="rId16"/>
          <w:headerReference w:type="default" r:id="rId17"/>
          <w:headerReference w:type="first" r:id="rId18"/>
          <w:pgSz w:w="12240" w:h="15840"/>
          <w:pgMar w:top="1417" w:right="1417" w:bottom="1417" w:left="1701" w:header="720" w:footer="720" w:gutter="0"/>
          <w:pgNumType w:start="5"/>
          <w:cols w:space="720"/>
          <w:titlePg/>
          <w:docGrid w:linePitch="360"/>
        </w:sectPr>
      </w:pPr>
      <w:r w:rsidRPr="00697836">
        <w:rPr>
          <w:rFonts w:ascii="Times New Roman" w:hAnsi="Times New Roman" w:cs="Times New Roman"/>
          <w:b/>
          <w:sz w:val="24"/>
          <w:szCs w:val="24"/>
        </w:rPr>
        <w:t xml:space="preserve">Contoh kegiatan: </w:t>
      </w:r>
      <w:r w:rsidRPr="00697836">
        <w:rPr>
          <w:rFonts w:ascii="Times New Roman" w:hAnsi="Times New Roman" w:cs="Times New Roman"/>
          <w:sz w:val="24"/>
          <w:szCs w:val="24"/>
        </w:rPr>
        <w:t xml:space="preserve">Integrasi nilai kewirausahaan dalam modul/perangkat pembelajaran; Proyek atau tugas yang menghasilkan produk/jasa; Presentasi dan </w:t>
      </w:r>
      <w:proofErr w:type="spellStart"/>
      <w:r w:rsidRPr="00697836">
        <w:rPr>
          <w:rFonts w:ascii="Times New Roman" w:hAnsi="Times New Roman" w:cs="Times New Roman"/>
          <w:sz w:val="24"/>
          <w:szCs w:val="24"/>
        </w:rPr>
        <w:t>promosi</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hasil</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karya</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Refleksi</w:t>
      </w:r>
      <w:proofErr w:type="spellEnd"/>
      <w:r w:rsidRPr="00697836">
        <w:rPr>
          <w:rFonts w:ascii="Times New Roman" w:hAnsi="Times New Roman" w:cs="Times New Roman"/>
          <w:sz w:val="24"/>
          <w:szCs w:val="24"/>
        </w:rPr>
        <w:t xml:space="preserve"> dan </w:t>
      </w:r>
      <w:proofErr w:type="spellStart"/>
      <w:r w:rsidRPr="00697836">
        <w:rPr>
          <w:rFonts w:ascii="Times New Roman" w:hAnsi="Times New Roman" w:cs="Times New Roman"/>
          <w:sz w:val="24"/>
          <w:szCs w:val="24"/>
        </w:rPr>
        <w:t>evaluasi</w:t>
      </w:r>
      <w:proofErr w:type="spellEnd"/>
      <w:r w:rsidRPr="00697836">
        <w:rPr>
          <w:rFonts w:ascii="Times New Roman" w:hAnsi="Times New Roman" w:cs="Times New Roman"/>
          <w:sz w:val="24"/>
          <w:szCs w:val="24"/>
        </w:rPr>
        <w:t xml:space="preserve"> proses.</w:t>
      </w:r>
    </w:p>
    <w:p w14:paraId="6E03471D" w14:textId="77777777" w:rsidR="001436BE" w:rsidRPr="00697836" w:rsidRDefault="00000000" w:rsidP="00697836">
      <w:pPr>
        <w:pStyle w:val="Heading3"/>
        <w:spacing w:before="100" w:beforeAutospacing="1" w:after="100" w:afterAutospacing="1" w:line="360" w:lineRule="auto"/>
        <w:jc w:val="both"/>
        <w:rPr>
          <w:rFonts w:ascii="Times New Roman" w:hAnsi="Times New Roman" w:cs="Times New Roman"/>
          <w:color w:val="auto"/>
          <w:sz w:val="24"/>
          <w:szCs w:val="24"/>
        </w:rPr>
      </w:pPr>
      <w:bookmarkStart w:id="23" w:name="_Toc239876015"/>
      <w:r w:rsidRPr="00697836">
        <w:rPr>
          <w:rFonts w:ascii="Times New Roman" w:hAnsi="Times New Roman" w:cs="Times New Roman"/>
          <w:color w:val="auto"/>
          <w:sz w:val="24"/>
          <w:szCs w:val="24"/>
        </w:rPr>
        <w:t>7. Kunjungan ke Tempat-Tempat Produksi Barang atau Jasa</w:t>
      </w:r>
      <w:bookmarkEnd w:id="23"/>
    </w:p>
    <w:p w14:paraId="0ECC0424" w14:textId="77777777" w:rsidR="001436BE" w:rsidRPr="00697836" w:rsidRDefault="00000000" w:rsidP="00697836">
      <w:pPr>
        <w:spacing w:before="100" w:beforeAutospacing="1" w:after="100" w:afterAutospacing="1" w:line="360" w:lineRule="auto"/>
        <w:ind w:firstLine="567"/>
        <w:jc w:val="both"/>
        <w:rPr>
          <w:rFonts w:ascii="Times New Roman" w:hAnsi="Times New Roman" w:cs="Times New Roman"/>
          <w:sz w:val="24"/>
          <w:szCs w:val="24"/>
        </w:rPr>
      </w:pPr>
      <w:r w:rsidRPr="00697836">
        <w:rPr>
          <w:rFonts w:ascii="Times New Roman" w:hAnsi="Times New Roman" w:cs="Times New Roman"/>
          <w:sz w:val="24"/>
          <w:szCs w:val="24"/>
        </w:rPr>
        <w:t>Peserta didik diajak mengenal proses produksi dan pengelolaan usaha secara langsung melalui kunjungan ke tempat produksi barang atau jasa. Kunjungan dapat disesuaikan dengan bidang minat peserta didik, misalnya industri busana, usaha kuliner, percetakan, studio kreatif, atau usaha lainnya.</w:t>
      </w:r>
    </w:p>
    <w:p w14:paraId="43C78A02" w14:textId="77777777" w:rsidR="001436BE" w:rsidRPr="00697836" w:rsidRDefault="00000000" w:rsidP="00697836">
      <w:pPr>
        <w:spacing w:before="100" w:beforeAutospacing="1" w:after="100" w:afterAutospacing="1" w:line="360" w:lineRule="auto"/>
        <w:ind w:left="283"/>
        <w:jc w:val="both"/>
        <w:rPr>
          <w:rFonts w:ascii="Times New Roman" w:hAnsi="Times New Roman" w:cs="Times New Roman"/>
          <w:sz w:val="24"/>
          <w:szCs w:val="24"/>
        </w:rPr>
      </w:pPr>
      <w:r w:rsidRPr="00697836">
        <w:rPr>
          <w:rFonts w:ascii="Times New Roman" w:hAnsi="Times New Roman" w:cs="Times New Roman"/>
          <w:b/>
          <w:sz w:val="24"/>
          <w:szCs w:val="24"/>
        </w:rPr>
        <w:t xml:space="preserve">Contoh kegiatan: </w:t>
      </w:r>
      <w:r w:rsidRPr="00697836">
        <w:rPr>
          <w:rFonts w:ascii="Times New Roman" w:hAnsi="Times New Roman" w:cs="Times New Roman"/>
          <w:sz w:val="24"/>
          <w:szCs w:val="24"/>
        </w:rPr>
        <w:t>Observasi proses produksi; Wawancara pelaku usaha; Mengenal pengelolaan bahan dan tenaga kerja; Mengenal strategi pemasaran; Menyusun laporan/refleksi hasil kunjungan.</w:t>
      </w:r>
    </w:p>
    <w:p w14:paraId="590639A7" w14:textId="77777777" w:rsidR="001436BE" w:rsidRPr="00697836" w:rsidRDefault="00000000" w:rsidP="00697836">
      <w:pPr>
        <w:pStyle w:val="Heading3"/>
        <w:spacing w:before="100" w:beforeAutospacing="1" w:after="100" w:afterAutospacing="1" w:line="360" w:lineRule="auto"/>
        <w:jc w:val="both"/>
        <w:rPr>
          <w:rFonts w:ascii="Times New Roman" w:hAnsi="Times New Roman" w:cs="Times New Roman"/>
          <w:color w:val="auto"/>
          <w:sz w:val="24"/>
          <w:szCs w:val="24"/>
        </w:rPr>
      </w:pPr>
      <w:bookmarkStart w:id="24" w:name="_Toc239876016"/>
      <w:r w:rsidRPr="00697836">
        <w:rPr>
          <w:rFonts w:ascii="Times New Roman" w:hAnsi="Times New Roman" w:cs="Times New Roman"/>
          <w:color w:val="auto"/>
          <w:sz w:val="24"/>
          <w:szCs w:val="24"/>
        </w:rPr>
        <w:t>8. Minat dalam Berwirausaha Secara Online</w:t>
      </w:r>
      <w:bookmarkEnd w:id="24"/>
    </w:p>
    <w:p w14:paraId="5EDEAE15" w14:textId="77777777" w:rsidR="001436BE" w:rsidRPr="00697836" w:rsidRDefault="00000000" w:rsidP="00697836">
      <w:pPr>
        <w:spacing w:before="100" w:beforeAutospacing="1" w:after="100" w:afterAutospacing="1" w:line="360" w:lineRule="auto"/>
        <w:ind w:firstLine="567"/>
        <w:jc w:val="both"/>
        <w:rPr>
          <w:rFonts w:ascii="Times New Roman" w:hAnsi="Times New Roman" w:cs="Times New Roman"/>
          <w:sz w:val="24"/>
          <w:szCs w:val="24"/>
        </w:rPr>
      </w:pPr>
      <w:r w:rsidRPr="00697836">
        <w:rPr>
          <w:rFonts w:ascii="Times New Roman" w:hAnsi="Times New Roman" w:cs="Times New Roman"/>
          <w:sz w:val="24"/>
          <w:szCs w:val="24"/>
        </w:rPr>
        <w:t>Program kewirausahaan online memberikan pengalaman kepada peserta didik dalam memanfaatkan teknologi untuk promosi dan pemasaran. Media digital digunakan untuk mengenalkan produk, membuat katalog, membuat konten promosi, berkomunikasi dengan calon konsumen, dan mengembangkan jejaring pemasaran dengan tetap memperhatikan etika digital.</w:t>
      </w:r>
    </w:p>
    <w:p w14:paraId="1FC9437B" w14:textId="77777777" w:rsidR="001436BE" w:rsidRPr="00697836" w:rsidRDefault="00000000" w:rsidP="00697836">
      <w:pPr>
        <w:spacing w:before="100" w:beforeAutospacing="1" w:after="100" w:afterAutospacing="1" w:line="360" w:lineRule="auto"/>
        <w:ind w:left="283"/>
        <w:jc w:val="both"/>
        <w:rPr>
          <w:rFonts w:ascii="Times New Roman" w:hAnsi="Times New Roman" w:cs="Times New Roman"/>
          <w:sz w:val="24"/>
          <w:szCs w:val="24"/>
        </w:rPr>
      </w:pPr>
      <w:r w:rsidRPr="00697836">
        <w:rPr>
          <w:rFonts w:ascii="Times New Roman" w:hAnsi="Times New Roman" w:cs="Times New Roman"/>
          <w:b/>
          <w:sz w:val="24"/>
          <w:szCs w:val="24"/>
        </w:rPr>
        <w:t xml:space="preserve">Contoh kegiatan: </w:t>
      </w:r>
      <w:r w:rsidRPr="00697836">
        <w:rPr>
          <w:rFonts w:ascii="Times New Roman" w:hAnsi="Times New Roman" w:cs="Times New Roman"/>
          <w:sz w:val="24"/>
          <w:szCs w:val="24"/>
        </w:rPr>
        <w:t>Pembuatan katalog digital; Konten promosi; Pemanfaatan media sosial/platform digital yang sesuai; Pelayanan calon konsumen secara etis; Pencatatan hasil promosi dan penjualan.</w:t>
      </w:r>
    </w:p>
    <w:p w14:paraId="072E9616" w14:textId="77777777" w:rsidR="001436BE" w:rsidRPr="00697836" w:rsidRDefault="00000000" w:rsidP="00697836">
      <w:pPr>
        <w:pStyle w:val="Heading3"/>
        <w:spacing w:before="100" w:beforeAutospacing="1" w:after="100" w:afterAutospacing="1" w:line="360" w:lineRule="auto"/>
        <w:jc w:val="both"/>
        <w:rPr>
          <w:rFonts w:ascii="Times New Roman" w:hAnsi="Times New Roman" w:cs="Times New Roman"/>
          <w:color w:val="auto"/>
          <w:sz w:val="24"/>
          <w:szCs w:val="24"/>
        </w:rPr>
      </w:pPr>
      <w:bookmarkStart w:id="25" w:name="_Toc239876017"/>
      <w:r w:rsidRPr="00697836">
        <w:rPr>
          <w:rFonts w:ascii="Times New Roman" w:hAnsi="Times New Roman" w:cs="Times New Roman"/>
          <w:color w:val="auto"/>
          <w:sz w:val="24"/>
          <w:szCs w:val="24"/>
        </w:rPr>
        <w:t>9. Mengadakan Bazar/Pameran/Event Sekolah</w:t>
      </w:r>
      <w:bookmarkEnd w:id="25"/>
    </w:p>
    <w:p w14:paraId="214079A6" w14:textId="77777777" w:rsidR="001436BE" w:rsidRPr="00697836" w:rsidRDefault="00000000" w:rsidP="00697836">
      <w:pPr>
        <w:spacing w:before="100" w:beforeAutospacing="1" w:after="100" w:afterAutospacing="1" w:line="360" w:lineRule="auto"/>
        <w:ind w:firstLine="567"/>
        <w:jc w:val="both"/>
        <w:rPr>
          <w:rFonts w:ascii="Times New Roman" w:hAnsi="Times New Roman" w:cs="Times New Roman"/>
          <w:sz w:val="24"/>
          <w:szCs w:val="24"/>
        </w:rPr>
      </w:pPr>
      <w:r w:rsidRPr="00697836">
        <w:rPr>
          <w:rFonts w:ascii="Times New Roman" w:hAnsi="Times New Roman" w:cs="Times New Roman"/>
          <w:sz w:val="24"/>
          <w:szCs w:val="24"/>
        </w:rPr>
        <w:t>Bazar, pameran, dan event sekolah menjadi sarana untuk menampilkan dan memasarkan hasil karya peserta didik. Kegiatan dapat menjadi proyek akhir atau puncak kegiatan kewirausahaan yang mempertemukan proses produksi, branding, promosi, pelayanan, transaksi, dan evaluasi.</w:t>
      </w:r>
    </w:p>
    <w:p w14:paraId="169F3828" w14:textId="1AC88F4A" w:rsidR="00F967AC" w:rsidRDefault="00000000" w:rsidP="00697836">
      <w:pPr>
        <w:spacing w:before="100" w:beforeAutospacing="1" w:after="100" w:afterAutospacing="1" w:line="360" w:lineRule="auto"/>
        <w:ind w:left="283"/>
        <w:jc w:val="both"/>
        <w:rPr>
          <w:rFonts w:ascii="Times New Roman" w:hAnsi="Times New Roman" w:cs="Times New Roman"/>
          <w:sz w:val="24"/>
          <w:szCs w:val="24"/>
        </w:rPr>
        <w:sectPr w:rsidR="00F967AC" w:rsidSect="003C6F31">
          <w:headerReference w:type="first" r:id="rId19"/>
          <w:pgSz w:w="12240" w:h="15840"/>
          <w:pgMar w:top="1417" w:right="1417" w:bottom="1417" w:left="1701" w:header="720" w:footer="720" w:gutter="0"/>
          <w:pgNumType w:start="5"/>
          <w:cols w:space="720"/>
          <w:titlePg/>
          <w:docGrid w:linePitch="360"/>
        </w:sectPr>
      </w:pPr>
      <w:r w:rsidRPr="00697836">
        <w:rPr>
          <w:rFonts w:ascii="Times New Roman" w:hAnsi="Times New Roman" w:cs="Times New Roman"/>
          <w:b/>
          <w:sz w:val="24"/>
          <w:szCs w:val="24"/>
        </w:rPr>
        <w:t xml:space="preserve">Contoh kegiatan: </w:t>
      </w:r>
      <w:r w:rsidRPr="00697836">
        <w:rPr>
          <w:rFonts w:ascii="Times New Roman" w:hAnsi="Times New Roman" w:cs="Times New Roman"/>
          <w:sz w:val="24"/>
          <w:szCs w:val="24"/>
        </w:rPr>
        <w:t xml:space="preserve">Penyusunan rencana usaha; Penataan stan/display; Promosi sebelum dan selama kegiatan; Penjualan </w:t>
      </w:r>
      <w:proofErr w:type="spellStart"/>
      <w:r w:rsidRPr="00697836">
        <w:rPr>
          <w:rFonts w:ascii="Times New Roman" w:hAnsi="Times New Roman" w:cs="Times New Roman"/>
          <w:sz w:val="24"/>
          <w:szCs w:val="24"/>
        </w:rPr>
        <w:t>produk</w:t>
      </w:r>
      <w:proofErr w:type="spellEnd"/>
      <w:r w:rsidRPr="00697836">
        <w:rPr>
          <w:rFonts w:ascii="Times New Roman" w:hAnsi="Times New Roman" w:cs="Times New Roman"/>
          <w:sz w:val="24"/>
          <w:szCs w:val="24"/>
        </w:rPr>
        <w:t>/</w:t>
      </w:r>
      <w:proofErr w:type="spellStart"/>
      <w:r w:rsidRPr="00697836">
        <w:rPr>
          <w:rFonts w:ascii="Times New Roman" w:hAnsi="Times New Roman" w:cs="Times New Roman"/>
          <w:sz w:val="24"/>
          <w:szCs w:val="24"/>
        </w:rPr>
        <w:t>jasa</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Pencatatan</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transaksi</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Evaluasi</w:t>
      </w:r>
      <w:proofErr w:type="spellEnd"/>
      <w:r w:rsidRPr="00697836">
        <w:rPr>
          <w:rFonts w:ascii="Times New Roman" w:hAnsi="Times New Roman" w:cs="Times New Roman"/>
          <w:sz w:val="24"/>
          <w:szCs w:val="24"/>
        </w:rPr>
        <w:t xml:space="preserve"> dan </w:t>
      </w:r>
      <w:proofErr w:type="spellStart"/>
      <w:r w:rsidRPr="00697836">
        <w:rPr>
          <w:rFonts w:ascii="Times New Roman" w:hAnsi="Times New Roman" w:cs="Times New Roman"/>
          <w:sz w:val="24"/>
          <w:szCs w:val="24"/>
        </w:rPr>
        <w:t>laporan</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kegia</w:t>
      </w:r>
      <w:r w:rsidR="00F967AC">
        <w:rPr>
          <w:rFonts w:ascii="Times New Roman" w:hAnsi="Times New Roman" w:cs="Times New Roman"/>
          <w:sz w:val="24"/>
          <w:szCs w:val="24"/>
        </w:rPr>
        <w:t>tan</w:t>
      </w:r>
      <w:proofErr w:type="spellEnd"/>
      <w:r w:rsidR="00F967AC">
        <w:rPr>
          <w:rFonts w:ascii="Times New Roman" w:hAnsi="Times New Roman" w:cs="Times New Roman"/>
          <w:sz w:val="24"/>
          <w:szCs w:val="24"/>
        </w:rPr>
        <w:t>.</w:t>
      </w:r>
    </w:p>
    <w:p w14:paraId="0A998FAC" w14:textId="77777777" w:rsidR="001436BE" w:rsidRPr="00697836" w:rsidRDefault="00000000" w:rsidP="00697836">
      <w:pPr>
        <w:pStyle w:val="Heading2"/>
        <w:spacing w:before="100" w:beforeAutospacing="1" w:after="100" w:afterAutospacing="1" w:line="360" w:lineRule="auto"/>
        <w:jc w:val="both"/>
        <w:rPr>
          <w:rFonts w:ascii="Times New Roman" w:hAnsi="Times New Roman" w:cs="Times New Roman"/>
          <w:color w:val="auto"/>
          <w:szCs w:val="24"/>
        </w:rPr>
      </w:pPr>
      <w:bookmarkStart w:id="26" w:name="_Toc239876018"/>
      <w:r w:rsidRPr="00697836">
        <w:rPr>
          <w:rFonts w:ascii="Times New Roman" w:hAnsi="Times New Roman" w:cs="Times New Roman"/>
          <w:color w:val="auto"/>
          <w:szCs w:val="24"/>
        </w:rPr>
        <w:t xml:space="preserve">D. </w:t>
      </w:r>
      <w:proofErr w:type="spellStart"/>
      <w:r w:rsidRPr="00697836">
        <w:rPr>
          <w:rFonts w:ascii="Times New Roman" w:hAnsi="Times New Roman" w:cs="Times New Roman"/>
          <w:color w:val="auto"/>
          <w:szCs w:val="24"/>
        </w:rPr>
        <w:t>Analisis</w:t>
      </w:r>
      <w:proofErr w:type="spellEnd"/>
      <w:r w:rsidRPr="00697836">
        <w:rPr>
          <w:rFonts w:ascii="Times New Roman" w:hAnsi="Times New Roman" w:cs="Times New Roman"/>
          <w:color w:val="auto"/>
          <w:szCs w:val="24"/>
        </w:rPr>
        <w:t xml:space="preserve"> </w:t>
      </w:r>
      <w:proofErr w:type="spellStart"/>
      <w:r w:rsidRPr="00697836">
        <w:rPr>
          <w:rFonts w:ascii="Times New Roman" w:hAnsi="Times New Roman" w:cs="Times New Roman"/>
          <w:color w:val="auto"/>
          <w:szCs w:val="24"/>
        </w:rPr>
        <w:t>Pengembangan</w:t>
      </w:r>
      <w:proofErr w:type="spellEnd"/>
      <w:r w:rsidRPr="00697836">
        <w:rPr>
          <w:rFonts w:ascii="Times New Roman" w:hAnsi="Times New Roman" w:cs="Times New Roman"/>
          <w:color w:val="auto"/>
          <w:szCs w:val="24"/>
        </w:rPr>
        <w:t xml:space="preserve"> </w:t>
      </w:r>
      <w:proofErr w:type="spellStart"/>
      <w:r w:rsidRPr="00697836">
        <w:rPr>
          <w:rFonts w:ascii="Times New Roman" w:hAnsi="Times New Roman" w:cs="Times New Roman"/>
          <w:color w:val="auto"/>
          <w:szCs w:val="24"/>
        </w:rPr>
        <w:t>Kewirausahaan</w:t>
      </w:r>
      <w:bookmarkEnd w:id="26"/>
      <w:proofErr w:type="spellEnd"/>
    </w:p>
    <w:tbl>
      <w:tblPr>
        <w:tblStyle w:val="TableGrid"/>
        <w:tblW w:w="9470" w:type="dxa"/>
        <w:jc w:val="center"/>
        <w:tblLook w:val="04A0" w:firstRow="1" w:lastRow="0" w:firstColumn="1" w:lastColumn="0" w:noHBand="0" w:noVBand="1"/>
      </w:tblPr>
      <w:tblGrid>
        <w:gridCol w:w="510"/>
        <w:gridCol w:w="2309"/>
        <w:gridCol w:w="1642"/>
        <w:gridCol w:w="2056"/>
        <w:gridCol w:w="1669"/>
        <w:gridCol w:w="2215"/>
      </w:tblGrid>
      <w:tr w:rsidR="00697836" w:rsidRPr="00697836" w14:paraId="46791C06" w14:textId="77777777" w:rsidTr="00697836">
        <w:trPr>
          <w:tblHeader/>
          <w:jc w:val="center"/>
        </w:trPr>
        <w:tc>
          <w:tcPr>
            <w:tcW w:w="475" w:type="dxa"/>
            <w:shd w:val="clear" w:color="auto" w:fill="D9EAF7"/>
            <w:vAlign w:val="center"/>
          </w:tcPr>
          <w:p w14:paraId="4029749A"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b/>
                <w:sz w:val="24"/>
                <w:szCs w:val="24"/>
              </w:rPr>
              <w:t>No</w:t>
            </w:r>
          </w:p>
        </w:tc>
        <w:tc>
          <w:tcPr>
            <w:tcW w:w="2065" w:type="dxa"/>
            <w:shd w:val="clear" w:color="auto" w:fill="D9EAF7"/>
            <w:vAlign w:val="center"/>
          </w:tcPr>
          <w:p w14:paraId="116B1DDA"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b/>
                <w:sz w:val="24"/>
                <w:szCs w:val="24"/>
              </w:rPr>
              <w:t>Bentuk Program</w:t>
            </w:r>
          </w:p>
        </w:tc>
        <w:tc>
          <w:tcPr>
            <w:tcW w:w="1476" w:type="dxa"/>
            <w:shd w:val="clear" w:color="auto" w:fill="D9EAF7"/>
            <w:vAlign w:val="center"/>
          </w:tcPr>
          <w:p w14:paraId="5564E8DE"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b/>
                <w:sz w:val="24"/>
                <w:szCs w:val="24"/>
              </w:rPr>
              <w:t>Kondisi Ideal</w:t>
            </w:r>
          </w:p>
        </w:tc>
        <w:tc>
          <w:tcPr>
            <w:tcW w:w="1841" w:type="dxa"/>
            <w:shd w:val="clear" w:color="auto" w:fill="D9EAF7"/>
            <w:vAlign w:val="center"/>
          </w:tcPr>
          <w:p w14:paraId="1B468117"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b/>
                <w:sz w:val="24"/>
                <w:szCs w:val="24"/>
              </w:rPr>
              <w:t>Kondisi Nyata</w:t>
            </w:r>
          </w:p>
        </w:tc>
        <w:tc>
          <w:tcPr>
            <w:tcW w:w="1631" w:type="dxa"/>
            <w:shd w:val="clear" w:color="auto" w:fill="D9EAF7"/>
            <w:vAlign w:val="center"/>
          </w:tcPr>
          <w:p w14:paraId="7AD30D2B"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b/>
                <w:sz w:val="24"/>
                <w:szCs w:val="24"/>
              </w:rPr>
              <w:t>Masalah</w:t>
            </w:r>
          </w:p>
        </w:tc>
        <w:tc>
          <w:tcPr>
            <w:tcW w:w="1982" w:type="dxa"/>
            <w:shd w:val="clear" w:color="auto" w:fill="D9EAF7"/>
            <w:vAlign w:val="center"/>
          </w:tcPr>
          <w:p w14:paraId="0DAD2535"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b/>
                <w:sz w:val="24"/>
                <w:szCs w:val="24"/>
              </w:rPr>
              <w:t>Rekomendasi</w:t>
            </w:r>
          </w:p>
        </w:tc>
      </w:tr>
      <w:tr w:rsidR="00697836" w:rsidRPr="00697836" w14:paraId="71386849" w14:textId="77777777" w:rsidTr="00697836">
        <w:trPr>
          <w:jc w:val="center"/>
        </w:trPr>
        <w:tc>
          <w:tcPr>
            <w:tcW w:w="475" w:type="dxa"/>
            <w:vAlign w:val="center"/>
          </w:tcPr>
          <w:p w14:paraId="2F34EDBE"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1</w:t>
            </w:r>
          </w:p>
        </w:tc>
        <w:tc>
          <w:tcPr>
            <w:tcW w:w="2065" w:type="dxa"/>
            <w:vAlign w:val="center"/>
          </w:tcPr>
          <w:p w14:paraId="1C916A84"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Tata Busana</w:t>
            </w:r>
          </w:p>
        </w:tc>
        <w:tc>
          <w:tcPr>
            <w:tcW w:w="1476" w:type="dxa"/>
            <w:vAlign w:val="center"/>
          </w:tcPr>
          <w:p w14:paraId="11B0114A"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Tersedianya kegiatan produksi dan pemasaran produk busana/tekstil</w:t>
            </w:r>
          </w:p>
        </w:tc>
        <w:tc>
          <w:tcPr>
            <w:tcW w:w="1841" w:type="dxa"/>
            <w:vAlign w:val="center"/>
          </w:tcPr>
          <w:p w14:paraId="2A93F45D"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Kegiatan perlu dikembangkan secara lebih terarah dan berkelanjutan</w:t>
            </w:r>
          </w:p>
        </w:tc>
        <w:tc>
          <w:tcPr>
            <w:tcW w:w="1631" w:type="dxa"/>
            <w:vAlign w:val="center"/>
          </w:tcPr>
          <w:p w14:paraId="09125B45"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Keterampilan produksi dan pemasaran belum seluruhnya terhubung</w:t>
            </w:r>
          </w:p>
        </w:tc>
        <w:tc>
          <w:tcPr>
            <w:tcW w:w="1982" w:type="dxa"/>
            <w:vAlign w:val="center"/>
          </w:tcPr>
          <w:p w14:paraId="2044247C"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Menyusun proyek produksi, branding, perhitungan biaya, dan pemasaran produk</w:t>
            </w:r>
          </w:p>
        </w:tc>
      </w:tr>
      <w:tr w:rsidR="00697836" w:rsidRPr="00697836" w14:paraId="12206E3C" w14:textId="77777777" w:rsidTr="00697836">
        <w:trPr>
          <w:jc w:val="center"/>
        </w:trPr>
        <w:tc>
          <w:tcPr>
            <w:tcW w:w="475" w:type="dxa"/>
            <w:vAlign w:val="center"/>
          </w:tcPr>
          <w:p w14:paraId="1C059E0D"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2</w:t>
            </w:r>
          </w:p>
        </w:tc>
        <w:tc>
          <w:tcPr>
            <w:tcW w:w="2065" w:type="dxa"/>
            <w:vAlign w:val="center"/>
          </w:tcPr>
          <w:p w14:paraId="1E8D10FF"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Tata Boga/Kuliner</w:t>
            </w:r>
          </w:p>
        </w:tc>
        <w:tc>
          <w:tcPr>
            <w:tcW w:w="1476" w:type="dxa"/>
            <w:vAlign w:val="center"/>
          </w:tcPr>
          <w:p w14:paraId="24D1C9ED"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Peserta didik mampu menghasilkan dan menjual produk olahan</w:t>
            </w:r>
          </w:p>
        </w:tc>
        <w:tc>
          <w:tcPr>
            <w:tcW w:w="1841" w:type="dxa"/>
            <w:vAlign w:val="center"/>
          </w:tcPr>
          <w:p w14:paraId="1F3C40EC"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Potensi produk makanan/minuman cukup besar tetapi perlu penguatan manajemen usaha</w:t>
            </w:r>
          </w:p>
        </w:tc>
        <w:tc>
          <w:tcPr>
            <w:tcW w:w="1631" w:type="dxa"/>
            <w:vAlign w:val="center"/>
          </w:tcPr>
          <w:p w14:paraId="65935D92"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Belum semua peserta didik memperoleh pengalaman lengkap dari produksi sampai penjualan</w:t>
            </w:r>
          </w:p>
        </w:tc>
        <w:tc>
          <w:tcPr>
            <w:tcW w:w="1982" w:type="dxa"/>
            <w:vAlign w:val="center"/>
          </w:tcPr>
          <w:p w14:paraId="6179A0F3"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Membuat proyek kuliner dari ide produk sampai penjualan di lingkungan sekitar</w:t>
            </w:r>
          </w:p>
        </w:tc>
      </w:tr>
      <w:tr w:rsidR="00697836" w:rsidRPr="00697836" w14:paraId="405DC582" w14:textId="77777777" w:rsidTr="00697836">
        <w:trPr>
          <w:jc w:val="center"/>
        </w:trPr>
        <w:tc>
          <w:tcPr>
            <w:tcW w:w="475" w:type="dxa"/>
            <w:vAlign w:val="center"/>
          </w:tcPr>
          <w:p w14:paraId="0131B31E"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3</w:t>
            </w:r>
          </w:p>
        </w:tc>
        <w:tc>
          <w:tcPr>
            <w:tcW w:w="2065" w:type="dxa"/>
            <w:vAlign w:val="center"/>
          </w:tcPr>
          <w:p w14:paraId="6AB125AA"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Multimedia</w:t>
            </w:r>
          </w:p>
        </w:tc>
        <w:tc>
          <w:tcPr>
            <w:tcW w:w="1476" w:type="dxa"/>
            <w:vAlign w:val="center"/>
          </w:tcPr>
          <w:p w14:paraId="28FEEB90"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Tersedianya keterampilan kreatif yang mendukung jasa dan promosi</w:t>
            </w:r>
          </w:p>
        </w:tc>
        <w:tc>
          <w:tcPr>
            <w:tcW w:w="1841" w:type="dxa"/>
            <w:vAlign w:val="center"/>
          </w:tcPr>
          <w:p w14:paraId="569FBB78"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Kegiatan dapat dikembangkan sebagai pendukung pemasaran</w:t>
            </w:r>
          </w:p>
        </w:tc>
        <w:tc>
          <w:tcPr>
            <w:tcW w:w="1631" w:type="dxa"/>
            <w:vAlign w:val="center"/>
          </w:tcPr>
          <w:p w14:paraId="48E7C15C"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Pemanfaatan multimedia untuk promosi produk belum optimal</w:t>
            </w:r>
          </w:p>
        </w:tc>
        <w:tc>
          <w:tcPr>
            <w:tcW w:w="1982" w:type="dxa"/>
            <w:vAlign w:val="center"/>
          </w:tcPr>
          <w:p w14:paraId="7DF1CD4C"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Membentuk tim/kelompok produksi konten dan promosi</w:t>
            </w:r>
          </w:p>
        </w:tc>
      </w:tr>
      <w:tr w:rsidR="00697836" w:rsidRPr="00697836" w14:paraId="5F2D63D1" w14:textId="77777777" w:rsidTr="00697836">
        <w:trPr>
          <w:jc w:val="center"/>
        </w:trPr>
        <w:tc>
          <w:tcPr>
            <w:tcW w:w="475" w:type="dxa"/>
            <w:vAlign w:val="center"/>
          </w:tcPr>
          <w:p w14:paraId="686EF174"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4</w:t>
            </w:r>
          </w:p>
        </w:tc>
        <w:tc>
          <w:tcPr>
            <w:tcW w:w="2065" w:type="dxa"/>
            <w:vAlign w:val="center"/>
          </w:tcPr>
          <w:p w14:paraId="0331D832"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Koperasi Madrasah</w:t>
            </w:r>
          </w:p>
        </w:tc>
        <w:tc>
          <w:tcPr>
            <w:tcW w:w="1476" w:type="dxa"/>
            <w:vAlign w:val="center"/>
          </w:tcPr>
          <w:p w14:paraId="2A3F9C9B"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Koperasi berjalan sebagai sarana pendidikan ekonomi dan usaha</w:t>
            </w:r>
          </w:p>
        </w:tc>
        <w:tc>
          <w:tcPr>
            <w:tcW w:w="1841" w:type="dxa"/>
            <w:vAlign w:val="center"/>
          </w:tcPr>
          <w:p w14:paraId="6567A0C1"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Koperasi telah menjadi bagian lingkungan madrasah</w:t>
            </w:r>
          </w:p>
        </w:tc>
        <w:tc>
          <w:tcPr>
            <w:tcW w:w="1631" w:type="dxa"/>
            <w:vAlign w:val="center"/>
          </w:tcPr>
          <w:p w14:paraId="538EF0AB"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Ruang dan kesempatan praktik peserta didik perlu diperluas</w:t>
            </w:r>
          </w:p>
        </w:tc>
        <w:tc>
          <w:tcPr>
            <w:tcW w:w="1982" w:type="dxa"/>
            <w:vAlign w:val="center"/>
          </w:tcPr>
          <w:p w14:paraId="2DB3A0D2"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Melibatkan peserta didik dalam kegiatan yang sesuai dan terarah</w:t>
            </w:r>
          </w:p>
        </w:tc>
      </w:tr>
      <w:tr w:rsidR="00697836" w:rsidRPr="00697836" w14:paraId="14F2638B" w14:textId="77777777" w:rsidTr="00697836">
        <w:trPr>
          <w:jc w:val="center"/>
        </w:trPr>
        <w:tc>
          <w:tcPr>
            <w:tcW w:w="475" w:type="dxa"/>
            <w:vAlign w:val="center"/>
          </w:tcPr>
          <w:p w14:paraId="6B5B265C"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5</w:t>
            </w:r>
          </w:p>
        </w:tc>
        <w:tc>
          <w:tcPr>
            <w:tcW w:w="2065" w:type="dxa"/>
            <w:vAlign w:val="center"/>
          </w:tcPr>
          <w:p w14:paraId="22DB84AB"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Kantin Sekolah/Kantin Sehat</w:t>
            </w:r>
          </w:p>
        </w:tc>
        <w:tc>
          <w:tcPr>
            <w:tcW w:w="1476" w:type="dxa"/>
            <w:vAlign w:val="center"/>
          </w:tcPr>
          <w:p w14:paraId="5A7D67AA"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Kantin menyediakan produk sehat dan menjadi media praktik usaha</w:t>
            </w:r>
          </w:p>
        </w:tc>
        <w:tc>
          <w:tcPr>
            <w:tcW w:w="1841" w:type="dxa"/>
            <w:vAlign w:val="center"/>
          </w:tcPr>
          <w:p w14:paraId="17FED2E8"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Kantin perlu terus diperkuat sebagai sarana pembelajaran</w:t>
            </w:r>
          </w:p>
        </w:tc>
        <w:tc>
          <w:tcPr>
            <w:tcW w:w="1631" w:type="dxa"/>
            <w:vAlign w:val="center"/>
          </w:tcPr>
          <w:p w14:paraId="25EDC235"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Pengelolaan dan pengembangan produk perlu ditingkatkan</w:t>
            </w:r>
          </w:p>
        </w:tc>
        <w:tc>
          <w:tcPr>
            <w:tcW w:w="1982" w:type="dxa"/>
            <w:vAlign w:val="center"/>
          </w:tcPr>
          <w:p w14:paraId="2D404060"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Menata sistem titip jual, kualitas produk, kebersihan, dan pencatatan</w:t>
            </w:r>
          </w:p>
        </w:tc>
      </w:tr>
      <w:tr w:rsidR="00697836" w:rsidRPr="00697836" w14:paraId="0C3DEB42" w14:textId="77777777" w:rsidTr="00697836">
        <w:trPr>
          <w:jc w:val="center"/>
        </w:trPr>
        <w:tc>
          <w:tcPr>
            <w:tcW w:w="475" w:type="dxa"/>
            <w:vAlign w:val="center"/>
          </w:tcPr>
          <w:p w14:paraId="31E1759B"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6</w:t>
            </w:r>
          </w:p>
        </w:tc>
        <w:tc>
          <w:tcPr>
            <w:tcW w:w="2065" w:type="dxa"/>
            <w:vAlign w:val="center"/>
          </w:tcPr>
          <w:p w14:paraId="3169984C"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Integrasi dalam Mapel</w:t>
            </w:r>
          </w:p>
        </w:tc>
        <w:tc>
          <w:tcPr>
            <w:tcW w:w="1476" w:type="dxa"/>
            <w:vAlign w:val="center"/>
          </w:tcPr>
          <w:p w14:paraId="3B045F0C"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Nilai kewirausahaan terintegrasi dalam pembelajaran</w:t>
            </w:r>
          </w:p>
        </w:tc>
        <w:tc>
          <w:tcPr>
            <w:tcW w:w="1841" w:type="dxa"/>
            <w:vAlign w:val="center"/>
          </w:tcPr>
          <w:p w14:paraId="31BF151E"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Belum seluruh pembelajaran memiliki aktivitas kewirausahaan</w:t>
            </w:r>
          </w:p>
        </w:tc>
        <w:tc>
          <w:tcPr>
            <w:tcW w:w="1631" w:type="dxa"/>
            <w:vAlign w:val="center"/>
          </w:tcPr>
          <w:p w14:paraId="0A99FDDD"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Pemahaman dan penerapan integrasi belum merata</w:t>
            </w:r>
          </w:p>
        </w:tc>
        <w:tc>
          <w:tcPr>
            <w:tcW w:w="1982" w:type="dxa"/>
            <w:vAlign w:val="center"/>
          </w:tcPr>
          <w:p w14:paraId="50ACB238"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Sosialisasi dan penguatan integrasi dalam perangkat pembelajaran</w:t>
            </w:r>
          </w:p>
        </w:tc>
      </w:tr>
      <w:tr w:rsidR="00697836" w:rsidRPr="00697836" w14:paraId="1CF9BC51" w14:textId="77777777" w:rsidTr="00697836">
        <w:trPr>
          <w:jc w:val="center"/>
        </w:trPr>
        <w:tc>
          <w:tcPr>
            <w:tcW w:w="475" w:type="dxa"/>
            <w:vAlign w:val="center"/>
          </w:tcPr>
          <w:p w14:paraId="3E76FF72"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7</w:t>
            </w:r>
          </w:p>
        </w:tc>
        <w:tc>
          <w:tcPr>
            <w:tcW w:w="2065" w:type="dxa"/>
            <w:vAlign w:val="center"/>
          </w:tcPr>
          <w:p w14:paraId="7632824A"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Kunjungan Produksi</w:t>
            </w:r>
          </w:p>
        </w:tc>
        <w:tc>
          <w:tcPr>
            <w:tcW w:w="1476" w:type="dxa"/>
            <w:vAlign w:val="center"/>
          </w:tcPr>
          <w:p w14:paraId="0ABD54D6"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Peserta didik mendapat pengalaman langsung dari pelaku usaha</w:t>
            </w:r>
          </w:p>
        </w:tc>
        <w:tc>
          <w:tcPr>
            <w:tcW w:w="1841" w:type="dxa"/>
            <w:vAlign w:val="center"/>
          </w:tcPr>
          <w:p w14:paraId="1C6C4446"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Kegiatan kunjungan perlu dilaksanakan secara terencana</w:t>
            </w:r>
          </w:p>
        </w:tc>
        <w:tc>
          <w:tcPr>
            <w:tcW w:w="1631" w:type="dxa"/>
            <w:vAlign w:val="center"/>
          </w:tcPr>
          <w:p w14:paraId="0084038E"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Kesempatan kunjungan belum merata</w:t>
            </w:r>
          </w:p>
        </w:tc>
        <w:tc>
          <w:tcPr>
            <w:tcW w:w="1982" w:type="dxa"/>
            <w:vAlign w:val="center"/>
          </w:tcPr>
          <w:p w14:paraId="6389150F"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Menyusun agenda kunjungan sesuai bidang minat</w:t>
            </w:r>
          </w:p>
        </w:tc>
      </w:tr>
      <w:tr w:rsidR="00697836" w:rsidRPr="00697836" w14:paraId="43F76008" w14:textId="77777777" w:rsidTr="00697836">
        <w:trPr>
          <w:jc w:val="center"/>
        </w:trPr>
        <w:tc>
          <w:tcPr>
            <w:tcW w:w="475" w:type="dxa"/>
            <w:vAlign w:val="center"/>
          </w:tcPr>
          <w:p w14:paraId="33BA2287"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8</w:t>
            </w:r>
          </w:p>
        </w:tc>
        <w:tc>
          <w:tcPr>
            <w:tcW w:w="2065" w:type="dxa"/>
            <w:vAlign w:val="center"/>
          </w:tcPr>
          <w:p w14:paraId="06CB6A3E"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Kewirausahaan Online</w:t>
            </w:r>
          </w:p>
        </w:tc>
        <w:tc>
          <w:tcPr>
            <w:tcW w:w="1476" w:type="dxa"/>
            <w:vAlign w:val="center"/>
          </w:tcPr>
          <w:p w14:paraId="44B76DCB"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Peserta didik mampu menggunakan media digital untuk pemasaran</w:t>
            </w:r>
          </w:p>
        </w:tc>
        <w:tc>
          <w:tcPr>
            <w:tcW w:w="1841" w:type="dxa"/>
            <w:vAlign w:val="center"/>
          </w:tcPr>
          <w:p w14:paraId="4BFBD119"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Sebagian peserta didik telah mengenal pemasaran online</w:t>
            </w:r>
          </w:p>
        </w:tc>
        <w:tc>
          <w:tcPr>
            <w:tcW w:w="1631" w:type="dxa"/>
            <w:vAlign w:val="center"/>
          </w:tcPr>
          <w:p w14:paraId="16918972"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Pemanfaatan media masih terbatas</w:t>
            </w:r>
          </w:p>
        </w:tc>
        <w:tc>
          <w:tcPr>
            <w:tcW w:w="1982" w:type="dxa"/>
            <w:vAlign w:val="center"/>
          </w:tcPr>
          <w:p w14:paraId="68529A53"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Pelatihan konten, katalog digital, etika pemasaran, dan pencatatan penjualan</w:t>
            </w:r>
          </w:p>
        </w:tc>
      </w:tr>
      <w:tr w:rsidR="00697836" w:rsidRPr="00697836" w14:paraId="6E2F6341" w14:textId="77777777" w:rsidTr="00697836">
        <w:trPr>
          <w:jc w:val="center"/>
        </w:trPr>
        <w:tc>
          <w:tcPr>
            <w:tcW w:w="475" w:type="dxa"/>
            <w:vAlign w:val="center"/>
          </w:tcPr>
          <w:p w14:paraId="042BF2BE"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9</w:t>
            </w:r>
          </w:p>
        </w:tc>
        <w:tc>
          <w:tcPr>
            <w:tcW w:w="2065" w:type="dxa"/>
            <w:vAlign w:val="center"/>
          </w:tcPr>
          <w:p w14:paraId="250C22B7"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Bazar/Pameran/Event</w:t>
            </w:r>
          </w:p>
        </w:tc>
        <w:tc>
          <w:tcPr>
            <w:tcW w:w="1476" w:type="dxa"/>
            <w:vAlign w:val="center"/>
          </w:tcPr>
          <w:p w14:paraId="5D9C8917"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Peserta didik mampu memasarkan produk secara langsung</w:t>
            </w:r>
          </w:p>
        </w:tc>
        <w:tc>
          <w:tcPr>
            <w:tcW w:w="1841" w:type="dxa"/>
            <w:vAlign w:val="center"/>
          </w:tcPr>
          <w:p w14:paraId="5944238D"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Kegiatan dapat menjadi puncak program kewirausahaan</w:t>
            </w:r>
          </w:p>
        </w:tc>
        <w:tc>
          <w:tcPr>
            <w:tcW w:w="1631" w:type="dxa"/>
            <w:vAlign w:val="center"/>
          </w:tcPr>
          <w:p w14:paraId="2614BD27"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Pelaksanaan perlu disesuaikan dengan kalender dan kondisi madrasah</w:t>
            </w:r>
          </w:p>
        </w:tc>
        <w:tc>
          <w:tcPr>
            <w:tcW w:w="1982" w:type="dxa"/>
            <w:vAlign w:val="center"/>
          </w:tcPr>
          <w:p w14:paraId="04A94E59"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Merencanakan bazar/pameran/event sebagai proyek kewirausahaan</w:t>
            </w:r>
          </w:p>
        </w:tc>
      </w:tr>
    </w:tbl>
    <w:p w14:paraId="2AFF93EC"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p w14:paraId="59C9492B" w14:textId="77777777" w:rsidR="00E84AC2" w:rsidRDefault="00000000" w:rsidP="00697836">
      <w:pPr>
        <w:spacing w:before="100" w:beforeAutospacing="1" w:after="100" w:afterAutospacing="1" w:line="360" w:lineRule="auto"/>
        <w:jc w:val="both"/>
        <w:rPr>
          <w:rFonts w:ascii="Times New Roman" w:hAnsi="Times New Roman" w:cs="Times New Roman"/>
          <w:sz w:val="24"/>
          <w:szCs w:val="24"/>
        </w:rPr>
        <w:sectPr w:rsidR="00E84AC2" w:rsidSect="00E84AC2">
          <w:headerReference w:type="even" r:id="rId20"/>
          <w:headerReference w:type="first" r:id="rId21"/>
          <w:pgSz w:w="12240" w:h="15840"/>
          <w:pgMar w:top="1417" w:right="1417" w:bottom="1417" w:left="1701" w:header="720" w:footer="720" w:gutter="0"/>
          <w:pgNumType w:start="9"/>
          <w:cols w:space="720"/>
          <w:titlePg/>
          <w:docGrid w:linePitch="360"/>
        </w:sectPr>
      </w:pPr>
      <w:r w:rsidRPr="00697836">
        <w:rPr>
          <w:rFonts w:ascii="Times New Roman" w:hAnsi="Times New Roman" w:cs="Times New Roman"/>
          <w:sz w:val="24"/>
          <w:szCs w:val="24"/>
        </w:rPr>
        <w:br w:type="page"/>
      </w:r>
    </w:p>
    <w:p w14:paraId="43473BF8" w14:textId="77777777" w:rsidR="001436BE" w:rsidRPr="00697836" w:rsidRDefault="00000000" w:rsidP="00697836">
      <w:pPr>
        <w:pStyle w:val="Heading1"/>
        <w:spacing w:before="100" w:beforeAutospacing="1" w:after="100" w:afterAutospacing="1" w:line="360" w:lineRule="auto"/>
        <w:jc w:val="center"/>
        <w:rPr>
          <w:rFonts w:ascii="Times New Roman" w:hAnsi="Times New Roman" w:cs="Times New Roman"/>
          <w:color w:val="auto"/>
          <w:sz w:val="24"/>
          <w:szCs w:val="24"/>
        </w:rPr>
      </w:pPr>
      <w:bookmarkStart w:id="27" w:name="_Toc239876019"/>
      <w:r w:rsidRPr="00697836">
        <w:rPr>
          <w:rFonts w:ascii="Times New Roman" w:hAnsi="Times New Roman" w:cs="Times New Roman"/>
          <w:color w:val="auto"/>
          <w:sz w:val="24"/>
          <w:szCs w:val="24"/>
        </w:rPr>
        <w:t>BAB III</w:t>
      </w:r>
      <w:bookmarkEnd w:id="27"/>
    </w:p>
    <w:p w14:paraId="1ED482AC" w14:textId="77777777" w:rsidR="001436BE" w:rsidRPr="00697836" w:rsidRDefault="00000000" w:rsidP="00697836">
      <w:pPr>
        <w:pStyle w:val="Heading1"/>
        <w:spacing w:before="100" w:beforeAutospacing="1" w:after="100" w:afterAutospacing="1" w:line="360" w:lineRule="auto"/>
        <w:jc w:val="center"/>
        <w:rPr>
          <w:rFonts w:ascii="Times New Roman" w:hAnsi="Times New Roman" w:cs="Times New Roman"/>
          <w:color w:val="auto"/>
          <w:sz w:val="24"/>
          <w:szCs w:val="24"/>
        </w:rPr>
      </w:pPr>
      <w:bookmarkStart w:id="28" w:name="_Toc239876020"/>
      <w:r w:rsidRPr="00697836">
        <w:rPr>
          <w:rFonts w:ascii="Times New Roman" w:hAnsi="Times New Roman" w:cs="Times New Roman"/>
          <w:color w:val="auto"/>
          <w:sz w:val="24"/>
          <w:szCs w:val="24"/>
        </w:rPr>
        <w:t>RENCANA AKSI</w:t>
      </w:r>
      <w:bookmarkEnd w:id="28"/>
    </w:p>
    <w:p w14:paraId="59A5B156" w14:textId="77777777" w:rsidR="001436BE" w:rsidRPr="00697836" w:rsidRDefault="00000000" w:rsidP="00697836">
      <w:pPr>
        <w:spacing w:before="100" w:beforeAutospacing="1" w:after="100" w:afterAutospacing="1" w:line="360" w:lineRule="auto"/>
        <w:ind w:firstLine="567"/>
        <w:jc w:val="both"/>
        <w:rPr>
          <w:rFonts w:ascii="Times New Roman" w:hAnsi="Times New Roman" w:cs="Times New Roman"/>
          <w:sz w:val="24"/>
          <w:szCs w:val="24"/>
        </w:rPr>
      </w:pPr>
      <w:r w:rsidRPr="00697836">
        <w:rPr>
          <w:rFonts w:ascii="Times New Roman" w:hAnsi="Times New Roman" w:cs="Times New Roman"/>
          <w:sz w:val="24"/>
          <w:szCs w:val="24"/>
        </w:rPr>
        <w:t>Rencana aksi berikut menjadi kerangka pelaksanaan Tahun Ajaran 2026–2027. Waktu pelaksanaan dapat disesuaikan dengan kalender pendidikan, jadwal pembelajaran, kesiapan sarana prasarana, dan kebijakan madrasah.</w:t>
      </w:r>
    </w:p>
    <w:tbl>
      <w:tblPr>
        <w:tblStyle w:val="TableGrid"/>
        <w:tblpPr w:leftFromText="180" w:rightFromText="180" w:vertAnchor="text" w:tblpXSpec="center" w:tblpY="1"/>
        <w:tblOverlap w:val="never"/>
        <w:tblW w:w="11553" w:type="dxa"/>
        <w:tblLayout w:type="fixed"/>
        <w:tblLook w:val="04A0" w:firstRow="1" w:lastRow="0" w:firstColumn="1" w:lastColumn="0" w:noHBand="0" w:noVBand="1"/>
      </w:tblPr>
      <w:tblGrid>
        <w:gridCol w:w="562"/>
        <w:gridCol w:w="1863"/>
        <w:gridCol w:w="2117"/>
        <w:gridCol w:w="1530"/>
        <w:gridCol w:w="1620"/>
        <w:gridCol w:w="1276"/>
        <w:gridCol w:w="1334"/>
        <w:gridCol w:w="1251"/>
      </w:tblGrid>
      <w:tr w:rsidR="00A37579" w:rsidRPr="00697836" w14:paraId="46732316" w14:textId="77777777" w:rsidTr="003C6736">
        <w:trPr>
          <w:tblHeader/>
        </w:trPr>
        <w:tc>
          <w:tcPr>
            <w:tcW w:w="562" w:type="dxa"/>
            <w:shd w:val="clear" w:color="auto" w:fill="D9EAF7"/>
            <w:vAlign w:val="center"/>
          </w:tcPr>
          <w:p w14:paraId="44911A91" w14:textId="77777777" w:rsidR="001436BE" w:rsidRPr="00697836" w:rsidRDefault="00000000" w:rsidP="00A37579">
            <w:pPr>
              <w:spacing w:before="100" w:beforeAutospacing="1" w:after="100" w:afterAutospacing="1" w:line="360" w:lineRule="auto"/>
              <w:jc w:val="both"/>
              <w:rPr>
                <w:rFonts w:ascii="Times New Roman" w:hAnsi="Times New Roman" w:cs="Times New Roman"/>
                <w:sz w:val="24"/>
                <w:szCs w:val="24"/>
              </w:rPr>
            </w:pPr>
            <w:bookmarkStart w:id="29" w:name="_Hlk239875575"/>
            <w:r w:rsidRPr="00697836">
              <w:rPr>
                <w:rFonts w:ascii="Times New Roman" w:hAnsi="Times New Roman" w:cs="Times New Roman"/>
                <w:b/>
                <w:sz w:val="24"/>
                <w:szCs w:val="24"/>
              </w:rPr>
              <w:t>No</w:t>
            </w:r>
          </w:p>
        </w:tc>
        <w:tc>
          <w:tcPr>
            <w:tcW w:w="1863" w:type="dxa"/>
            <w:shd w:val="clear" w:color="auto" w:fill="D9EAF7"/>
            <w:vAlign w:val="center"/>
          </w:tcPr>
          <w:p w14:paraId="0DB4FCDA" w14:textId="77777777" w:rsidR="001436BE" w:rsidRPr="00697836" w:rsidRDefault="00000000" w:rsidP="003C6736">
            <w:pPr>
              <w:spacing w:before="100" w:beforeAutospacing="1" w:after="100" w:afterAutospacing="1" w:line="360" w:lineRule="auto"/>
              <w:jc w:val="center"/>
              <w:rPr>
                <w:rFonts w:ascii="Times New Roman" w:hAnsi="Times New Roman" w:cs="Times New Roman"/>
                <w:sz w:val="24"/>
                <w:szCs w:val="24"/>
              </w:rPr>
            </w:pPr>
            <w:proofErr w:type="spellStart"/>
            <w:r w:rsidRPr="00697836">
              <w:rPr>
                <w:rFonts w:ascii="Times New Roman" w:hAnsi="Times New Roman" w:cs="Times New Roman"/>
                <w:b/>
                <w:sz w:val="24"/>
                <w:szCs w:val="24"/>
              </w:rPr>
              <w:t>Kegiatan</w:t>
            </w:r>
            <w:proofErr w:type="spellEnd"/>
          </w:p>
        </w:tc>
        <w:tc>
          <w:tcPr>
            <w:tcW w:w="2117" w:type="dxa"/>
            <w:shd w:val="clear" w:color="auto" w:fill="D9EAF7"/>
            <w:vAlign w:val="center"/>
          </w:tcPr>
          <w:p w14:paraId="7354F84E" w14:textId="77777777" w:rsidR="001436BE" w:rsidRPr="00697836" w:rsidRDefault="00000000" w:rsidP="003C6736">
            <w:pPr>
              <w:spacing w:before="100" w:beforeAutospacing="1" w:after="100" w:afterAutospacing="1" w:line="360" w:lineRule="auto"/>
              <w:jc w:val="center"/>
              <w:rPr>
                <w:rFonts w:ascii="Times New Roman" w:hAnsi="Times New Roman" w:cs="Times New Roman"/>
                <w:sz w:val="24"/>
                <w:szCs w:val="24"/>
              </w:rPr>
            </w:pPr>
            <w:r w:rsidRPr="00697836">
              <w:rPr>
                <w:rFonts w:ascii="Times New Roman" w:hAnsi="Times New Roman" w:cs="Times New Roman"/>
                <w:b/>
                <w:sz w:val="24"/>
                <w:szCs w:val="24"/>
              </w:rPr>
              <w:t>Tujuan</w:t>
            </w:r>
          </w:p>
        </w:tc>
        <w:tc>
          <w:tcPr>
            <w:tcW w:w="1530" w:type="dxa"/>
            <w:shd w:val="clear" w:color="auto" w:fill="D9EAF7"/>
            <w:vAlign w:val="center"/>
          </w:tcPr>
          <w:p w14:paraId="1DC6C29F" w14:textId="77777777" w:rsidR="001436BE" w:rsidRPr="00697836" w:rsidRDefault="00000000" w:rsidP="003C6736">
            <w:pPr>
              <w:spacing w:before="100" w:beforeAutospacing="1" w:after="100" w:afterAutospacing="1" w:line="360" w:lineRule="auto"/>
              <w:jc w:val="center"/>
              <w:rPr>
                <w:rFonts w:ascii="Times New Roman" w:hAnsi="Times New Roman" w:cs="Times New Roman"/>
                <w:sz w:val="24"/>
                <w:szCs w:val="24"/>
              </w:rPr>
            </w:pPr>
            <w:r w:rsidRPr="00697836">
              <w:rPr>
                <w:rFonts w:ascii="Times New Roman" w:hAnsi="Times New Roman" w:cs="Times New Roman"/>
                <w:b/>
                <w:sz w:val="24"/>
                <w:szCs w:val="24"/>
              </w:rPr>
              <w:t xml:space="preserve">Waktu </w:t>
            </w:r>
            <w:proofErr w:type="spellStart"/>
            <w:r w:rsidRPr="00697836">
              <w:rPr>
                <w:rFonts w:ascii="Times New Roman" w:hAnsi="Times New Roman" w:cs="Times New Roman"/>
                <w:b/>
                <w:sz w:val="24"/>
                <w:szCs w:val="24"/>
              </w:rPr>
              <w:t>Pelaksanaan</w:t>
            </w:r>
            <w:proofErr w:type="spellEnd"/>
          </w:p>
        </w:tc>
        <w:tc>
          <w:tcPr>
            <w:tcW w:w="1620" w:type="dxa"/>
            <w:shd w:val="clear" w:color="auto" w:fill="D9EAF7"/>
            <w:vAlign w:val="center"/>
          </w:tcPr>
          <w:p w14:paraId="6D251205" w14:textId="77777777" w:rsidR="001436BE" w:rsidRPr="00697836" w:rsidRDefault="00000000" w:rsidP="003C6736">
            <w:pPr>
              <w:spacing w:before="100" w:beforeAutospacing="1" w:after="100" w:afterAutospacing="1" w:line="360" w:lineRule="auto"/>
              <w:jc w:val="center"/>
              <w:rPr>
                <w:rFonts w:ascii="Times New Roman" w:hAnsi="Times New Roman" w:cs="Times New Roman"/>
                <w:sz w:val="24"/>
                <w:szCs w:val="24"/>
              </w:rPr>
            </w:pPr>
            <w:proofErr w:type="spellStart"/>
            <w:r w:rsidRPr="00697836">
              <w:rPr>
                <w:rFonts w:ascii="Times New Roman" w:hAnsi="Times New Roman" w:cs="Times New Roman"/>
                <w:b/>
                <w:sz w:val="24"/>
                <w:szCs w:val="24"/>
              </w:rPr>
              <w:t>Indikator</w:t>
            </w:r>
            <w:proofErr w:type="spellEnd"/>
            <w:r w:rsidRPr="00697836">
              <w:rPr>
                <w:rFonts w:ascii="Times New Roman" w:hAnsi="Times New Roman" w:cs="Times New Roman"/>
                <w:b/>
                <w:sz w:val="24"/>
                <w:szCs w:val="24"/>
              </w:rPr>
              <w:t xml:space="preserve"> </w:t>
            </w:r>
            <w:proofErr w:type="spellStart"/>
            <w:r w:rsidRPr="00697836">
              <w:rPr>
                <w:rFonts w:ascii="Times New Roman" w:hAnsi="Times New Roman" w:cs="Times New Roman"/>
                <w:b/>
                <w:sz w:val="24"/>
                <w:szCs w:val="24"/>
              </w:rPr>
              <w:t>Keberhasilan</w:t>
            </w:r>
            <w:proofErr w:type="spellEnd"/>
          </w:p>
        </w:tc>
        <w:tc>
          <w:tcPr>
            <w:tcW w:w="1276" w:type="dxa"/>
            <w:shd w:val="clear" w:color="auto" w:fill="D9EAF7"/>
            <w:vAlign w:val="center"/>
          </w:tcPr>
          <w:p w14:paraId="423135DD" w14:textId="77777777" w:rsidR="001436BE" w:rsidRPr="00697836" w:rsidRDefault="00000000" w:rsidP="003C6736">
            <w:pPr>
              <w:spacing w:before="100" w:beforeAutospacing="1" w:after="100" w:afterAutospacing="1" w:line="360" w:lineRule="auto"/>
              <w:jc w:val="center"/>
              <w:rPr>
                <w:rFonts w:ascii="Times New Roman" w:hAnsi="Times New Roman" w:cs="Times New Roman"/>
                <w:sz w:val="24"/>
                <w:szCs w:val="24"/>
              </w:rPr>
            </w:pPr>
            <w:proofErr w:type="spellStart"/>
            <w:r w:rsidRPr="00697836">
              <w:rPr>
                <w:rFonts w:ascii="Times New Roman" w:hAnsi="Times New Roman" w:cs="Times New Roman"/>
                <w:b/>
                <w:sz w:val="24"/>
                <w:szCs w:val="24"/>
              </w:rPr>
              <w:t>Penanggung</w:t>
            </w:r>
            <w:proofErr w:type="spellEnd"/>
            <w:r w:rsidRPr="00697836">
              <w:rPr>
                <w:rFonts w:ascii="Times New Roman" w:hAnsi="Times New Roman" w:cs="Times New Roman"/>
                <w:b/>
                <w:sz w:val="24"/>
                <w:szCs w:val="24"/>
              </w:rPr>
              <w:t xml:space="preserve"> Jawab</w:t>
            </w:r>
          </w:p>
        </w:tc>
        <w:tc>
          <w:tcPr>
            <w:tcW w:w="1334" w:type="dxa"/>
            <w:shd w:val="clear" w:color="auto" w:fill="D9EAF7"/>
            <w:vAlign w:val="center"/>
          </w:tcPr>
          <w:p w14:paraId="74EC366D" w14:textId="77777777" w:rsidR="001436BE" w:rsidRPr="00697836" w:rsidRDefault="00000000" w:rsidP="003C6736">
            <w:pPr>
              <w:spacing w:before="100" w:beforeAutospacing="1" w:after="100" w:afterAutospacing="1" w:line="360" w:lineRule="auto"/>
              <w:jc w:val="center"/>
              <w:rPr>
                <w:rFonts w:ascii="Times New Roman" w:hAnsi="Times New Roman" w:cs="Times New Roman"/>
                <w:sz w:val="24"/>
                <w:szCs w:val="24"/>
              </w:rPr>
            </w:pPr>
            <w:proofErr w:type="spellStart"/>
            <w:r w:rsidRPr="00697836">
              <w:rPr>
                <w:rFonts w:ascii="Times New Roman" w:hAnsi="Times New Roman" w:cs="Times New Roman"/>
                <w:b/>
                <w:sz w:val="24"/>
                <w:szCs w:val="24"/>
              </w:rPr>
              <w:t>Anggaran</w:t>
            </w:r>
            <w:proofErr w:type="spellEnd"/>
            <w:r w:rsidRPr="00697836">
              <w:rPr>
                <w:rFonts w:ascii="Times New Roman" w:hAnsi="Times New Roman" w:cs="Times New Roman"/>
                <w:b/>
                <w:sz w:val="24"/>
                <w:szCs w:val="24"/>
              </w:rPr>
              <w:t xml:space="preserve"> </w:t>
            </w:r>
            <w:proofErr w:type="spellStart"/>
            <w:r w:rsidRPr="00697836">
              <w:rPr>
                <w:rFonts w:ascii="Times New Roman" w:hAnsi="Times New Roman" w:cs="Times New Roman"/>
                <w:b/>
                <w:sz w:val="24"/>
                <w:szCs w:val="24"/>
              </w:rPr>
              <w:t>Biaya</w:t>
            </w:r>
            <w:proofErr w:type="spellEnd"/>
          </w:p>
        </w:tc>
        <w:tc>
          <w:tcPr>
            <w:tcW w:w="1251" w:type="dxa"/>
            <w:shd w:val="clear" w:color="auto" w:fill="D9EAF7"/>
            <w:vAlign w:val="center"/>
          </w:tcPr>
          <w:p w14:paraId="24F0D6F4" w14:textId="77777777" w:rsidR="001436BE" w:rsidRPr="00697836" w:rsidRDefault="00000000" w:rsidP="003C6736">
            <w:pPr>
              <w:spacing w:before="100" w:beforeAutospacing="1" w:after="100" w:afterAutospacing="1" w:line="360" w:lineRule="auto"/>
              <w:jc w:val="center"/>
              <w:rPr>
                <w:rFonts w:ascii="Times New Roman" w:hAnsi="Times New Roman" w:cs="Times New Roman"/>
                <w:sz w:val="24"/>
                <w:szCs w:val="24"/>
              </w:rPr>
            </w:pPr>
            <w:r w:rsidRPr="00697836">
              <w:rPr>
                <w:rFonts w:ascii="Times New Roman" w:hAnsi="Times New Roman" w:cs="Times New Roman"/>
                <w:b/>
                <w:sz w:val="24"/>
                <w:szCs w:val="24"/>
              </w:rPr>
              <w:t>Ket.</w:t>
            </w:r>
          </w:p>
        </w:tc>
      </w:tr>
      <w:tr w:rsidR="00A37579" w:rsidRPr="00697836" w14:paraId="61B23EFC" w14:textId="77777777" w:rsidTr="003C6736">
        <w:tc>
          <w:tcPr>
            <w:tcW w:w="562" w:type="dxa"/>
            <w:vAlign w:val="center"/>
          </w:tcPr>
          <w:p w14:paraId="4A15D1AB" w14:textId="77777777" w:rsidR="001436BE" w:rsidRPr="00697836" w:rsidRDefault="00000000" w:rsidP="00A37579">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1</w:t>
            </w:r>
          </w:p>
        </w:tc>
        <w:tc>
          <w:tcPr>
            <w:tcW w:w="1863" w:type="dxa"/>
            <w:vAlign w:val="center"/>
          </w:tcPr>
          <w:p w14:paraId="42195C52" w14:textId="77777777" w:rsidR="001436BE" w:rsidRPr="00697836" w:rsidRDefault="00000000" w:rsidP="00A37579">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Tata Busana</w:t>
            </w:r>
          </w:p>
        </w:tc>
        <w:tc>
          <w:tcPr>
            <w:tcW w:w="2117" w:type="dxa"/>
            <w:vAlign w:val="center"/>
          </w:tcPr>
          <w:p w14:paraId="61F78F67" w14:textId="77777777" w:rsidR="001436BE" w:rsidRPr="00697836" w:rsidRDefault="00000000" w:rsidP="00A37579">
            <w:pPr>
              <w:spacing w:before="100" w:beforeAutospacing="1" w:after="100" w:afterAutospacing="1" w:line="360" w:lineRule="auto"/>
              <w:jc w:val="both"/>
              <w:rPr>
                <w:rFonts w:ascii="Times New Roman" w:hAnsi="Times New Roman" w:cs="Times New Roman"/>
                <w:sz w:val="24"/>
                <w:szCs w:val="24"/>
              </w:rPr>
            </w:pPr>
            <w:proofErr w:type="spellStart"/>
            <w:r w:rsidRPr="00697836">
              <w:rPr>
                <w:rFonts w:ascii="Times New Roman" w:hAnsi="Times New Roman" w:cs="Times New Roman"/>
                <w:sz w:val="24"/>
                <w:szCs w:val="24"/>
              </w:rPr>
              <w:t>Membekali</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peserta</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didik</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keterampilan</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produksi</w:t>
            </w:r>
            <w:proofErr w:type="spellEnd"/>
            <w:r w:rsidRPr="00697836">
              <w:rPr>
                <w:rFonts w:ascii="Times New Roman" w:hAnsi="Times New Roman" w:cs="Times New Roman"/>
                <w:sz w:val="24"/>
                <w:szCs w:val="24"/>
              </w:rPr>
              <w:t xml:space="preserve"> dan </w:t>
            </w:r>
            <w:proofErr w:type="spellStart"/>
            <w:r w:rsidRPr="00697836">
              <w:rPr>
                <w:rFonts w:ascii="Times New Roman" w:hAnsi="Times New Roman" w:cs="Times New Roman"/>
                <w:sz w:val="24"/>
                <w:szCs w:val="24"/>
              </w:rPr>
              <w:t>kewirausahaan</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bidang</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busana</w:t>
            </w:r>
            <w:proofErr w:type="spellEnd"/>
          </w:p>
        </w:tc>
        <w:tc>
          <w:tcPr>
            <w:tcW w:w="1530" w:type="dxa"/>
            <w:vAlign w:val="center"/>
          </w:tcPr>
          <w:p w14:paraId="7145458C" w14:textId="77777777" w:rsidR="001436BE" w:rsidRPr="00697836" w:rsidRDefault="00000000" w:rsidP="00A37579">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Semester 1–2</w:t>
            </w:r>
          </w:p>
        </w:tc>
        <w:tc>
          <w:tcPr>
            <w:tcW w:w="1620" w:type="dxa"/>
            <w:vAlign w:val="center"/>
          </w:tcPr>
          <w:p w14:paraId="0989F19E" w14:textId="77777777" w:rsidR="001436BE" w:rsidRPr="00697836" w:rsidRDefault="00000000" w:rsidP="00A37579">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 xml:space="preserve">Tersedianya </w:t>
            </w:r>
            <w:proofErr w:type="spellStart"/>
            <w:r w:rsidRPr="00697836">
              <w:rPr>
                <w:rFonts w:ascii="Times New Roman" w:hAnsi="Times New Roman" w:cs="Times New Roman"/>
                <w:sz w:val="24"/>
                <w:szCs w:val="24"/>
              </w:rPr>
              <w:t>produk</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busana</w:t>
            </w:r>
            <w:proofErr w:type="spellEnd"/>
            <w:r w:rsidRPr="00697836">
              <w:rPr>
                <w:rFonts w:ascii="Times New Roman" w:hAnsi="Times New Roman" w:cs="Times New Roman"/>
                <w:sz w:val="24"/>
                <w:szCs w:val="24"/>
              </w:rPr>
              <w:t>/</w:t>
            </w:r>
            <w:proofErr w:type="spellStart"/>
            <w:r w:rsidRPr="00697836">
              <w:rPr>
                <w:rFonts w:ascii="Times New Roman" w:hAnsi="Times New Roman" w:cs="Times New Roman"/>
                <w:sz w:val="24"/>
                <w:szCs w:val="24"/>
              </w:rPr>
              <w:t>tekstil</w:t>
            </w:r>
            <w:proofErr w:type="spellEnd"/>
            <w:r w:rsidRPr="00697836">
              <w:rPr>
                <w:rFonts w:ascii="Times New Roman" w:hAnsi="Times New Roman" w:cs="Times New Roman"/>
                <w:sz w:val="24"/>
                <w:szCs w:val="24"/>
              </w:rPr>
              <w:t xml:space="preserve"> dan </w:t>
            </w:r>
            <w:proofErr w:type="spellStart"/>
            <w:r w:rsidRPr="00697836">
              <w:rPr>
                <w:rFonts w:ascii="Times New Roman" w:hAnsi="Times New Roman" w:cs="Times New Roman"/>
                <w:sz w:val="24"/>
                <w:szCs w:val="24"/>
              </w:rPr>
              <w:t>dokumentasi</w:t>
            </w:r>
            <w:proofErr w:type="spellEnd"/>
            <w:r w:rsidRPr="00697836">
              <w:rPr>
                <w:rFonts w:ascii="Times New Roman" w:hAnsi="Times New Roman" w:cs="Times New Roman"/>
                <w:sz w:val="24"/>
                <w:szCs w:val="24"/>
              </w:rPr>
              <w:t xml:space="preserve"> proses </w:t>
            </w:r>
            <w:proofErr w:type="spellStart"/>
            <w:r w:rsidRPr="00697836">
              <w:rPr>
                <w:rFonts w:ascii="Times New Roman" w:hAnsi="Times New Roman" w:cs="Times New Roman"/>
                <w:sz w:val="24"/>
                <w:szCs w:val="24"/>
              </w:rPr>
              <w:t>usaha</w:t>
            </w:r>
            <w:proofErr w:type="spellEnd"/>
          </w:p>
        </w:tc>
        <w:tc>
          <w:tcPr>
            <w:tcW w:w="1276" w:type="dxa"/>
            <w:vAlign w:val="center"/>
          </w:tcPr>
          <w:p w14:paraId="0C06E14A" w14:textId="77777777" w:rsidR="001436BE" w:rsidRPr="00697836" w:rsidRDefault="00000000" w:rsidP="00A37579">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 xml:space="preserve">Guru </w:t>
            </w:r>
            <w:proofErr w:type="spellStart"/>
            <w:r w:rsidRPr="00697836">
              <w:rPr>
                <w:rFonts w:ascii="Times New Roman" w:hAnsi="Times New Roman" w:cs="Times New Roman"/>
                <w:sz w:val="24"/>
                <w:szCs w:val="24"/>
              </w:rPr>
              <w:t>pembina</w:t>
            </w:r>
            <w:proofErr w:type="spellEnd"/>
            <w:r w:rsidRPr="00697836">
              <w:rPr>
                <w:rFonts w:ascii="Times New Roman" w:hAnsi="Times New Roman" w:cs="Times New Roman"/>
                <w:sz w:val="24"/>
                <w:szCs w:val="24"/>
              </w:rPr>
              <w:t>/</w:t>
            </w:r>
            <w:proofErr w:type="spellStart"/>
            <w:r w:rsidRPr="00697836">
              <w:rPr>
                <w:rFonts w:ascii="Times New Roman" w:hAnsi="Times New Roman" w:cs="Times New Roman"/>
                <w:sz w:val="24"/>
                <w:szCs w:val="24"/>
              </w:rPr>
              <w:t>pengampu</w:t>
            </w:r>
            <w:proofErr w:type="spellEnd"/>
          </w:p>
        </w:tc>
        <w:tc>
          <w:tcPr>
            <w:tcW w:w="1334" w:type="dxa"/>
            <w:vAlign w:val="center"/>
          </w:tcPr>
          <w:p w14:paraId="7EFD91C5" w14:textId="47B00769" w:rsidR="001436BE" w:rsidRPr="00697836" w:rsidRDefault="00000000" w:rsidP="00A37579">
            <w:pPr>
              <w:spacing w:before="100" w:beforeAutospacing="1" w:after="100" w:afterAutospacing="1" w:line="360" w:lineRule="auto"/>
              <w:jc w:val="both"/>
              <w:rPr>
                <w:rFonts w:ascii="Times New Roman" w:hAnsi="Times New Roman" w:cs="Times New Roman"/>
                <w:sz w:val="24"/>
                <w:szCs w:val="24"/>
              </w:rPr>
            </w:pPr>
            <w:proofErr w:type="spellStart"/>
            <w:r w:rsidRPr="00697836">
              <w:rPr>
                <w:rFonts w:ascii="Times New Roman" w:hAnsi="Times New Roman" w:cs="Times New Roman"/>
                <w:sz w:val="24"/>
                <w:szCs w:val="24"/>
              </w:rPr>
              <w:t>Sesuai</w:t>
            </w:r>
            <w:proofErr w:type="spellEnd"/>
            <w:r w:rsidRPr="00697836">
              <w:rPr>
                <w:rFonts w:ascii="Times New Roman" w:hAnsi="Times New Roman" w:cs="Times New Roman"/>
                <w:sz w:val="24"/>
                <w:szCs w:val="24"/>
              </w:rPr>
              <w:t xml:space="preserve"> RAB</w:t>
            </w:r>
          </w:p>
        </w:tc>
        <w:tc>
          <w:tcPr>
            <w:tcW w:w="1251" w:type="dxa"/>
            <w:vAlign w:val="center"/>
          </w:tcPr>
          <w:p w14:paraId="60CE341E" w14:textId="77777777" w:rsidR="001436BE" w:rsidRPr="00697836" w:rsidRDefault="001436BE" w:rsidP="00A37579">
            <w:pPr>
              <w:spacing w:before="100" w:beforeAutospacing="1" w:after="100" w:afterAutospacing="1" w:line="360" w:lineRule="auto"/>
              <w:jc w:val="both"/>
              <w:rPr>
                <w:rFonts w:ascii="Times New Roman" w:hAnsi="Times New Roman" w:cs="Times New Roman"/>
                <w:sz w:val="24"/>
                <w:szCs w:val="24"/>
              </w:rPr>
            </w:pPr>
          </w:p>
        </w:tc>
      </w:tr>
      <w:tr w:rsidR="00A37579" w:rsidRPr="00697836" w14:paraId="171D951E" w14:textId="77777777" w:rsidTr="003C6736">
        <w:tc>
          <w:tcPr>
            <w:tcW w:w="562" w:type="dxa"/>
            <w:vAlign w:val="center"/>
          </w:tcPr>
          <w:p w14:paraId="0E272C75" w14:textId="77777777" w:rsidR="001436BE" w:rsidRPr="00697836" w:rsidRDefault="00000000" w:rsidP="00A37579">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2</w:t>
            </w:r>
          </w:p>
        </w:tc>
        <w:tc>
          <w:tcPr>
            <w:tcW w:w="1863" w:type="dxa"/>
            <w:vAlign w:val="center"/>
          </w:tcPr>
          <w:p w14:paraId="0FE12EFE" w14:textId="77777777" w:rsidR="001436BE" w:rsidRPr="00697836" w:rsidRDefault="00000000" w:rsidP="00A37579">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Tata Boga/</w:t>
            </w:r>
            <w:proofErr w:type="spellStart"/>
            <w:r w:rsidRPr="00697836">
              <w:rPr>
                <w:rFonts w:ascii="Times New Roman" w:hAnsi="Times New Roman" w:cs="Times New Roman"/>
                <w:sz w:val="24"/>
                <w:szCs w:val="24"/>
              </w:rPr>
              <w:t>Kuliner</w:t>
            </w:r>
            <w:proofErr w:type="spellEnd"/>
          </w:p>
        </w:tc>
        <w:tc>
          <w:tcPr>
            <w:tcW w:w="2117" w:type="dxa"/>
            <w:vAlign w:val="center"/>
          </w:tcPr>
          <w:p w14:paraId="4CD47960" w14:textId="77777777" w:rsidR="001436BE" w:rsidRPr="00697836" w:rsidRDefault="00000000" w:rsidP="00A37579">
            <w:pPr>
              <w:spacing w:before="100" w:beforeAutospacing="1" w:after="100" w:afterAutospacing="1" w:line="360" w:lineRule="auto"/>
              <w:jc w:val="both"/>
              <w:rPr>
                <w:rFonts w:ascii="Times New Roman" w:hAnsi="Times New Roman" w:cs="Times New Roman"/>
                <w:sz w:val="24"/>
                <w:szCs w:val="24"/>
              </w:rPr>
            </w:pPr>
            <w:proofErr w:type="spellStart"/>
            <w:r w:rsidRPr="00697836">
              <w:rPr>
                <w:rFonts w:ascii="Times New Roman" w:hAnsi="Times New Roman" w:cs="Times New Roman"/>
                <w:sz w:val="24"/>
                <w:szCs w:val="24"/>
              </w:rPr>
              <w:t>Membekali</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peserta</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didik</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keterampilan</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mengolah</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produk</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kuliner</w:t>
            </w:r>
            <w:proofErr w:type="spellEnd"/>
            <w:r w:rsidRPr="00697836">
              <w:rPr>
                <w:rFonts w:ascii="Times New Roman" w:hAnsi="Times New Roman" w:cs="Times New Roman"/>
                <w:sz w:val="24"/>
                <w:szCs w:val="24"/>
              </w:rPr>
              <w:t xml:space="preserve"> dan </w:t>
            </w:r>
            <w:proofErr w:type="spellStart"/>
            <w:r w:rsidRPr="00697836">
              <w:rPr>
                <w:rFonts w:ascii="Times New Roman" w:hAnsi="Times New Roman" w:cs="Times New Roman"/>
                <w:sz w:val="24"/>
                <w:szCs w:val="24"/>
              </w:rPr>
              <w:t>menjalankan</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usaha</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sederhana</w:t>
            </w:r>
            <w:proofErr w:type="spellEnd"/>
          </w:p>
        </w:tc>
        <w:tc>
          <w:tcPr>
            <w:tcW w:w="1530" w:type="dxa"/>
            <w:vAlign w:val="center"/>
          </w:tcPr>
          <w:p w14:paraId="0E412D12" w14:textId="77777777" w:rsidR="001436BE" w:rsidRPr="00697836" w:rsidRDefault="00000000" w:rsidP="00A37579">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Semester 1–2</w:t>
            </w:r>
          </w:p>
        </w:tc>
        <w:tc>
          <w:tcPr>
            <w:tcW w:w="1620" w:type="dxa"/>
            <w:vAlign w:val="center"/>
          </w:tcPr>
          <w:p w14:paraId="756AD32B" w14:textId="77777777" w:rsidR="001436BE" w:rsidRPr="00697836" w:rsidRDefault="00000000" w:rsidP="00A37579">
            <w:pPr>
              <w:spacing w:before="100" w:beforeAutospacing="1" w:after="100" w:afterAutospacing="1" w:line="360" w:lineRule="auto"/>
              <w:jc w:val="both"/>
              <w:rPr>
                <w:rFonts w:ascii="Times New Roman" w:hAnsi="Times New Roman" w:cs="Times New Roman"/>
                <w:sz w:val="24"/>
                <w:szCs w:val="24"/>
              </w:rPr>
            </w:pPr>
            <w:proofErr w:type="spellStart"/>
            <w:r w:rsidRPr="00697836">
              <w:rPr>
                <w:rFonts w:ascii="Times New Roman" w:hAnsi="Times New Roman" w:cs="Times New Roman"/>
                <w:sz w:val="24"/>
                <w:szCs w:val="24"/>
              </w:rPr>
              <w:t>Produk</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kuliner</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layak</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jual</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kemasan</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promosi</w:t>
            </w:r>
            <w:proofErr w:type="spellEnd"/>
            <w:r w:rsidRPr="00697836">
              <w:rPr>
                <w:rFonts w:ascii="Times New Roman" w:hAnsi="Times New Roman" w:cs="Times New Roman"/>
                <w:sz w:val="24"/>
                <w:szCs w:val="24"/>
              </w:rPr>
              <w:t xml:space="preserve">, dan </w:t>
            </w:r>
            <w:proofErr w:type="spellStart"/>
            <w:r w:rsidRPr="00697836">
              <w:rPr>
                <w:rFonts w:ascii="Times New Roman" w:hAnsi="Times New Roman" w:cs="Times New Roman"/>
                <w:sz w:val="24"/>
                <w:szCs w:val="24"/>
              </w:rPr>
              <w:t>catatan</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penjualan</w:t>
            </w:r>
            <w:proofErr w:type="spellEnd"/>
          </w:p>
        </w:tc>
        <w:tc>
          <w:tcPr>
            <w:tcW w:w="1276" w:type="dxa"/>
            <w:vAlign w:val="center"/>
          </w:tcPr>
          <w:p w14:paraId="1E340B57" w14:textId="77777777" w:rsidR="001436BE" w:rsidRPr="00697836" w:rsidRDefault="00000000" w:rsidP="00A37579">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 xml:space="preserve">Guru </w:t>
            </w:r>
            <w:proofErr w:type="spellStart"/>
            <w:r w:rsidRPr="00697836">
              <w:rPr>
                <w:rFonts w:ascii="Times New Roman" w:hAnsi="Times New Roman" w:cs="Times New Roman"/>
                <w:sz w:val="24"/>
                <w:szCs w:val="24"/>
              </w:rPr>
              <w:t>pembina</w:t>
            </w:r>
            <w:proofErr w:type="spellEnd"/>
            <w:r w:rsidRPr="00697836">
              <w:rPr>
                <w:rFonts w:ascii="Times New Roman" w:hAnsi="Times New Roman" w:cs="Times New Roman"/>
                <w:sz w:val="24"/>
                <w:szCs w:val="24"/>
              </w:rPr>
              <w:t>/</w:t>
            </w:r>
            <w:proofErr w:type="spellStart"/>
            <w:r w:rsidRPr="00697836">
              <w:rPr>
                <w:rFonts w:ascii="Times New Roman" w:hAnsi="Times New Roman" w:cs="Times New Roman"/>
                <w:sz w:val="24"/>
                <w:szCs w:val="24"/>
              </w:rPr>
              <w:t>pengampu</w:t>
            </w:r>
            <w:proofErr w:type="spellEnd"/>
          </w:p>
        </w:tc>
        <w:tc>
          <w:tcPr>
            <w:tcW w:w="1334" w:type="dxa"/>
            <w:vAlign w:val="center"/>
          </w:tcPr>
          <w:p w14:paraId="4DA3BFAD" w14:textId="77777777" w:rsidR="001436BE" w:rsidRPr="00697836" w:rsidRDefault="00000000" w:rsidP="00A37579">
            <w:pPr>
              <w:spacing w:before="100" w:beforeAutospacing="1" w:after="100" w:afterAutospacing="1" w:line="360" w:lineRule="auto"/>
              <w:jc w:val="both"/>
              <w:rPr>
                <w:rFonts w:ascii="Times New Roman" w:hAnsi="Times New Roman" w:cs="Times New Roman"/>
                <w:sz w:val="24"/>
                <w:szCs w:val="24"/>
              </w:rPr>
            </w:pPr>
            <w:proofErr w:type="spellStart"/>
            <w:r w:rsidRPr="00697836">
              <w:rPr>
                <w:rFonts w:ascii="Times New Roman" w:hAnsi="Times New Roman" w:cs="Times New Roman"/>
                <w:sz w:val="24"/>
                <w:szCs w:val="24"/>
              </w:rPr>
              <w:t>Sesuai</w:t>
            </w:r>
            <w:proofErr w:type="spellEnd"/>
            <w:r w:rsidRPr="00697836">
              <w:rPr>
                <w:rFonts w:ascii="Times New Roman" w:hAnsi="Times New Roman" w:cs="Times New Roman"/>
                <w:sz w:val="24"/>
                <w:szCs w:val="24"/>
              </w:rPr>
              <w:t xml:space="preserve"> RAB</w:t>
            </w:r>
          </w:p>
        </w:tc>
        <w:tc>
          <w:tcPr>
            <w:tcW w:w="1251" w:type="dxa"/>
            <w:vAlign w:val="center"/>
          </w:tcPr>
          <w:p w14:paraId="1DFD3D18" w14:textId="77777777" w:rsidR="001436BE" w:rsidRPr="00697836" w:rsidRDefault="00000000" w:rsidP="00A37579">
            <w:pPr>
              <w:spacing w:before="100" w:beforeAutospacing="1" w:after="100" w:afterAutospacing="1" w:line="360" w:lineRule="auto"/>
              <w:jc w:val="both"/>
              <w:rPr>
                <w:rFonts w:ascii="Times New Roman" w:hAnsi="Times New Roman" w:cs="Times New Roman"/>
                <w:sz w:val="24"/>
                <w:szCs w:val="24"/>
              </w:rPr>
            </w:pPr>
            <w:proofErr w:type="spellStart"/>
            <w:r w:rsidRPr="00697836">
              <w:rPr>
                <w:rFonts w:ascii="Times New Roman" w:hAnsi="Times New Roman" w:cs="Times New Roman"/>
                <w:sz w:val="24"/>
                <w:szCs w:val="24"/>
              </w:rPr>
              <w:t>Penjualan</w:t>
            </w:r>
            <w:proofErr w:type="spellEnd"/>
            <w:r w:rsidRPr="00697836">
              <w:rPr>
                <w:rFonts w:ascii="Times New Roman" w:hAnsi="Times New Roman" w:cs="Times New Roman"/>
                <w:sz w:val="24"/>
                <w:szCs w:val="24"/>
              </w:rPr>
              <w:t xml:space="preserve"> di </w:t>
            </w:r>
            <w:proofErr w:type="spellStart"/>
            <w:r w:rsidRPr="00697836">
              <w:rPr>
                <w:rFonts w:ascii="Times New Roman" w:hAnsi="Times New Roman" w:cs="Times New Roman"/>
                <w:sz w:val="24"/>
                <w:szCs w:val="24"/>
              </w:rPr>
              <w:t>sekitar</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tempat</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tinggal</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secara</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bertanggung</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jawab</w:t>
            </w:r>
            <w:proofErr w:type="spellEnd"/>
          </w:p>
        </w:tc>
      </w:tr>
      <w:tr w:rsidR="00A37579" w:rsidRPr="00697836" w14:paraId="317E809E" w14:textId="77777777" w:rsidTr="003C6736">
        <w:tc>
          <w:tcPr>
            <w:tcW w:w="562" w:type="dxa"/>
            <w:vAlign w:val="center"/>
          </w:tcPr>
          <w:p w14:paraId="64EE59BE" w14:textId="77777777" w:rsidR="001436BE" w:rsidRPr="00697836" w:rsidRDefault="00000000" w:rsidP="00A37579">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3</w:t>
            </w:r>
          </w:p>
        </w:tc>
        <w:tc>
          <w:tcPr>
            <w:tcW w:w="1863" w:type="dxa"/>
            <w:vAlign w:val="center"/>
          </w:tcPr>
          <w:p w14:paraId="26F5B08E" w14:textId="77777777" w:rsidR="001436BE" w:rsidRPr="00697836" w:rsidRDefault="00000000" w:rsidP="00A37579">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Multimedia</w:t>
            </w:r>
          </w:p>
        </w:tc>
        <w:tc>
          <w:tcPr>
            <w:tcW w:w="2117" w:type="dxa"/>
            <w:vAlign w:val="center"/>
          </w:tcPr>
          <w:p w14:paraId="3A830BF5" w14:textId="77777777" w:rsidR="001436BE" w:rsidRPr="00697836" w:rsidRDefault="00000000" w:rsidP="00A37579">
            <w:pPr>
              <w:spacing w:before="100" w:beforeAutospacing="1" w:after="100" w:afterAutospacing="1" w:line="360" w:lineRule="auto"/>
              <w:jc w:val="both"/>
              <w:rPr>
                <w:rFonts w:ascii="Times New Roman" w:hAnsi="Times New Roman" w:cs="Times New Roman"/>
                <w:sz w:val="24"/>
                <w:szCs w:val="24"/>
              </w:rPr>
            </w:pPr>
            <w:proofErr w:type="spellStart"/>
            <w:r w:rsidRPr="00697836">
              <w:rPr>
                <w:rFonts w:ascii="Times New Roman" w:hAnsi="Times New Roman" w:cs="Times New Roman"/>
                <w:sz w:val="24"/>
                <w:szCs w:val="24"/>
              </w:rPr>
              <w:t>Mengembangkan</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keterampilan</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kreatif</w:t>
            </w:r>
            <w:proofErr w:type="spellEnd"/>
            <w:r w:rsidRPr="00697836">
              <w:rPr>
                <w:rFonts w:ascii="Times New Roman" w:hAnsi="Times New Roman" w:cs="Times New Roman"/>
                <w:sz w:val="24"/>
                <w:szCs w:val="24"/>
              </w:rPr>
              <w:t xml:space="preserve"> dan </w:t>
            </w:r>
            <w:proofErr w:type="spellStart"/>
            <w:r w:rsidRPr="00697836">
              <w:rPr>
                <w:rFonts w:ascii="Times New Roman" w:hAnsi="Times New Roman" w:cs="Times New Roman"/>
                <w:sz w:val="24"/>
                <w:szCs w:val="24"/>
              </w:rPr>
              <w:t>jasa</w:t>
            </w:r>
            <w:proofErr w:type="spellEnd"/>
            <w:r w:rsidRPr="00697836">
              <w:rPr>
                <w:rFonts w:ascii="Times New Roman" w:hAnsi="Times New Roman" w:cs="Times New Roman"/>
                <w:sz w:val="24"/>
                <w:szCs w:val="24"/>
              </w:rPr>
              <w:t xml:space="preserve"> multimedia </w:t>
            </w:r>
            <w:proofErr w:type="spellStart"/>
            <w:r w:rsidRPr="00697836">
              <w:rPr>
                <w:rFonts w:ascii="Times New Roman" w:hAnsi="Times New Roman" w:cs="Times New Roman"/>
                <w:sz w:val="24"/>
                <w:szCs w:val="24"/>
              </w:rPr>
              <w:t>untuk</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mendukung</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kewirausahaan</w:t>
            </w:r>
            <w:proofErr w:type="spellEnd"/>
          </w:p>
        </w:tc>
        <w:tc>
          <w:tcPr>
            <w:tcW w:w="1530" w:type="dxa"/>
            <w:vAlign w:val="center"/>
          </w:tcPr>
          <w:p w14:paraId="506E7DB6" w14:textId="77777777" w:rsidR="001436BE" w:rsidRPr="00697836" w:rsidRDefault="00000000" w:rsidP="00A37579">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Semester 1–2</w:t>
            </w:r>
          </w:p>
        </w:tc>
        <w:tc>
          <w:tcPr>
            <w:tcW w:w="1620" w:type="dxa"/>
            <w:vAlign w:val="center"/>
          </w:tcPr>
          <w:p w14:paraId="39D98270" w14:textId="77777777" w:rsidR="001436BE" w:rsidRPr="00697836" w:rsidRDefault="00000000" w:rsidP="00A37579">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 xml:space="preserve">Tersedianya </w:t>
            </w:r>
            <w:proofErr w:type="spellStart"/>
            <w:r w:rsidRPr="00697836">
              <w:rPr>
                <w:rFonts w:ascii="Times New Roman" w:hAnsi="Times New Roman" w:cs="Times New Roman"/>
                <w:sz w:val="24"/>
                <w:szCs w:val="24"/>
              </w:rPr>
              <w:t>karya</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foto</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desain</w:t>
            </w:r>
            <w:proofErr w:type="spellEnd"/>
            <w:r w:rsidRPr="00697836">
              <w:rPr>
                <w:rFonts w:ascii="Times New Roman" w:hAnsi="Times New Roman" w:cs="Times New Roman"/>
                <w:sz w:val="24"/>
                <w:szCs w:val="24"/>
              </w:rPr>
              <w:t xml:space="preserve">, video, dan </w:t>
            </w:r>
            <w:proofErr w:type="spellStart"/>
            <w:r w:rsidRPr="00697836">
              <w:rPr>
                <w:rFonts w:ascii="Times New Roman" w:hAnsi="Times New Roman" w:cs="Times New Roman"/>
                <w:sz w:val="24"/>
                <w:szCs w:val="24"/>
              </w:rPr>
              <w:t>konten</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promosi</w:t>
            </w:r>
            <w:proofErr w:type="spellEnd"/>
          </w:p>
        </w:tc>
        <w:tc>
          <w:tcPr>
            <w:tcW w:w="1276" w:type="dxa"/>
            <w:vAlign w:val="center"/>
          </w:tcPr>
          <w:p w14:paraId="686DDBED" w14:textId="77777777" w:rsidR="001436BE" w:rsidRPr="00697836" w:rsidRDefault="00000000" w:rsidP="00A37579">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 xml:space="preserve">Guru </w:t>
            </w:r>
            <w:proofErr w:type="spellStart"/>
            <w:r w:rsidRPr="00697836">
              <w:rPr>
                <w:rFonts w:ascii="Times New Roman" w:hAnsi="Times New Roman" w:cs="Times New Roman"/>
                <w:sz w:val="24"/>
                <w:szCs w:val="24"/>
              </w:rPr>
              <w:t>pembina</w:t>
            </w:r>
            <w:proofErr w:type="spellEnd"/>
            <w:r w:rsidRPr="00697836">
              <w:rPr>
                <w:rFonts w:ascii="Times New Roman" w:hAnsi="Times New Roman" w:cs="Times New Roman"/>
                <w:sz w:val="24"/>
                <w:szCs w:val="24"/>
              </w:rPr>
              <w:t>/</w:t>
            </w:r>
            <w:proofErr w:type="spellStart"/>
            <w:r w:rsidRPr="00697836">
              <w:rPr>
                <w:rFonts w:ascii="Times New Roman" w:hAnsi="Times New Roman" w:cs="Times New Roman"/>
                <w:sz w:val="24"/>
                <w:szCs w:val="24"/>
              </w:rPr>
              <w:t>pengampu</w:t>
            </w:r>
            <w:proofErr w:type="spellEnd"/>
          </w:p>
        </w:tc>
        <w:tc>
          <w:tcPr>
            <w:tcW w:w="1334" w:type="dxa"/>
            <w:vAlign w:val="center"/>
          </w:tcPr>
          <w:p w14:paraId="599AF9C0" w14:textId="77777777" w:rsidR="001436BE" w:rsidRPr="00697836" w:rsidRDefault="00000000" w:rsidP="00A37579">
            <w:pPr>
              <w:spacing w:before="100" w:beforeAutospacing="1" w:after="100" w:afterAutospacing="1" w:line="360" w:lineRule="auto"/>
              <w:jc w:val="both"/>
              <w:rPr>
                <w:rFonts w:ascii="Times New Roman" w:hAnsi="Times New Roman" w:cs="Times New Roman"/>
                <w:sz w:val="24"/>
                <w:szCs w:val="24"/>
              </w:rPr>
            </w:pPr>
            <w:proofErr w:type="spellStart"/>
            <w:r w:rsidRPr="00697836">
              <w:rPr>
                <w:rFonts w:ascii="Times New Roman" w:hAnsi="Times New Roman" w:cs="Times New Roman"/>
                <w:sz w:val="24"/>
                <w:szCs w:val="24"/>
              </w:rPr>
              <w:t>Sesuai</w:t>
            </w:r>
            <w:proofErr w:type="spellEnd"/>
            <w:r w:rsidRPr="00697836">
              <w:rPr>
                <w:rFonts w:ascii="Times New Roman" w:hAnsi="Times New Roman" w:cs="Times New Roman"/>
                <w:sz w:val="24"/>
                <w:szCs w:val="24"/>
              </w:rPr>
              <w:t xml:space="preserve"> RAB</w:t>
            </w:r>
          </w:p>
        </w:tc>
        <w:tc>
          <w:tcPr>
            <w:tcW w:w="1251" w:type="dxa"/>
            <w:vAlign w:val="center"/>
          </w:tcPr>
          <w:p w14:paraId="296C0EBF" w14:textId="77777777" w:rsidR="001436BE" w:rsidRPr="00697836" w:rsidRDefault="001436BE" w:rsidP="00A37579">
            <w:pPr>
              <w:spacing w:before="100" w:beforeAutospacing="1" w:after="100" w:afterAutospacing="1" w:line="360" w:lineRule="auto"/>
              <w:jc w:val="both"/>
              <w:rPr>
                <w:rFonts w:ascii="Times New Roman" w:hAnsi="Times New Roman" w:cs="Times New Roman"/>
                <w:sz w:val="24"/>
                <w:szCs w:val="24"/>
              </w:rPr>
            </w:pPr>
          </w:p>
        </w:tc>
      </w:tr>
      <w:tr w:rsidR="00A37579" w:rsidRPr="00697836" w14:paraId="2A85F34B" w14:textId="77777777" w:rsidTr="003C6736">
        <w:tc>
          <w:tcPr>
            <w:tcW w:w="562" w:type="dxa"/>
            <w:vAlign w:val="center"/>
          </w:tcPr>
          <w:p w14:paraId="5D18EEF6" w14:textId="77777777" w:rsidR="001436BE" w:rsidRPr="00697836" w:rsidRDefault="00000000" w:rsidP="00A37579">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4</w:t>
            </w:r>
          </w:p>
        </w:tc>
        <w:tc>
          <w:tcPr>
            <w:tcW w:w="1863" w:type="dxa"/>
            <w:vAlign w:val="center"/>
          </w:tcPr>
          <w:p w14:paraId="20942ABC" w14:textId="77777777" w:rsidR="001436BE" w:rsidRPr="00697836" w:rsidRDefault="00000000" w:rsidP="00A37579">
            <w:pPr>
              <w:spacing w:before="100" w:beforeAutospacing="1" w:after="100" w:afterAutospacing="1" w:line="360" w:lineRule="auto"/>
              <w:jc w:val="both"/>
              <w:rPr>
                <w:rFonts w:ascii="Times New Roman" w:hAnsi="Times New Roman" w:cs="Times New Roman"/>
                <w:sz w:val="24"/>
                <w:szCs w:val="24"/>
              </w:rPr>
            </w:pPr>
            <w:proofErr w:type="spellStart"/>
            <w:r w:rsidRPr="00697836">
              <w:rPr>
                <w:rFonts w:ascii="Times New Roman" w:hAnsi="Times New Roman" w:cs="Times New Roman"/>
                <w:sz w:val="24"/>
                <w:szCs w:val="24"/>
              </w:rPr>
              <w:t>Koperasi</w:t>
            </w:r>
            <w:proofErr w:type="spellEnd"/>
            <w:r w:rsidRPr="00697836">
              <w:rPr>
                <w:rFonts w:ascii="Times New Roman" w:hAnsi="Times New Roman" w:cs="Times New Roman"/>
                <w:sz w:val="24"/>
                <w:szCs w:val="24"/>
              </w:rPr>
              <w:t xml:space="preserve"> Madrasah</w:t>
            </w:r>
          </w:p>
        </w:tc>
        <w:tc>
          <w:tcPr>
            <w:tcW w:w="2117" w:type="dxa"/>
            <w:vAlign w:val="center"/>
          </w:tcPr>
          <w:p w14:paraId="6F384031" w14:textId="77777777" w:rsidR="001436BE" w:rsidRPr="00697836" w:rsidRDefault="00000000" w:rsidP="00A37579">
            <w:pPr>
              <w:spacing w:before="100" w:beforeAutospacing="1" w:after="100" w:afterAutospacing="1" w:line="360" w:lineRule="auto"/>
              <w:jc w:val="both"/>
              <w:rPr>
                <w:rFonts w:ascii="Times New Roman" w:hAnsi="Times New Roman" w:cs="Times New Roman"/>
                <w:sz w:val="24"/>
                <w:szCs w:val="24"/>
              </w:rPr>
            </w:pPr>
            <w:proofErr w:type="spellStart"/>
            <w:r w:rsidRPr="00697836">
              <w:rPr>
                <w:rFonts w:ascii="Times New Roman" w:hAnsi="Times New Roman" w:cs="Times New Roman"/>
                <w:sz w:val="24"/>
                <w:szCs w:val="24"/>
              </w:rPr>
              <w:t>Mengembangkan</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pengalaman</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peserta</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didik</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dalam</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pengelolaan</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usaha</w:t>
            </w:r>
            <w:proofErr w:type="spellEnd"/>
            <w:r w:rsidRPr="00697836">
              <w:rPr>
                <w:rFonts w:ascii="Times New Roman" w:hAnsi="Times New Roman" w:cs="Times New Roman"/>
                <w:sz w:val="24"/>
                <w:szCs w:val="24"/>
              </w:rPr>
              <w:t xml:space="preserve"> dan </w:t>
            </w:r>
            <w:proofErr w:type="spellStart"/>
            <w:r w:rsidRPr="00697836">
              <w:rPr>
                <w:rFonts w:ascii="Times New Roman" w:hAnsi="Times New Roman" w:cs="Times New Roman"/>
                <w:sz w:val="24"/>
                <w:szCs w:val="24"/>
              </w:rPr>
              <w:t>pelayanan</w:t>
            </w:r>
            <w:proofErr w:type="spellEnd"/>
          </w:p>
        </w:tc>
        <w:tc>
          <w:tcPr>
            <w:tcW w:w="1530" w:type="dxa"/>
            <w:vAlign w:val="center"/>
          </w:tcPr>
          <w:p w14:paraId="5C038618" w14:textId="77777777" w:rsidR="001436BE" w:rsidRPr="00697836" w:rsidRDefault="00000000" w:rsidP="00A37579">
            <w:pPr>
              <w:spacing w:before="100" w:beforeAutospacing="1" w:after="100" w:afterAutospacing="1" w:line="360" w:lineRule="auto"/>
              <w:jc w:val="both"/>
              <w:rPr>
                <w:rFonts w:ascii="Times New Roman" w:hAnsi="Times New Roman" w:cs="Times New Roman"/>
                <w:sz w:val="24"/>
                <w:szCs w:val="24"/>
              </w:rPr>
            </w:pPr>
            <w:proofErr w:type="spellStart"/>
            <w:r w:rsidRPr="00697836">
              <w:rPr>
                <w:rFonts w:ascii="Times New Roman" w:hAnsi="Times New Roman" w:cs="Times New Roman"/>
                <w:sz w:val="24"/>
                <w:szCs w:val="24"/>
              </w:rPr>
              <w:t>Sepanjang</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tahun</w:t>
            </w:r>
            <w:proofErr w:type="spellEnd"/>
          </w:p>
        </w:tc>
        <w:tc>
          <w:tcPr>
            <w:tcW w:w="1620" w:type="dxa"/>
            <w:vAlign w:val="center"/>
          </w:tcPr>
          <w:p w14:paraId="0E3C2EF3" w14:textId="77777777" w:rsidR="001436BE" w:rsidRPr="00697836" w:rsidRDefault="00000000" w:rsidP="00A37579">
            <w:pPr>
              <w:spacing w:before="100" w:beforeAutospacing="1" w:after="100" w:afterAutospacing="1" w:line="360" w:lineRule="auto"/>
              <w:jc w:val="both"/>
              <w:rPr>
                <w:rFonts w:ascii="Times New Roman" w:hAnsi="Times New Roman" w:cs="Times New Roman"/>
                <w:sz w:val="24"/>
                <w:szCs w:val="24"/>
              </w:rPr>
            </w:pPr>
            <w:proofErr w:type="spellStart"/>
            <w:r w:rsidRPr="00697836">
              <w:rPr>
                <w:rFonts w:ascii="Times New Roman" w:hAnsi="Times New Roman" w:cs="Times New Roman"/>
                <w:sz w:val="24"/>
                <w:szCs w:val="24"/>
              </w:rPr>
              <w:t>Peserta</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didik</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memahami</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transaksi</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stok</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pelayanan</w:t>
            </w:r>
            <w:proofErr w:type="spellEnd"/>
            <w:r w:rsidRPr="00697836">
              <w:rPr>
                <w:rFonts w:ascii="Times New Roman" w:hAnsi="Times New Roman" w:cs="Times New Roman"/>
                <w:sz w:val="24"/>
                <w:szCs w:val="24"/>
              </w:rPr>
              <w:t xml:space="preserve">, dan </w:t>
            </w:r>
            <w:proofErr w:type="spellStart"/>
            <w:r w:rsidRPr="00697836">
              <w:rPr>
                <w:rFonts w:ascii="Times New Roman" w:hAnsi="Times New Roman" w:cs="Times New Roman"/>
                <w:sz w:val="24"/>
                <w:szCs w:val="24"/>
              </w:rPr>
              <w:t>pencatatan</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sederhana</w:t>
            </w:r>
            <w:proofErr w:type="spellEnd"/>
          </w:p>
        </w:tc>
        <w:tc>
          <w:tcPr>
            <w:tcW w:w="1276" w:type="dxa"/>
            <w:vAlign w:val="center"/>
          </w:tcPr>
          <w:p w14:paraId="35E1C6CB" w14:textId="77777777" w:rsidR="001436BE" w:rsidRPr="00697836" w:rsidRDefault="00000000" w:rsidP="00A37579">
            <w:pPr>
              <w:spacing w:before="100" w:beforeAutospacing="1" w:after="100" w:afterAutospacing="1" w:line="360" w:lineRule="auto"/>
              <w:jc w:val="both"/>
              <w:rPr>
                <w:rFonts w:ascii="Times New Roman" w:hAnsi="Times New Roman" w:cs="Times New Roman"/>
                <w:sz w:val="24"/>
                <w:szCs w:val="24"/>
              </w:rPr>
            </w:pPr>
            <w:proofErr w:type="spellStart"/>
            <w:r w:rsidRPr="00697836">
              <w:rPr>
                <w:rFonts w:ascii="Times New Roman" w:hAnsi="Times New Roman" w:cs="Times New Roman"/>
                <w:sz w:val="24"/>
                <w:szCs w:val="24"/>
              </w:rPr>
              <w:t>Pengelola</w:t>
            </w:r>
            <w:proofErr w:type="spellEnd"/>
            <w:r w:rsidRPr="00697836">
              <w:rPr>
                <w:rFonts w:ascii="Times New Roman" w:hAnsi="Times New Roman" w:cs="Times New Roman"/>
                <w:sz w:val="24"/>
                <w:szCs w:val="24"/>
              </w:rPr>
              <w:t xml:space="preserve"> Koperasi/Guru</w:t>
            </w:r>
          </w:p>
        </w:tc>
        <w:tc>
          <w:tcPr>
            <w:tcW w:w="1334" w:type="dxa"/>
            <w:vAlign w:val="center"/>
          </w:tcPr>
          <w:p w14:paraId="31941B29" w14:textId="77777777" w:rsidR="001436BE" w:rsidRPr="00697836" w:rsidRDefault="00000000" w:rsidP="00A37579">
            <w:pPr>
              <w:spacing w:before="100" w:beforeAutospacing="1" w:after="100" w:afterAutospacing="1" w:line="360" w:lineRule="auto"/>
              <w:jc w:val="both"/>
              <w:rPr>
                <w:rFonts w:ascii="Times New Roman" w:hAnsi="Times New Roman" w:cs="Times New Roman"/>
                <w:sz w:val="24"/>
                <w:szCs w:val="24"/>
              </w:rPr>
            </w:pPr>
            <w:proofErr w:type="spellStart"/>
            <w:r w:rsidRPr="00697836">
              <w:rPr>
                <w:rFonts w:ascii="Times New Roman" w:hAnsi="Times New Roman" w:cs="Times New Roman"/>
                <w:sz w:val="24"/>
                <w:szCs w:val="24"/>
              </w:rPr>
              <w:t>Sesuai</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kebutuhan</w:t>
            </w:r>
            <w:proofErr w:type="spellEnd"/>
          </w:p>
        </w:tc>
        <w:tc>
          <w:tcPr>
            <w:tcW w:w="1251" w:type="dxa"/>
            <w:vAlign w:val="center"/>
          </w:tcPr>
          <w:p w14:paraId="19E2BD54" w14:textId="77777777" w:rsidR="001436BE" w:rsidRPr="00697836" w:rsidRDefault="001436BE" w:rsidP="00A37579">
            <w:pPr>
              <w:spacing w:before="100" w:beforeAutospacing="1" w:after="100" w:afterAutospacing="1" w:line="360" w:lineRule="auto"/>
              <w:jc w:val="both"/>
              <w:rPr>
                <w:rFonts w:ascii="Times New Roman" w:hAnsi="Times New Roman" w:cs="Times New Roman"/>
                <w:sz w:val="24"/>
                <w:szCs w:val="24"/>
              </w:rPr>
            </w:pPr>
          </w:p>
        </w:tc>
      </w:tr>
      <w:tr w:rsidR="00A37579" w:rsidRPr="00697836" w14:paraId="41BABCC1" w14:textId="77777777" w:rsidTr="003C6736">
        <w:tc>
          <w:tcPr>
            <w:tcW w:w="562" w:type="dxa"/>
            <w:vAlign w:val="center"/>
          </w:tcPr>
          <w:p w14:paraId="6FD34B6D" w14:textId="77777777" w:rsidR="001436BE" w:rsidRPr="00697836" w:rsidRDefault="00000000" w:rsidP="00A37579">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5</w:t>
            </w:r>
          </w:p>
        </w:tc>
        <w:tc>
          <w:tcPr>
            <w:tcW w:w="1863" w:type="dxa"/>
            <w:vAlign w:val="center"/>
          </w:tcPr>
          <w:p w14:paraId="180183DE" w14:textId="77777777" w:rsidR="001436BE" w:rsidRPr="00697836" w:rsidRDefault="00000000" w:rsidP="00A37579">
            <w:pPr>
              <w:spacing w:before="100" w:beforeAutospacing="1" w:after="100" w:afterAutospacing="1" w:line="360" w:lineRule="auto"/>
              <w:jc w:val="both"/>
              <w:rPr>
                <w:rFonts w:ascii="Times New Roman" w:hAnsi="Times New Roman" w:cs="Times New Roman"/>
                <w:sz w:val="24"/>
                <w:szCs w:val="24"/>
              </w:rPr>
            </w:pPr>
            <w:proofErr w:type="spellStart"/>
            <w:r w:rsidRPr="00697836">
              <w:rPr>
                <w:rFonts w:ascii="Times New Roman" w:hAnsi="Times New Roman" w:cs="Times New Roman"/>
                <w:sz w:val="24"/>
                <w:szCs w:val="24"/>
              </w:rPr>
              <w:t>Kantin</w:t>
            </w:r>
            <w:proofErr w:type="spellEnd"/>
            <w:r w:rsidRPr="00697836">
              <w:rPr>
                <w:rFonts w:ascii="Times New Roman" w:hAnsi="Times New Roman" w:cs="Times New Roman"/>
                <w:sz w:val="24"/>
                <w:szCs w:val="24"/>
              </w:rPr>
              <w:t xml:space="preserve"> Sekolah/</w:t>
            </w:r>
            <w:proofErr w:type="spellStart"/>
            <w:r w:rsidRPr="00697836">
              <w:rPr>
                <w:rFonts w:ascii="Times New Roman" w:hAnsi="Times New Roman" w:cs="Times New Roman"/>
                <w:sz w:val="24"/>
                <w:szCs w:val="24"/>
              </w:rPr>
              <w:t>Kantin</w:t>
            </w:r>
            <w:proofErr w:type="spellEnd"/>
            <w:r w:rsidRPr="00697836">
              <w:rPr>
                <w:rFonts w:ascii="Times New Roman" w:hAnsi="Times New Roman" w:cs="Times New Roman"/>
                <w:sz w:val="24"/>
                <w:szCs w:val="24"/>
              </w:rPr>
              <w:t xml:space="preserve"> Sehat</w:t>
            </w:r>
          </w:p>
        </w:tc>
        <w:tc>
          <w:tcPr>
            <w:tcW w:w="2117" w:type="dxa"/>
            <w:vAlign w:val="center"/>
          </w:tcPr>
          <w:p w14:paraId="0D2CAB73" w14:textId="77777777" w:rsidR="001436BE" w:rsidRPr="00697836" w:rsidRDefault="00000000" w:rsidP="00A37579">
            <w:pPr>
              <w:spacing w:before="100" w:beforeAutospacing="1" w:after="100" w:afterAutospacing="1" w:line="360" w:lineRule="auto"/>
              <w:jc w:val="both"/>
              <w:rPr>
                <w:rFonts w:ascii="Times New Roman" w:hAnsi="Times New Roman" w:cs="Times New Roman"/>
                <w:sz w:val="24"/>
                <w:szCs w:val="24"/>
              </w:rPr>
            </w:pPr>
            <w:proofErr w:type="spellStart"/>
            <w:r w:rsidRPr="00697836">
              <w:rPr>
                <w:rFonts w:ascii="Times New Roman" w:hAnsi="Times New Roman" w:cs="Times New Roman"/>
                <w:sz w:val="24"/>
                <w:szCs w:val="24"/>
              </w:rPr>
              <w:t>Mengembangkan</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pengalaman</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kewirausahaan</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melalui</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penyediaan</w:t>
            </w:r>
            <w:proofErr w:type="spellEnd"/>
            <w:r w:rsidRPr="00697836">
              <w:rPr>
                <w:rFonts w:ascii="Times New Roman" w:hAnsi="Times New Roman" w:cs="Times New Roman"/>
                <w:sz w:val="24"/>
                <w:szCs w:val="24"/>
              </w:rPr>
              <w:t xml:space="preserve"> dan </w:t>
            </w:r>
            <w:proofErr w:type="spellStart"/>
            <w:r w:rsidRPr="00697836">
              <w:rPr>
                <w:rFonts w:ascii="Times New Roman" w:hAnsi="Times New Roman" w:cs="Times New Roman"/>
                <w:sz w:val="24"/>
                <w:szCs w:val="24"/>
              </w:rPr>
              <w:t>pemasaran</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makanan</w:t>
            </w:r>
            <w:proofErr w:type="spellEnd"/>
            <w:r w:rsidRPr="00697836">
              <w:rPr>
                <w:rFonts w:ascii="Times New Roman" w:hAnsi="Times New Roman" w:cs="Times New Roman"/>
                <w:sz w:val="24"/>
                <w:szCs w:val="24"/>
              </w:rPr>
              <w:t>/</w:t>
            </w:r>
            <w:proofErr w:type="spellStart"/>
            <w:r w:rsidRPr="00697836">
              <w:rPr>
                <w:rFonts w:ascii="Times New Roman" w:hAnsi="Times New Roman" w:cs="Times New Roman"/>
                <w:sz w:val="24"/>
                <w:szCs w:val="24"/>
              </w:rPr>
              <w:t>minuman</w:t>
            </w:r>
            <w:proofErr w:type="spellEnd"/>
          </w:p>
        </w:tc>
        <w:tc>
          <w:tcPr>
            <w:tcW w:w="1530" w:type="dxa"/>
            <w:vAlign w:val="center"/>
          </w:tcPr>
          <w:p w14:paraId="05BA1F6A" w14:textId="77777777" w:rsidR="001436BE" w:rsidRPr="00697836" w:rsidRDefault="00000000" w:rsidP="00A37579">
            <w:pPr>
              <w:spacing w:before="100" w:beforeAutospacing="1" w:after="100" w:afterAutospacing="1" w:line="360" w:lineRule="auto"/>
              <w:jc w:val="both"/>
              <w:rPr>
                <w:rFonts w:ascii="Times New Roman" w:hAnsi="Times New Roman" w:cs="Times New Roman"/>
                <w:sz w:val="24"/>
                <w:szCs w:val="24"/>
              </w:rPr>
            </w:pPr>
            <w:proofErr w:type="spellStart"/>
            <w:r w:rsidRPr="00697836">
              <w:rPr>
                <w:rFonts w:ascii="Times New Roman" w:hAnsi="Times New Roman" w:cs="Times New Roman"/>
                <w:sz w:val="24"/>
                <w:szCs w:val="24"/>
              </w:rPr>
              <w:t>Sepanjang</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tahun</w:t>
            </w:r>
            <w:proofErr w:type="spellEnd"/>
          </w:p>
        </w:tc>
        <w:tc>
          <w:tcPr>
            <w:tcW w:w="1620" w:type="dxa"/>
            <w:vAlign w:val="center"/>
          </w:tcPr>
          <w:p w14:paraId="5053E7AB" w14:textId="77777777" w:rsidR="001436BE" w:rsidRPr="00697836" w:rsidRDefault="00000000" w:rsidP="00A37579">
            <w:pPr>
              <w:spacing w:before="100" w:beforeAutospacing="1" w:after="100" w:afterAutospacing="1" w:line="360" w:lineRule="auto"/>
              <w:jc w:val="both"/>
              <w:rPr>
                <w:rFonts w:ascii="Times New Roman" w:hAnsi="Times New Roman" w:cs="Times New Roman"/>
                <w:sz w:val="24"/>
                <w:szCs w:val="24"/>
              </w:rPr>
            </w:pPr>
            <w:proofErr w:type="spellStart"/>
            <w:r w:rsidRPr="00697836">
              <w:rPr>
                <w:rFonts w:ascii="Times New Roman" w:hAnsi="Times New Roman" w:cs="Times New Roman"/>
                <w:sz w:val="24"/>
                <w:szCs w:val="24"/>
              </w:rPr>
              <w:t>Produk</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tertata</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aman</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sehat</w:t>
            </w:r>
            <w:proofErr w:type="spellEnd"/>
            <w:r w:rsidRPr="00697836">
              <w:rPr>
                <w:rFonts w:ascii="Times New Roman" w:hAnsi="Times New Roman" w:cs="Times New Roman"/>
                <w:sz w:val="24"/>
                <w:szCs w:val="24"/>
              </w:rPr>
              <w:t xml:space="preserve">, dan proses </w:t>
            </w:r>
            <w:proofErr w:type="spellStart"/>
            <w:r w:rsidRPr="00697836">
              <w:rPr>
                <w:rFonts w:ascii="Times New Roman" w:hAnsi="Times New Roman" w:cs="Times New Roman"/>
                <w:sz w:val="24"/>
                <w:szCs w:val="24"/>
              </w:rPr>
              <w:t>usaha</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tercatat</w:t>
            </w:r>
            <w:proofErr w:type="spellEnd"/>
          </w:p>
        </w:tc>
        <w:tc>
          <w:tcPr>
            <w:tcW w:w="1276" w:type="dxa"/>
            <w:vAlign w:val="center"/>
          </w:tcPr>
          <w:p w14:paraId="3DEB73DF" w14:textId="77777777" w:rsidR="001436BE" w:rsidRPr="00697836" w:rsidRDefault="00000000" w:rsidP="00A37579">
            <w:pPr>
              <w:spacing w:before="100" w:beforeAutospacing="1" w:after="100" w:afterAutospacing="1" w:line="360" w:lineRule="auto"/>
              <w:jc w:val="both"/>
              <w:rPr>
                <w:rFonts w:ascii="Times New Roman" w:hAnsi="Times New Roman" w:cs="Times New Roman"/>
                <w:sz w:val="24"/>
                <w:szCs w:val="24"/>
              </w:rPr>
            </w:pPr>
            <w:proofErr w:type="spellStart"/>
            <w:r w:rsidRPr="00697836">
              <w:rPr>
                <w:rFonts w:ascii="Times New Roman" w:hAnsi="Times New Roman" w:cs="Times New Roman"/>
                <w:sz w:val="24"/>
                <w:szCs w:val="24"/>
              </w:rPr>
              <w:t>Pengelola</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Kantin</w:t>
            </w:r>
            <w:proofErr w:type="spellEnd"/>
            <w:r w:rsidRPr="00697836">
              <w:rPr>
                <w:rFonts w:ascii="Times New Roman" w:hAnsi="Times New Roman" w:cs="Times New Roman"/>
                <w:sz w:val="24"/>
                <w:szCs w:val="24"/>
              </w:rPr>
              <w:t>/Guru</w:t>
            </w:r>
          </w:p>
        </w:tc>
        <w:tc>
          <w:tcPr>
            <w:tcW w:w="1334" w:type="dxa"/>
            <w:vAlign w:val="center"/>
          </w:tcPr>
          <w:p w14:paraId="0CC9094E" w14:textId="77777777" w:rsidR="001436BE" w:rsidRPr="00697836" w:rsidRDefault="00000000" w:rsidP="00A37579">
            <w:pPr>
              <w:spacing w:before="100" w:beforeAutospacing="1" w:after="100" w:afterAutospacing="1" w:line="360" w:lineRule="auto"/>
              <w:jc w:val="both"/>
              <w:rPr>
                <w:rFonts w:ascii="Times New Roman" w:hAnsi="Times New Roman" w:cs="Times New Roman"/>
                <w:sz w:val="24"/>
                <w:szCs w:val="24"/>
              </w:rPr>
            </w:pPr>
            <w:proofErr w:type="spellStart"/>
            <w:r w:rsidRPr="00697836">
              <w:rPr>
                <w:rFonts w:ascii="Times New Roman" w:hAnsi="Times New Roman" w:cs="Times New Roman"/>
                <w:sz w:val="24"/>
                <w:szCs w:val="24"/>
              </w:rPr>
              <w:t>Sesuai</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kebutuhan</w:t>
            </w:r>
            <w:proofErr w:type="spellEnd"/>
          </w:p>
        </w:tc>
        <w:tc>
          <w:tcPr>
            <w:tcW w:w="1251" w:type="dxa"/>
            <w:vAlign w:val="center"/>
          </w:tcPr>
          <w:p w14:paraId="1776C044" w14:textId="77777777" w:rsidR="001436BE" w:rsidRPr="00697836" w:rsidRDefault="001436BE" w:rsidP="00A37579">
            <w:pPr>
              <w:spacing w:before="100" w:beforeAutospacing="1" w:after="100" w:afterAutospacing="1" w:line="360" w:lineRule="auto"/>
              <w:jc w:val="both"/>
              <w:rPr>
                <w:rFonts w:ascii="Times New Roman" w:hAnsi="Times New Roman" w:cs="Times New Roman"/>
                <w:sz w:val="24"/>
                <w:szCs w:val="24"/>
              </w:rPr>
            </w:pPr>
          </w:p>
        </w:tc>
      </w:tr>
      <w:tr w:rsidR="00A37579" w:rsidRPr="00697836" w14:paraId="77D3CB25" w14:textId="77777777" w:rsidTr="003C6736">
        <w:tc>
          <w:tcPr>
            <w:tcW w:w="562" w:type="dxa"/>
            <w:vAlign w:val="center"/>
          </w:tcPr>
          <w:p w14:paraId="33E81FF7" w14:textId="77777777" w:rsidR="001436BE" w:rsidRPr="00697836" w:rsidRDefault="00000000" w:rsidP="00A37579">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6</w:t>
            </w:r>
          </w:p>
        </w:tc>
        <w:tc>
          <w:tcPr>
            <w:tcW w:w="1863" w:type="dxa"/>
            <w:vAlign w:val="center"/>
          </w:tcPr>
          <w:p w14:paraId="6B1F1720" w14:textId="77777777" w:rsidR="001436BE" w:rsidRPr="00697836" w:rsidRDefault="00000000" w:rsidP="00A37579">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 xml:space="preserve">Integrasi Nilai </w:t>
            </w:r>
            <w:proofErr w:type="spellStart"/>
            <w:r w:rsidRPr="00697836">
              <w:rPr>
                <w:rFonts w:ascii="Times New Roman" w:hAnsi="Times New Roman" w:cs="Times New Roman"/>
                <w:sz w:val="24"/>
                <w:szCs w:val="24"/>
              </w:rPr>
              <w:t>Kewirausahaan</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dalam</w:t>
            </w:r>
            <w:proofErr w:type="spellEnd"/>
            <w:r w:rsidRPr="00697836">
              <w:rPr>
                <w:rFonts w:ascii="Times New Roman" w:hAnsi="Times New Roman" w:cs="Times New Roman"/>
                <w:sz w:val="24"/>
                <w:szCs w:val="24"/>
              </w:rPr>
              <w:t xml:space="preserve"> Mapel</w:t>
            </w:r>
          </w:p>
        </w:tc>
        <w:tc>
          <w:tcPr>
            <w:tcW w:w="2117" w:type="dxa"/>
            <w:vAlign w:val="center"/>
          </w:tcPr>
          <w:p w14:paraId="22C72302" w14:textId="77777777" w:rsidR="001436BE" w:rsidRPr="00697836" w:rsidRDefault="00000000" w:rsidP="00A37579">
            <w:pPr>
              <w:spacing w:before="100" w:beforeAutospacing="1" w:after="100" w:afterAutospacing="1" w:line="360" w:lineRule="auto"/>
              <w:jc w:val="both"/>
              <w:rPr>
                <w:rFonts w:ascii="Times New Roman" w:hAnsi="Times New Roman" w:cs="Times New Roman"/>
                <w:sz w:val="24"/>
                <w:szCs w:val="24"/>
              </w:rPr>
            </w:pPr>
            <w:proofErr w:type="spellStart"/>
            <w:r w:rsidRPr="00697836">
              <w:rPr>
                <w:rFonts w:ascii="Times New Roman" w:hAnsi="Times New Roman" w:cs="Times New Roman"/>
                <w:sz w:val="24"/>
                <w:szCs w:val="24"/>
              </w:rPr>
              <w:t>Menumbuhkan</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kreativitas</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inovasi</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kerja</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keras</w:t>
            </w:r>
            <w:proofErr w:type="spellEnd"/>
            <w:r w:rsidRPr="00697836">
              <w:rPr>
                <w:rFonts w:ascii="Times New Roman" w:hAnsi="Times New Roman" w:cs="Times New Roman"/>
                <w:sz w:val="24"/>
                <w:szCs w:val="24"/>
              </w:rPr>
              <w:t xml:space="preserve">, dan </w:t>
            </w:r>
            <w:proofErr w:type="spellStart"/>
            <w:r w:rsidRPr="00697836">
              <w:rPr>
                <w:rFonts w:ascii="Times New Roman" w:hAnsi="Times New Roman" w:cs="Times New Roman"/>
                <w:sz w:val="24"/>
                <w:szCs w:val="24"/>
              </w:rPr>
              <w:t>kemandirian</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melalui</w:t>
            </w:r>
            <w:proofErr w:type="spellEnd"/>
            <w:r w:rsidRPr="00697836">
              <w:rPr>
                <w:rFonts w:ascii="Times New Roman" w:hAnsi="Times New Roman" w:cs="Times New Roman"/>
                <w:sz w:val="24"/>
                <w:szCs w:val="24"/>
              </w:rPr>
              <w:t xml:space="preserve"> pembelajaran</w:t>
            </w:r>
          </w:p>
        </w:tc>
        <w:tc>
          <w:tcPr>
            <w:tcW w:w="1530" w:type="dxa"/>
            <w:vAlign w:val="center"/>
          </w:tcPr>
          <w:p w14:paraId="4C96CB48" w14:textId="77777777" w:rsidR="001436BE" w:rsidRPr="00697836" w:rsidRDefault="00000000" w:rsidP="00A37579">
            <w:pPr>
              <w:spacing w:before="100" w:beforeAutospacing="1" w:after="100" w:afterAutospacing="1" w:line="360" w:lineRule="auto"/>
              <w:jc w:val="both"/>
              <w:rPr>
                <w:rFonts w:ascii="Times New Roman" w:hAnsi="Times New Roman" w:cs="Times New Roman"/>
                <w:sz w:val="24"/>
                <w:szCs w:val="24"/>
              </w:rPr>
            </w:pPr>
            <w:proofErr w:type="spellStart"/>
            <w:r w:rsidRPr="00697836">
              <w:rPr>
                <w:rFonts w:ascii="Times New Roman" w:hAnsi="Times New Roman" w:cs="Times New Roman"/>
                <w:sz w:val="24"/>
                <w:szCs w:val="24"/>
              </w:rPr>
              <w:t>Sepanjang</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tahun</w:t>
            </w:r>
            <w:proofErr w:type="spellEnd"/>
          </w:p>
        </w:tc>
        <w:tc>
          <w:tcPr>
            <w:tcW w:w="1620" w:type="dxa"/>
            <w:vAlign w:val="center"/>
          </w:tcPr>
          <w:p w14:paraId="500174E7" w14:textId="77777777" w:rsidR="001436BE" w:rsidRPr="00697836" w:rsidRDefault="00000000" w:rsidP="00A37579">
            <w:pPr>
              <w:spacing w:before="100" w:beforeAutospacing="1" w:after="100" w:afterAutospacing="1" w:line="360" w:lineRule="auto"/>
              <w:jc w:val="both"/>
              <w:rPr>
                <w:rFonts w:ascii="Times New Roman" w:hAnsi="Times New Roman" w:cs="Times New Roman"/>
                <w:sz w:val="24"/>
                <w:szCs w:val="24"/>
              </w:rPr>
            </w:pPr>
            <w:proofErr w:type="spellStart"/>
            <w:r w:rsidRPr="00697836">
              <w:rPr>
                <w:rFonts w:ascii="Times New Roman" w:hAnsi="Times New Roman" w:cs="Times New Roman"/>
                <w:sz w:val="24"/>
                <w:szCs w:val="24"/>
              </w:rPr>
              <w:t>Perangkat</w:t>
            </w:r>
            <w:proofErr w:type="spellEnd"/>
            <w:r w:rsidRPr="00697836">
              <w:rPr>
                <w:rFonts w:ascii="Times New Roman" w:hAnsi="Times New Roman" w:cs="Times New Roman"/>
                <w:sz w:val="24"/>
                <w:szCs w:val="24"/>
              </w:rPr>
              <w:t>/</w:t>
            </w:r>
            <w:proofErr w:type="spellStart"/>
            <w:r w:rsidRPr="00697836">
              <w:rPr>
                <w:rFonts w:ascii="Times New Roman" w:hAnsi="Times New Roman" w:cs="Times New Roman"/>
                <w:sz w:val="24"/>
                <w:szCs w:val="24"/>
              </w:rPr>
              <w:t>tugas</w:t>
            </w:r>
            <w:proofErr w:type="spellEnd"/>
            <w:r w:rsidRPr="00697836">
              <w:rPr>
                <w:rFonts w:ascii="Times New Roman" w:hAnsi="Times New Roman" w:cs="Times New Roman"/>
                <w:sz w:val="24"/>
                <w:szCs w:val="24"/>
              </w:rPr>
              <w:t>/</w:t>
            </w:r>
            <w:proofErr w:type="spellStart"/>
            <w:r w:rsidRPr="00697836">
              <w:rPr>
                <w:rFonts w:ascii="Times New Roman" w:hAnsi="Times New Roman" w:cs="Times New Roman"/>
                <w:sz w:val="24"/>
                <w:szCs w:val="24"/>
              </w:rPr>
              <w:t>proyek</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pembelajaran</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memuat</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nilai</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atau</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aktivitas</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kewirausahaan</w:t>
            </w:r>
            <w:proofErr w:type="spellEnd"/>
          </w:p>
        </w:tc>
        <w:tc>
          <w:tcPr>
            <w:tcW w:w="1276" w:type="dxa"/>
            <w:vAlign w:val="center"/>
          </w:tcPr>
          <w:p w14:paraId="62EEA366" w14:textId="77777777" w:rsidR="001436BE" w:rsidRPr="00697836" w:rsidRDefault="00000000" w:rsidP="00A37579">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Guru Mata Pelajaran</w:t>
            </w:r>
          </w:p>
        </w:tc>
        <w:tc>
          <w:tcPr>
            <w:tcW w:w="1334" w:type="dxa"/>
            <w:vAlign w:val="center"/>
          </w:tcPr>
          <w:p w14:paraId="77FF65F4" w14:textId="77777777" w:rsidR="001436BE" w:rsidRPr="00697836" w:rsidRDefault="00000000" w:rsidP="00A37579">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w:t>
            </w:r>
          </w:p>
        </w:tc>
        <w:tc>
          <w:tcPr>
            <w:tcW w:w="1251" w:type="dxa"/>
            <w:vAlign w:val="center"/>
          </w:tcPr>
          <w:p w14:paraId="1BF7430B" w14:textId="77777777" w:rsidR="001436BE" w:rsidRPr="00697836" w:rsidRDefault="001436BE" w:rsidP="00A37579">
            <w:pPr>
              <w:spacing w:before="100" w:beforeAutospacing="1" w:after="100" w:afterAutospacing="1" w:line="360" w:lineRule="auto"/>
              <w:jc w:val="both"/>
              <w:rPr>
                <w:rFonts w:ascii="Times New Roman" w:hAnsi="Times New Roman" w:cs="Times New Roman"/>
                <w:sz w:val="24"/>
                <w:szCs w:val="24"/>
              </w:rPr>
            </w:pPr>
          </w:p>
        </w:tc>
      </w:tr>
      <w:tr w:rsidR="00A37579" w:rsidRPr="00697836" w14:paraId="35FE0ADA" w14:textId="77777777" w:rsidTr="003C6736">
        <w:tc>
          <w:tcPr>
            <w:tcW w:w="562" w:type="dxa"/>
            <w:vAlign w:val="center"/>
          </w:tcPr>
          <w:p w14:paraId="13253598" w14:textId="77777777" w:rsidR="001436BE" w:rsidRPr="00697836" w:rsidRDefault="00000000" w:rsidP="00A37579">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7</w:t>
            </w:r>
          </w:p>
        </w:tc>
        <w:tc>
          <w:tcPr>
            <w:tcW w:w="1863" w:type="dxa"/>
            <w:vAlign w:val="center"/>
          </w:tcPr>
          <w:p w14:paraId="1585B21B" w14:textId="77777777" w:rsidR="001436BE" w:rsidRPr="00697836" w:rsidRDefault="00000000" w:rsidP="00A37579">
            <w:pPr>
              <w:spacing w:before="100" w:beforeAutospacing="1" w:after="100" w:afterAutospacing="1" w:line="360" w:lineRule="auto"/>
              <w:jc w:val="both"/>
              <w:rPr>
                <w:rFonts w:ascii="Times New Roman" w:hAnsi="Times New Roman" w:cs="Times New Roman"/>
                <w:sz w:val="24"/>
                <w:szCs w:val="24"/>
              </w:rPr>
            </w:pPr>
            <w:proofErr w:type="spellStart"/>
            <w:r w:rsidRPr="00697836">
              <w:rPr>
                <w:rFonts w:ascii="Times New Roman" w:hAnsi="Times New Roman" w:cs="Times New Roman"/>
                <w:sz w:val="24"/>
                <w:szCs w:val="24"/>
              </w:rPr>
              <w:t>Kunjungan</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ke</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Tempat</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Produksi</w:t>
            </w:r>
            <w:proofErr w:type="spellEnd"/>
            <w:r w:rsidRPr="00697836">
              <w:rPr>
                <w:rFonts w:ascii="Times New Roman" w:hAnsi="Times New Roman" w:cs="Times New Roman"/>
                <w:sz w:val="24"/>
                <w:szCs w:val="24"/>
              </w:rPr>
              <w:t xml:space="preserve"> Barang/Jasa</w:t>
            </w:r>
          </w:p>
        </w:tc>
        <w:tc>
          <w:tcPr>
            <w:tcW w:w="2117" w:type="dxa"/>
            <w:vAlign w:val="center"/>
          </w:tcPr>
          <w:p w14:paraId="450E7DE4" w14:textId="77777777" w:rsidR="001436BE" w:rsidRPr="00697836" w:rsidRDefault="00000000" w:rsidP="00A37579">
            <w:pPr>
              <w:spacing w:before="100" w:beforeAutospacing="1" w:after="100" w:afterAutospacing="1" w:line="360" w:lineRule="auto"/>
              <w:jc w:val="both"/>
              <w:rPr>
                <w:rFonts w:ascii="Times New Roman" w:hAnsi="Times New Roman" w:cs="Times New Roman"/>
                <w:sz w:val="24"/>
                <w:szCs w:val="24"/>
              </w:rPr>
            </w:pPr>
            <w:proofErr w:type="spellStart"/>
            <w:r w:rsidRPr="00697836">
              <w:rPr>
                <w:rFonts w:ascii="Times New Roman" w:hAnsi="Times New Roman" w:cs="Times New Roman"/>
                <w:sz w:val="24"/>
                <w:szCs w:val="24"/>
              </w:rPr>
              <w:t>Memberikan</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pengalaman</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langsung</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tentang</w:t>
            </w:r>
            <w:proofErr w:type="spellEnd"/>
            <w:r w:rsidRPr="00697836">
              <w:rPr>
                <w:rFonts w:ascii="Times New Roman" w:hAnsi="Times New Roman" w:cs="Times New Roman"/>
                <w:sz w:val="24"/>
                <w:szCs w:val="24"/>
              </w:rPr>
              <w:t xml:space="preserve"> proses </w:t>
            </w:r>
            <w:proofErr w:type="spellStart"/>
            <w:r w:rsidRPr="00697836">
              <w:rPr>
                <w:rFonts w:ascii="Times New Roman" w:hAnsi="Times New Roman" w:cs="Times New Roman"/>
                <w:sz w:val="24"/>
                <w:szCs w:val="24"/>
              </w:rPr>
              <w:t>produksi</w:t>
            </w:r>
            <w:proofErr w:type="spellEnd"/>
            <w:r w:rsidRPr="00697836">
              <w:rPr>
                <w:rFonts w:ascii="Times New Roman" w:hAnsi="Times New Roman" w:cs="Times New Roman"/>
                <w:sz w:val="24"/>
                <w:szCs w:val="24"/>
              </w:rPr>
              <w:t xml:space="preserve"> dan </w:t>
            </w:r>
            <w:proofErr w:type="spellStart"/>
            <w:r w:rsidRPr="00697836">
              <w:rPr>
                <w:rFonts w:ascii="Times New Roman" w:hAnsi="Times New Roman" w:cs="Times New Roman"/>
                <w:sz w:val="24"/>
                <w:szCs w:val="24"/>
              </w:rPr>
              <w:t>pengelolaan</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usaha</w:t>
            </w:r>
            <w:proofErr w:type="spellEnd"/>
          </w:p>
        </w:tc>
        <w:tc>
          <w:tcPr>
            <w:tcW w:w="1530" w:type="dxa"/>
            <w:vAlign w:val="center"/>
          </w:tcPr>
          <w:p w14:paraId="580063A0" w14:textId="77777777" w:rsidR="001436BE" w:rsidRPr="00697836" w:rsidRDefault="00000000" w:rsidP="00A37579">
            <w:pPr>
              <w:spacing w:before="100" w:beforeAutospacing="1" w:after="100" w:afterAutospacing="1" w:line="360" w:lineRule="auto"/>
              <w:jc w:val="both"/>
              <w:rPr>
                <w:rFonts w:ascii="Times New Roman" w:hAnsi="Times New Roman" w:cs="Times New Roman"/>
                <w:sz w:val="24"/>
                <w:szCs w:val="24"/>
              </w:rPr>
            </w:pPr>
            <w:proofErr w:type="spellStart"/>
            <w:r w:rsidRPr="00697836">
              <w:rPr>
                <w:rFonts w:ascii="Times New Roman" w:hAnsi="Times New Roman" w:cs="Times New Roman"/>
                <w:sz w:val="24"/>
                <w:szCs w:val="24"/>
              </w:rPr>
              <w:t>Sesuai</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jadwal</w:t>
            </w:r>
            <w:proofErr w:type="spellEnd"/>
          </w:p>
        </w:tc>
        <w:tc>
          <w:tcPr>
            <w:tcW w:w="1620" w:type="dxa"/>
            <w:vAlign w:val="center"/>
          </w:tcPr>
          <w:p w14:paraId="21FADC20" w14:textId="77777777" w:rsidR="001436BE" w:rsidRPr="00697836" w:rsidRDefault="00000000" w:rsidP="00A37579">
            <w:pPr>
              <w:spacing w:before="100" w:beforeAutospacing="1" w:after="100" w:afterAutospacing="1" w:line="360" w:lineRule="auto"/>
              <w:jc w:val="both"/>
              <w:rPr>
                <w:rFonts w:ascii="Times New Roman" w:hAnsi="Times New Roman" w:cs="Times New Roman"/>
                <w:sz w:val="24"/>
                <w:szCs w:val="24"/>
              </w:rPr>
            </w:pPr>
            <w:proofErr w:type="spellStart"/>
            <w:r w:rsidRPr="00697836">
              <w:rPr>
                <w:rFonts w:ascii="Times New Roman" w:hAnsi="Times New Roman" w:cs="Times New Roman"/>
                <w:sz w:val="24"/>
                <w:szCs w:val="24"/>
              </w:rPr>
              <w:t>Terlaksana</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kunjungan</w:t>
            </w:r>
            <w:proofErr w:type="spellEnd"/>
            <w:r w:rsidRPr="00697836">
              <w:rPr>
                <w:rFonts w:ascii="Times New Roman" w:hAnsi="Times New Roman" w:cs="Times New Roman"/>
                <w:sz w:val="24"/>
                <w:szCs w:val="24"/>
              </w:rPr>
              <w:t xml:space="preserve"> dan </w:t>
            </w:r>
            <w:proofErr w:type="spellStart"/>
            <w:r w:rsidRPr="00697836">
              <w:rPr>
                <w:rFonts w:ascii="Times New Roman" w:hAnsi="Times New Roman" w:cs="Times New Roman"/>
                <w:sz w:val="24"/>
                <w:szCs w:val="24"/>
              </w:rPr>
              <w:t>laporan</w:t>
            </w:r>
            <w:proofErr w:type="spellEnd"/>
            <w:r w:rsidRPr="00697836">
              <w:rPr>
                <w:rFonts w:ascii="Times New Roman" w:hAnsi="Times New Roman" w:cs="Times New Roman"/>
                <w:sz w:val="24"/>
                <w:szCs w:val="24"/>
              </w:rPr>
              <w:t>/</w:t>
            </w:r>
            <w:proofErr w:type="spellStart"/>
            <w:r w:rsidRPr="00697836">
              <w:rPr>
                <w:rFonts w:ascii="Times New Roman" w:hAnsi="Times New Roman" w:cs="Times New Roman"/>
                <w:sz w:val="24"/>
                <w:szCs w:val="24"/>
              </w:rPr>
              <w:t>refleksi</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peserta</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didik</w:t>
            </w:r>
            <w:proofErr w:type="spellEnd"/>
          </w:p>
        </w:tc>
        <w:tc>
          <w:tcPr>
            <w:tcW w:w="1276" w:type="dxa"/>
            <w:vAlign w:val="center"/>
          </w:tcPr>
          <w:p w14:paraId="2FDB79CA" w14:textId="77777777" w:rsidR="001436BE" w:rsidRPr="00697836" w:rsidRDefault="00000000" w:rsidP="00A37579">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Tim/Guru Pendamping</w:t>
            </w:r>
          </w:p>
        </w:tc>
        <w:tc>
          <w:tcPr>
            <w:tcW w:w="1334" w:type="dxa"/>
            <w:vAlign w:val="center"/>
          </w:tcPr>
          <w:p w14:paraId="11DBFCC6" w14:textId="77777777" w:rsidR="001436BE" w:rsidRPr="00697836" w:rsidRDefault="00000000" w:rsidP="00A37579">
            <w:pPr>
              <w:spacing w:before="100" w:beforeAutospacing="1" w:after="100" w:afterAutospacing="1" w:line="360" w:lineRule="auto"/>
              <w:jc w:val="both"/>
              <w:rPr>
                <w:rFonts w:ascii="Times New Roman" w:hAnsi="Times New Roman" w:cs="Times New Roman"/>
                <w:sz w:val="24"/>
                <w:szCs w:val="24"/>
              </w:rPr>
            </w:pPr>
            <w:proofErr w:type="spellStart"/>
            <w:r w:rsidRPr="00697836">
              <w:rPr>
                <w:rFonts w:ascii="Times New Roman" w:hAnsi="Times New Roman" w:cs="Times New Roman"/>
                <w:sz w:val="24"/>
                <w:szCs w:val="24"/>
              </w:rPr>
              <w:t>Sesuai</w:t>
            </w:r>
            <w:proofErr w:type="spellEnd"/>
            <w:r w:rsidRPr="00697836">
              <w:rPr>
                <w:rFonts w:ascii="Times New Roman" w:hAnsi="Times New Roman" w:cs="Times New Roman"/>
                <w:sz w:val="24"/>
                <w:szCs w:val="24"/>
              </w:rPr>
              <w:t xml:space="preserve"> RAB</w:t>
            </w:r>
          </w:p>
        </w:tc>
        <w:tc>
          <w:tcPr>
            <w:tcW w:w="1251" w:type="dxa"/>
            <w:vAlign w:val="center"/>
          </w:tcPr>
          <w:p w14:paraId="3F7CE8DC" w14:textId="77777777" w:rsidR="001436BE" w:rsidRPr="00697836" w:rsidRDefault="001436BE" w:rsidP="00A37579">
            <w:pPr>
              <w:spacing w:before="100" w:beforeAutospacing="1" w:after="100" w:afterAutospacing="1" w:line="360" w:lineRule="auto"/>
              <w:jc w:val="both"/>
              <w:rPr>
                <w:rFonts w:ascii="Times New Roman" w:hAnsi="Times New Roman" w:cs="Times New Roman"/>
                <w:sz w:val="24"/>
                <w:szCs w:val="24"/>
              </w:rPr>
            </w:pPr>
          </w:p>
        </w:tc>
      </w:tr>
      <w:tr w:rsidR="00A37579" w:rsidRPr="00697836" w14:paraId="596B3E98" w14:textId="77777777" w:rsidTr="003C6736">
        <w:tc>
          <w:tcPr>
            <w:tcW w:w="562" w:type="dxa"/>
            <w:vAlign w:val="center"/>
          </w:tcPr>
          <w:p w14:paraId="6DF3193F" w14:textId="77777777" w:rsidR="001436BE" w:rsidRPr="00697836" w:rsidRDefault="00000000" w:rsidP="00A37579">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8</w:t>
            </w:r>
          </w:p>
        </w:tc>
        <w:tc>
          <w:tcPr>
            <w:tcW w:w="1863" w:type="dxa"/>
            <w:vAlign w:val="center"/>
          </w:tcPr>
          <w:p w14:paraId="221C6DBD" w14:textId="77777777" w:rsidR="001436BE" w:rsidRPr="00697836" w:rsidRDefault="00000000" w:rsidP="00A37579">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 xml:space="preserve">Minat </w:t>
            </w:r>
            <w:proofErr w:type="spellStart"/>
            <w:r w:rsidRPr="00697836">
              <w:rPr>
                <w:rFonts w:ascii="Times New Roman" w:hAnsi="Times New Roman" w:cs="Times New Roman"/>
                <w:sz w:val="24"/>
                <w:szCs w:val="24"/>
              </w:rPr>
              <w:t>Berwirausaha</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Secara</w:t>
            </w:r>
            <w:proofErr w:type="spellEnd"/>
            <w:r w:rsidRPr="00697836">
              <w:rPr>
                <w:rFonts w:ascii="Times New Roman" w:hAnsi="Times New Roman" w:cs="Times New Roman"/>
                <w:sz w:val="24"/>
                <w:szCs w:val="24"/>
              </w:rPr>
              <w:t xml:space="preserve"> Online</w:t>
            </w:r>
          </w:p>
        </w:tc>
        <w:tc>
          <w:tcPr>
            <w:tcW w:w="2117" w:type="dxa"/>
            <w:vAlign w:val="center"/>
          </w:tcPr>
          <w:p w14:paraId="37AABC35" w14:textId="77777777" w:rsidR="001436BE" w:rsidRPr="00697836" w:rsidRDefault="00000000" w:rsidP="00A37579">
            <w:pPr>
              <w:spacing w:before="100" w:beforeAutospacing="1" w:after="100" w:afterAutospacing="1" w:line="360" w:lineRule="auto"/>
              <w:jc w:val="both"/>
              <w:rPr>
                <w:rFonts w:ascii="Times New Roman" w:hAnsi="Times New Roman" w:cs="Times New Roman"/>
                <w:sz w:val="24"/>
                <w:szCs w:val="24"/>
              </w:rPr>
            </w:pPr>
            <w:proofErr w:type="spellStart"/>
            <w:r w:rsidRPr="00697836">
              <w:rPr>
                <w:rFonts w:ascii="Times New Roman" w:hAnsi="Times New Roman" w:cs="Times New Roman"/>
                <w:sz w:val="24"/>
                <w:szCs w:val="24"/>
              </w:rPr>
              <w:t>Mengembangkan</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kemampuan</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promosi</w:t>
            </w:r>
            <w:proofErr w:type="spellEnd"/>
            <w:r w:rsidRPr="00697836">
              <w:rPr>
                <w:rFonts w:ascii="Times New Roman" w:hAnsi="Times New Roman" w:cs="Times New Roman"/>
                <w:sz w:val="24"/>
                <w:szCs w:val="24"/>
              </w:rPr>
              <w:t xml:space="preserve"> dan </w:t>
            </w:r>
            <w:proofErr w:type="spellStart"/>
            <w:r w:rsidRPr="00697836">
              <w:rPr>
                <w:rFonts w:ascii="Times New Roman" w:hAnsi="Times New Roman" w:cs="Times New Roman"/>
                <w:sz w:val="24"/>
                <w:szCs w:val="24"/>
              </w:rPr>
              <w:t>pemasaran</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menggunakan</w:t>
            </w:r>
            <w:proofErr w:type="spellEnd"/>
            <w:r w:rsidRPr="00697836">
              <w:rPr>
                <w:rFonts w:ascii="Times New Roman" w:hAnsi="Times New Roman" w:cs="Times New Roman"/>
                <w:sz w:val="24"/>
                <w:szCs w:val="24"/>
              </w:rPr>
              <w:t xml:space="preserve"> media digital</w:t>
            </w:r>
          </w:p>
        </w:tc>
        <w:tc>
          <w:tcPr>
            <w:tcW w:w="1530" w:type="dxa"/>
            <w:vAlign w:val="center"/>
          </w:tcPr>
          <w:p w14:paraId="2C032136" w14:textId="77777777" w:rsidR="001436BE" w:rsidRPr="00697836" w:rsidRDefault="00000000" w:rsidP="00A37579">
            <w:pPr>
              <w:spacing w:before="100" w:beforeAutospacing="1" w:after="100" w:afterAutospacing="1" w:line="360" w:lineRule="auto"/>
              <w:jc w:val="both"/>
              <w:rPr>
                <w:rFonts w:ascii="Times New Roman" w:hAnsi="Times New Roman" w:cs="Times New Roman"/>
                <w:sz w:val="24"/>
                <w:szCs w:val="24"/>
              </w:rPr>
            </w:pPr>
            <w:proofErr w:type="spellStart"/>
            <w:r w:rsidRPr="00697836">
              <w:rPr>
                <w:rFonts w:ascii="Times New Roman" w:hAnsi="Times New Roman" w:cs="Times New Roman"/>
                <w:sz w:val="24"/>
                <w:szCs w:val="24"/>
              </w:rPr>
              <w:t>Sepanjang</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tahun</w:t>
            </w:r>
            <w:proofErr w:type="spellEnd"/>
          </w:p>
        </w:tc>
        <w:tc>
          <w:tcPr>
            <w:tcW w:w="1620" w:type="dxa"/>
            <w:vAlign w:val="center"/>
          </w:tcPr>
          <w:p w14:paraId="0F1DD3EF" w14:textId="77777777" w:rsidR="001436BE" w:rsidRPr="00697836" w:rsidRDefault="00000000" w:rsidP="00A37579">
            <w:pPr>
              <w:spacing w:before="100" w:beforeAutospacing="1" w:after="100" w:afterAutospacing="1" w:line="360" w:lineRule="auto"/>
              <w:jc w:val="both"/>
              <w:rPr>
                <w:rFonts w:ascii="Times New Roman" w:hAnsi="Times New Roman" w:cs="Times New Roman"/>
                <w:sz w:val="24"/>
                <w:szCs w:val="24"/>
              </w:rPr>
            </w:pPr>
            <w:proofErr w:type="spellStart"/>
            <w:r w:rsidRPr="00697836">
              <w:rPr>
                <w:rFonts w:ascii="Times New Roman" w:hAnsi="Times New Roman" w:cs="Times New Roman"/>
                <w:sz w:val="24"/>
                <w:szCs w:val="24"/>
              </w:rPr>
              <w:t>Peserta</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didik</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menghasilkan</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konten</w:t>
            </w:r>
            <w:proofErr w:type="spellEnd"/>
            <w:r w:rsidRPr="00697836">
              <w:rPr>
                <w:rFonts w:ascii="Times New Roman" w:hAnsi="Times New Roman" w:cs="Times New Roman"/>
                <w:sz w:val="24"/>
                <w:szCs w:val="24"/>
              </w:rPr>
              <w:t>/</w:t>
            </w:r>
            <w:proofErr w:type="spellStart"/>
            <w:r w:rsidRPr="00697836">
              <w:rPr>
                <w:rFonts w:ascii="Times New Roman" w:hAnsi="Times New Roman" w:cs="Times New Roman"/>
                <w:sz w:val="24"/>
                <w:szCs w:val="24"/>
              </w:rPr>
              <w:t>katalog</w:t>
            </w:r>
            <w:proofErr w:type="spellEnd"/>
            <w:r w:rsidRPr="00697836">
              <w:rPr>
                <w:rFonts w:ascii="Times New Roman" w:hAnsi="Times New Roman" w:cs="Times New Roman"/>
                <w:sz w:val="24"/>
                <w:szCs w:val="24"/>
              </w:rPr>
              <w:t xml:space="preserve"> dan </w:t>
            </w:r>
            <w:proofErr w:type="spellStart"/>
            <w:r w:rsidRPr="00697836">
              <w:rPr>
                <w:rFonts w:ascii="Times New Roman" w:hAnsi="Times New Roman" w:cs="Times New Roman"/>
                <w:sz w:val="24"/>
                <w:szCs w:val="24"/>
              </w:rPr>
              <w:t>mencoba</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pemasaran</w:t>
            </w:r>
            <w:proofErr w:type="spellEnd"/>
            <w:r w:rsidRPr="00697836">
              <w:rPr>
                <w:rFonts w:ascii="Times New Roman" w:hAnsi="Times New Roman" w:cs="Times New Roman"/>
                <w:sz w:val="24"/>
                <w:szCs w:val="24"/>
              </w:rPr>
              <w:t xml:space="preserve"> digital </w:t>
            </w:r>
            <w:proofErr w:type="spellStart"/>
            <w:r w:rsidRPr="00697836">
              <w:rPr>
                <w:rFonts w:ascii="Times New Roman" w:hAnsi="Times New Roman" w:cs="Times New Roman"/>
                <w:sz w:val="24"/>
                <w:szCs w:val="24"/>
              </w:rPr>
              <w:t>secara</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etis</w:t>
            </w:r>
            <w:proofErr w:type="spellEnd"/>
          </w:p>
        </w:tc>
        <w:tc>
          <w:tcPr>
            <w:tcW w:w="1276" w:type="dxa"/>
            <w:vAlign w:val="center"/>
          </w:tcPr>
          <w:p w14:paraId="06583DF6" w14:textId="77777777" w:rsidR="001436BE" w:rsidRPr="00697836" w:rsidRDefault="00000000" w:rsidP="00A37579">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Guru Pembina/PKWU/Multimedia</w:t>
            </w:r>
          </w:p>
        </w:tc>
        <w:tc>
          <w:tcPr>
            <w:tcW w:w="1334" w:type="dxa"/>
            <w:vAlign w:val="center"/>
          </w:tcPr>
          <w:p w14:paraId="024DBA72" w14:textId="77777777" w:rsidR="001436BE" w:rsidRPr="00697836" w:rsidRDefault="00000000" w:rsidP="00A37579">
            <w:pPr>
              <w:spacing w:before="100" w:beforeAutospacing="1" w:after="100" w:afterAutospacing="1" w:line="360" w:lineRule="auto"/>
              <w:jc w:val="both"/>
              <w:rPr>
                <w:rFonts w:ascii="Times New Roman" w:hAnsi="Times New Roman" w:cs="Times New Roman"/>
                <w:sz w:val="24"/>
                <w:szCs w:val="24"/>
              </w:rPr>
            </w:pPr>
            <w:proofErr w:type="spellStart"/>
            <w:r w:rsidRPr="00697836">
              <w:rPr>
                <w:rFonts w:ascii="Times New Roman" w:hAnsi="Times New Roman" w:cs="Times New Roman"/>
                <w:sz w:val="24"/>
                <w:szCs w:val="24"/>
              </w:rPr>
              <w:t>Sesuai</w:t>
            </w:r>
            <w:proofErr w:type="spellEnd"/>
            <w:r w:rsidRPr="00697836">
              <w:rPr>
                <w:rFonts w:ascii="Times New Roman" w:hAnsi="Times New Roman" w:cs="Times New Roman"/>
                <w:sz w:val="24"/>
                <w:szCs w:val="24"/>
              </w:rPr>
              <w:t xml:space="preserve"> </w:t>
            </w:r>
            <w:proofErr w:type="spellStart"/>
            <w:r w:rsidRPr="00697836">
              <w:rPr>
                <w:rFonts w:ascii="Times New Roman" w:hAnsi="Times New Roman" w:cs="Times New Roman"/>
                <w:sz w:val="24"/>
                <w:szCs w:val="24"/>
              </w:rPr>
              <w:t>kebutuhan</w:t>
            </w:r>
            <w:proofErr w:type="spellEnd"/>
          </w:p>
        </w:tc>
        <w:tc>
          <w:tcPr>
            <w:tcW w:w="1251" w:type="dxa"/>
            <w:vAlign w:val="center"/>
          </w:tcPr>
          <w:p w14:paraId="7AF6641A" w14:textId="77777777" w:rsidR="001436BE" w:rsidRPr="00697836" w:rsidRDefault="001436BE" w:rsidP="00A37579">
            <w:pPr>
              <w:spacing w:before="100" w:beforeAutospacing="1" w:after="100" w:afterAutospacing="1" w:line="360" w:lineRule="auto"/>
              <w:jc w:val="both"/>
              <w:rPr>
                <w:rFonts w:ascii="Times New Roman" w:hAnsi="Times New Roman" w:cs="Times New Roman"/>
                <w:sz w:val="24"/>
                <w:szCs w:val="24"/>
              </w:rPr>
            </w:pPr>
          </w:p>
        </w:tc>
      </w:tr>
      <w:bookmarkEnd w:id="29"/>
    </w:tbl>
    <w:p w14:paraId="3FFFCBDA" w14:textId="77777777" w:rsidR="00A37579" w:rsidRDefault="00A37579" w:rsidP="00A37579">
      <w:pPr>
        <w:spacing w:before="100" w:beforeAutospacing="1" w:after="100" w:afterAutospacing="1" w:line="360" w:lineRule="auto"/>
        <w:jc w:val="both"/>
        <w:rPr>
          <w:rFonts w:ascii="Times New Roman" w:hAnsi="Times New Roman" w:cs="Times New Roman"/>
          <w:sz w:val="24"/>
          <w:szCs w:val="24"/>
        </w:rPr>
        <w:sectPr w:rsidR="00A37579" w:rsidSect="00E84AC2">
          <w:headerReference w:type="even" r:id="rId22"/>
          <w:headerReference w:type="default" r:id="rId23"/>
          <w:headerReference w:type="first" r:id="rId24"/>
          <w:pgSz w:w="12240" w:h="15840"/>
          <w:pgMar w:top="1417" w:right="1417" w:bottom="1417" w:left="1701" w:header="720" w:footer="720" w:gutter="0"/>
          <w:pgNumType w:start="9"/>
          <w:cols w:space="720"/>
          <w:titlePg/>
          <w:docGrid w:linePitch="360"/>
        </w:sectPr>
      </w:pPr>
    </w:p>
    <w:p w14:paraId="5A780B15" w14:textId="55134F3C" w:rsidR="00A37579" w:rsidRPr="00697836" w:rsidRDefault="00A37579" w:rsidP="00A37579">
      <w:pPr>
        <w:spacing w:before="100" w:beforeAutospacing="1" w:after="100" w:afterAutospacing="1" w:line="360" w:lineRule="auto"/>
        <w:jc w:val="both"/>
        <w:rPr>
          <w:rFonts w:ascii="Times New Roman" w:hAnsi="Times New Roman" w:cs="Times New Roman"/>
          <w:sz w:val="24"/>
          <w:szCs w:val="24"/>
        </w:rPr>
      </w:pPr>
    </w:p>
    <w:tbl>
      <w:tblPr>
        <w:tblStyle w:val="TableGrid"/>
        <w:tblpPr w:leftFromText="180" w:rightFromText="180" w:vertAnchor="text" w:tblpXSpec="center" w:tblpY="1"/>
        <w:tblOverlap w:val="never"/>
        <w:tblW w:w="9112" w:type="dxa"/>
        <w:tblLayout w:type="fixed"/>
        <w:tblLook w:val="04A0" w:firstRow="1" w:lastRow="0" w:firstColumn="1" w:lastColumn="0" w:noHBand="0" w:noVBand="1"/>
      </w:tblPr>
      <w:tblGrid>
        <w:gridCol w:w="562"/>
        <w:gridCol w:w="1276"/>
        <w:gridCol w:w="1418"/>
        <w:gridCol w:w="992"/>
        <w:gridCol w:w="1559"/>
        <w:gridCol w:w="1276"/>
        <w:gridCol w:w="1134"/>
        <w:gridCol w:w="895"/>
      </w:tblGrid>
      <w:tr w:rsidR="00A37579" w:rsidRPr="00A37579" w14:paraId="667B1DEA" w14:textId="77777777" w:rsidTr="008C3A16">
        <w:trPr>
          <w:tblHeader/>
        </w:trPr>
        <w:tc>
          <w:tcPr>
            <w:tcW w:w="562" w:type="dxa"/>
            <w:shd w:val="clear" w:color="auto" w:fill="D9EAF7"/>
            <w:vAlign w:val="center"/>
          </w:tcPr>
          <w:p w14:paraId="4A4DF94C" w14:textId="77777777" w:rsidR="00A37579" w:rsidRPr="00A37579" w:rsidRDefault="00A37579" w:rsidP="00A37579">
            <w:pPr>
              <w:spacing w:before="100" w:beforeAutospacing="1" w:after="100" w:afterAutospacing="1" w:line="360" w:lineRule="auto"/>
              <w:jc w:val="both"/>
              <w:rPr>
                <w:rFonts w:ascii="Times New Roman" w:eastAsia="MS Mincho" w:hAnsi="Times New Roman" w:cs="Times New Roman"/>
                <w:sz w:val="24"/>
                <w:szCs w:val="24"/>
              </w:rPr>
            </w:pPr>
            <w:r w:rsidRPr="00A37579">
              <w:rPr>
                <w:rFonts w:ascii="Times New Roman" w:eastAsia="MS Mincho" w:hAnsi="Times New Roman" w:cs="Times New Roman"/>
                <w:b/>
                <w:sz w:val="24"/>
                <w:szCs w:val="24"/>
              </w:rPr>
              <w:t>No</w:t>
            </w:r>
          </w:p>
        </w:tc>
        <w:tc>
          <w:tcPr>
            <w:tcW w:w="1276" w:type="dxa"/>
            <w:shd w:val="clear" w:color="auto" w:fill="D9EAF7"/>
            <w:vAlign w:val="center"/>
          </w:tcPr>
          <w:p w14:paraId="2C61BC31" w14:textId="77777777" w:rsidR="00A37579" w:rsidRPr="00A37579" w:rsidRDefault="00A37579" w:rsidP="00A37579">
            <w:pPr>
              <w:spacing w:before="100" w:beforeAutospacing="1" w:after="100" w:afterAutospacing="1" w:line="360" w:lineRule="auto"/>
              <w:jc w:val="both"/>
              <w:rPr>
                <w:rFonts w:ascii="Times New Roman" w:eastAsia="MS Mincho" w:hAnsi="Times New Roman" w:cs="Times New Roman"/>
                <w:sz w:val="24"/>
                <w:szCs w:val="24"/>
              </w:rPr>
            </w:pPr>
            <w:proofErr w:type="spellStart"/>
            <w:r w:rsidRPr="00A37579">
              <w:rPr>
                <w:rFonts w:ascii="Times New Roman" w:eastAsia="MS Mincho" w:hAnsi="Times New Roman" w:cs="Times New Roman"/>
                <w:b/>
                <w:sz w:val="24"/>
                <w:szCs w:val="24"/>
              </w:rPr>
              <w:t>Kegiatan</w:t>
            </w:r>
            <w:proofErr w:type="spellEnd"/>
          </w:p>
        </w:tc>
        <w:tc>
          <w:tcPr>
            <w:tcW w:w="1418" w:type="dxa"/>
            <w:shd w:val="clear" w:color="auto" w:fill="D9EAF7"/>
            <w:vAlign w:val="center"/>
          </w:tcPr>
          <w:p w14:paraId="3C7D66A3" w14:textId="77777777" w:rsidR="00A37579" w:rsidRPr="00A37579" w:rsidRDefault="00A37579" w:rsidP="00A37579">
            <w:pPr>
              <w:spacing w:before="100" w:beforeAutospacing="1" w:after="100" w:afterAutospacing="1" w:line="360" w:lineRule="auto"/>
              <w:jc w:val="both"/>
              <w:rPr>
                <w:rFonts w:ascii="Times New Roman" w:eastAsia="MS Mincho" w:hAnsi="Times New Roman" w:cs="Times New Roman"/>
                <w:sz w:val="24"/>
                <w:szCs w:val="24"/>
              </w:rPr>
            </w:pPr>
            <w:r w:rsidRPr="00A37579">
              <w:rPr>
                <w:rFonts w:ascii="Times New Roman" w:eastAsia="MS Mincho" w:hAnsi="Times New Roman" w:cs="Times New Roman"/>
                <w:b/>
                <w:sz w:val="24"/>
                <w:szCs w:val="24"/>
              </w:rPr>
              <w:t>Tujuan</w:t>
            </w:r>
          </w:p>
        </w:tc>
        <w:tc>
          <w:tcPr>
            <w:tcW w:w="992" w:type="dxa"/>
            <w:shd w:val="clear" w:color="auto" w:fill="D9EAF7"/>
            <w:vAlign w:val="center"/>
          </w:tcPr>
          <w:p w14:paraId="31D755F4" w14:textId="77777777" w:rsidR="00A37579" w:rsidRPr="00A37579" w:rsidRDefault="00A37579" w:rsidP="00A37579">
            <w:pPr>
              <w:spacing w:before="100" w:beforeAutospacing="1" w:after="100" w:afterAutospacing="1" w:line="360" w:lineRule="auto"/>
              <w:jc w:val="both"/>
              <w:rPr>
                <w:rFonts w:ascii="Times New Roman" w:eastAsia="MS Mincho" w:hAnsi="Times New Roman" w:cs="Times New Roman"/>
                <w:sz w:val="24"/>
                <w:szCs w:val="24"/>
              </w:rPr>
            </w:pPr>
            <w:r w:rsidRPr="00A37579">
              <w:rPr>
                <w:rFonts w:ascii="Times New Roman" w:eastAsia="MS Mincho" w:hAnsi="Times New Roman" w:cs="Times New Roman"/>
                <w:b/>
                <w:sz w:val="24"/>
                <w:szCs w:val="24"/>
              </w:rPr>
              <w:t xml:space="preserve">Waktu </w:t>
            </w:r>
            <w:proofErr w:type="spellStart"/>
            <w:r w:rsidRPr="00A37579">
              <w:rPr>
                <w:rFonts w:ascii="Times New Roman" w:eastAsia="MS Mincho" w:hAnsi="Times New Roman" w:cs="Times New Roman"/>
                <w:b/>
                <w:sz w:val="24"/>
                <w:szCs w:val="24"/>
              </w:rPr>
              <w:t>Pelaksanaan</w:t>
            </w:r>
            <w:proofErr w:type="spellEnd"/>
          </w:p>
        </w:tc>
        <w:tc>
          <w:tcPr>
            <w:tcW w:w="1559" w:type="dxa"/>
            <w:shd w:val="clear" w:color="auto" w:fill="D9EAF7"/>
            <w:vAlign w:val="center"/>
          </w:tcPr>
          <w:p w14:paraId="2D094A35" w14:textId="77777777" w:rsidR="00A37579" w:rsidRPr="00A37579" w:rsidRDefault="00A37579" w:rsidP="00A37579">
            <w:pPr>
              <w:spacing w:before="100" w:beforeAutospacing="1" w:after="100" w:afterAutospacing="1" w:line="360" w:lineRule="auto"/>
              <w:jc w:val="both"/>
              <w:rPr>
                <w:rFonts w:ascii="Times New Roman" w:eastAsia="MS Mincho" w:hAnsi="Times New Roman" w:cs="Times New Roman"/>
                <w:sz w:val="24"/>
                <w:szCs w:val="24"/>
              </w:rPr>
            </w:pPr>
            <w:proofErr w:type="spellStart"/>
            <w:r w:rsidRPr="00A37579">
              <w:rPr>
                <w:rFonts w:ascii="Times New Roman" w:eastAsia="MS Mincho" w:hAnsi="Times New Roman" w:cs="Times New Roman"/>
                <w:b/>
                <w:sz w:val="24"/>
                <w:szCs w:val="24"/>
              </w:rPr>
              <w:t>Indikator</w:t>
            </w:r>
            <w:proofErr w:type="spellEnd"/>
            <w:r w:rsidRPr="00A37579">
              <w:rPr>
                <w:rFonts w:ascii="Times New Roman" w:eastAsia="MS Mincho" w:hAnsi="Times New Roman" w:cs="Times New Roman"/>
                <w:b/>
                <w:sz w:val="24"/>
                <w:szCs w:val="24"/>
              </w:rPr>
              <w:t xml:space="preserve"> </w:t>
            </w:r>
            <w:proofErr w:type="spellStart"/>
            <w:r w:rsidRPr="00A37579">
              <w:rPr>
                <w:rFonts w:ascii="Times New Roman" w:eastAsia="MS Mincho" w:hAnsi="Times New Roman" w:cs="Times New Roman"/>
                <w:b/>
                <w:sz w:val="24"/>
                <w:szCs w:val="24"/>
              </w:rPr>
              <w:t>Keberhasilan</w:t>
            </w:r>
            <w:proofErr w:type="spellEnd"/>
          </w:p>
        </w:tc>
        <w:tc>
          <w:tcPr>
            <w:tcW w:w="1276" w:type="dxa"/>
            <w:shd w:val="clear" w:color="auto" w:fill="D9EAF7"/>
            <w:vAlign w:val="center"/>
          </w:tcPr>
          <w:p w14:paraId="5870A18E" w14:textId="77777777" w:rsidR="00A37579" w:rsidRPr="00A37579" w:rsidRDefault="00A37579" w:rsidP="00A37579">
            <w:pPr>
              <w:spacing w:before="100" w:beforeAutospacing="1" w:after="100" w:afterAutospacing="1" w:line="360" w:lineRule="auto"/>
              <w:jc w:val="both"/>
              <w:rPr>
                <w:rFonts w:ascii="Times New Roman" w:eastAsia="MS Mincho" w:hAnsi="Times New Roman" w:cs="Times New Roman"/>
                <w:sz w:val="24"/>
                <w:szCs w:val="24"/>
              </w:rPr>
            </w:pPr>
            <w:proofErr w:type="spellStart"/>
            <w:r w:rsidRPr="00A37579">
              <w:rPr>
                <w:rFonts w:ascii="Times New Roman" w:eastAsia="MS Mincho" w:hAnsi="Times New Roman" w:cs="Times New Roman"/>
                <w:b/>
                <w:sz w:val="24"/>
                <w:szCs w:val="24"/>
              </w:rPr>
              <w:t>Penanggung</w:t>
            </w:r>
            <w:proofErr w:type="spellEnd"/>
            <w:r w:rsidRPr="00A37579">
              <w:rPr>
                <w:rFonts w:ascii="Times New Roman" w:eastAsia="MS Mincho" w:hAnsi="Times New Roman" w:cs="Times New Roman"/>
                <w:b/>
                <w:sz w:val="24"/>
                <w:szCs w:val="24"/>
              </w:rPr>
              <w:t xml:space="preserve"> Jawab</w:t>
            </w:r>
          </w:p>
        </w:tc>
        <w:tc>
          <w:tcPr>
            <w:tcW w:w="1134" w:type="dxa"/>
            <w:shd w:val="clear" w:color="auto" w:fill="D9EAF7"/>
            <w:vAlign w:val="center"/>
          </w:tcPr>
          <w:p w14:paraId="73F2974E" w14:textId="77777777" w:rsidR="00A37579" w:rsidRPr="00A37579" w:rsidRDefault="00A37579" w:rsidP="00A37579">
            <w:pPr>
              <w:spacing w:before="100" w:beforeAutospacing="1" w:after="100" w:afterAutospacing="1" w:line="360" w:lineRule="auto"/>
              <w:jc w:val="both"/>
              <w:rPr>
                <w:rFonts w:ascii="Times New Roman" w:eastAsia="MS Mincho" w:hAnsi="Times New Roman" w:cs="Times New Roman"/>
                <w:sz w:val="24"/>
                <w:szCs w:val="24"/>
              </w:rPr>
            </w:pPr>
            <w:proofErr w:type="spellStart"/>
            <w:r w:rsidRPr="00A37579">
              <w:rPr>
                <w:rFonts w:ascii="Times New Roman" w:eastAsia="MS Mincho" w:hAnsi="Times New Roman" w:cs="Times New Roman"/>
                <w:b/>
                <w:sz w:val="24"/>
                <w:szCs w:val="24"/>
              </w:rPr>
              <w:t>Anggaran</w:t>
            </w:r>
            <w:proofErr w:type="spellEnd"/>
            <w:r w:rsidRPr="00A37579">
              <w:rPr>
                <w:rFonts w:ascii="Times New Roman" w:eastAsia="MS Mincho" w:hAnsi="Times New Roman" w:cs="Times New Roman"/>
                <w:b/>
                <w:sz w:val="24"/>
                <w:szCs w:val="24"/>
              </w:rPr>
              <w:t xml:space="preserve"> </w:t>
            </w:r>
            <w:proofErr w:type="spellStart"/>
            <w:r w:rsidRPr="00A37579">
              <w:rPr>
                <w:rFonts w:ascii="Times New Roman" w:eastAsia="MS Mincho" w:hAnsi="Times New Roman" w:cs="Times New Roman"/>
                <w:b/>
                <w:sz w:val="24"/>
                <w:szCs w:val="24"/>
              </w:rPr>
              <w:t>Biaya</w:t>
            </w:r>
            <w:proofErr w:type="spellEnd"/>
          </w:p>
        </w:tc>
        <w:tc>
          <w:tcPr>
            <w:tcW w:w="895" w:type="dxa"/>
            <w:shd w:val="clear" w:color="auto" w:fill="D9EAF7"/>
            <w:vAlign w:val="center"/>
          </w:tcPr>
          <w:p w14:paraId="3CA3798E" w14:textId="77777777" w:rsidR="00A37579" w:rsidRPr="00A37579" w:rsidRDefault="00A37579" w:rsidP="00A37579">
            <w:pPr>
              <w:spacing w:before="100" w:beforeAutospacing="1" w:after="100" w:afterAutospacing="1" w:line="360" w:lineRule="auto"/>
              <w:jc w:val="both"/>
              <w:rPr>
                <w:rFonts w:ascii="Times New Roman" w:eastAsia="MS Mincho" w:hAnsi="Times New Roman" w:cs="Times New Roman"/>
                <w:sz w:val="24"/>
                <w:szCs w:val="24"/>
              </w:rPr>
            </w:pPr>
            <w:r w:rsidRPr="00A37579">
              <w:rPr>
                <w:rFonts w:ascii="Times New Roman" w:eastAsia="MS Mincho" w:hAnsi="Times New Roman" w:cs="Times New Roman"/>
                <w:b/>
                <w:sz w:val="24"/>
                <w:szCs w:val="24"/>
              </w:rPr>
              <w:t>Ket.</w:t>
            </w:r>
          </w:p>
        </w:tc>
      </w:tr>
      <w:tr w:rsidR="00A37579" w:rsidRPr="00A37579" w14:paraId="5CD3DF70" w14:textId="77777777" w:rsidTr="008C3A16">
        <w:tc>
          <w:tcPr>
            <w:tcW w:w="562" w:type="dxa"/>
            <w:vAlign w:val="center"/>
          </w:tcPr>
          <w:p w14:paraId="1C379857" w14:textId="77777777" w:rsidR="00A37579" w:rsidRPr="00A37579" w:rsidRDefault="00A37579" w:rsidP="00A37579">
            <w:pPr>
              <w:spacing w:before="100" w:beforeAutospacing="1" w:after="100" w:afterAutospacing="1" w:line="360" w:lineRule="auto"/>
              <w:jc w:val="both"/>
              <w:rPr>
                <w:rFonts w:ascii="Times New Roman" w:eastAsia="MS Mincho" w:hAnsi="Times New Roman" w:cs="Times New Roman"/>
                <w:sz w:val="24"/>
                <w:szCs w:val="24"/>
              </w:rPr>
            </w:pPr>
            <w:r w:rsidRPr="00A37579">
              <w:rPr>
                <w:rFonts w:ascii="Times New Roman" w:eastAsia="MS Mincho" w:hAnsi="Times New Roman" w:cs="Times New Roman"/>
                <w:sz w:val="24"/>
                <w:szCs w:val="24"/>
              </w:rPr>
              <w:t>9</w:t>
            </w:r>
          </w:p>
        </w:tc>
        <w:tc>
          <w:tcPr>
            <w:tcW w:w="1276" w:type="dxa"/>
            <w:vAlign w:val="center"/>
          </w:tcPr>
          <w:p w14:paraId="1BDBFE86" w14:textId="77777777" w:rsidR="00A37579" w:rsidRPr="00A37579" w:rsidRDefault="00A37579" w:rsidP="00A37579">
            <w:pPr>
              <w:spacing w:before="100" w:beforeAutospacing="1" w:after="100" w:afterAutospacing="1" w:line="360" w:lineRule="auto"/>
              <w:jc w:val="both"/>
              <w:rPr>
                <w:rFonts w:ascii="Times New Roman" w:eastAsia="MS Mincho" w:hAnsi="Times New Roman" w:cs="Times New Roman"/>
                <w:sz w:val="24"/>
                <w:szCs w:val="24"/>
              </w:rPr>
            </w:pPr>
            <w:r w:rsidRPr="00A37579">
              <w:rPr>
                <w:rFonts w:ascii="Times New Roman" w:eastAsia="MS Mincho" w:hAnsi="Times New Roman" w:cs="Times New Roman"/>
                <w:sz w:val="24"/>
                <w:szCs w:val="24"/>
              </w:rPr>
              <w:t>Bazar/</w:t>
            </w:r>
            <w:proofErr w:type="spellStart"/>
            <w:r w:rsidRPr="00A37579">
              <w:rPr>
                <w:rFonts w:ascii="Times New Roman" w:eastAsia="MS Mincho" w:hAnsi="Times New Roman" w:cs="Times New Roman"/>
                <w:sz w:val="24"/>
                <w:szCs w:val="24"/>
              </w:rPr>
              <w:t>Pameran</w:t>
            </w:r>
            <w:proofErr w:type="spellEnd"/>
            <w:r w:rsidRPr="00A37579">
              <w:rPr>
                <w:rFonts w:ascii="Times New Roman" w:eastAsia="MS Mincho" w:hAnsi="Times New Roman" w:cs="Times New Roman"/>
                <w:sz w:val="24"/>
                <w:szCs w:val="24"/>
              </w:rPr>
              <w:t xml:space="preserve">/Event </w:t>
            </w:r>
            <w:proofErr w:type="spellStart"/>
            <w:r w:rsidRPr="00A37579">
              <w:rPr>
                <w:rFonts w:ascii="Times New Roman" w:eastAsia="MS Mincho" w:hAnsi="Times New Roman" w:cs="Times New Roman"/>
                <w:sz w:val="24"/>
                <w:szCs w:val="24"/>
              </w:rPr>
              <w:t>Sekolah</w:t>
            </w:r>
            <w:proofErr w:type="spellEnd"/>
          </w:p>
        </w:tc>
        <w:tc>
          <w:tcPr>
            <w:tcW w:w="1418" w:type="dxa"/>
            <w:vAlign w:val="center"/>
          </w:tcPr>
          <w:p w14:paraId="61C02801" w14:textId="77777777" w:rsidR="00A37579" w:rsidRPr="00A37579" w:rsidRDefault="00A37579" w:rsidP="00A37579">
            <w:pPr>
              <w:spacing w:before="100" w:beforeAutospacing="1" w:after="100" w:afterAutospacing="1" w:line="360" w:lineRule="auto"/>
              <w:jc w:val="both"/>
              <w:rPr>
                <w:rFonts w:ascii="Times New Roman" w:eastAsia="MS Mincho" w:hAnsi="Times New Roman" w:cs="Times New Roman"/>
                <w:sz w:val="24"/>
                <w:szCs w:val="24"/>
              </w:rPr>
            </w:pPr>
            <w:proofErr w:type="spellStart"/>
            <w:r w:rsidRPr="00A37579">
              <w:rPr>
                <w:rFonts w:ascii="Times New Roman" w:eastAsia="MS Mincho" w:hAnsi="Times New Roman" w:cs="Times New Roman"/>
                <w:sz w:val="24"/>
                <w:szCs w:val="24"/>
              </w:rPr>
              <w:t>Memberikan</w:t>
            </w:r>
            <w:proofErr w:type="spellEnd"/>
            <w:r w:rsidRPr="00A37579">
              <w:rPr>
                <w:rFonts w:ascii="Times New Roman" w:eastAsia="MS Mincho" w:hAnsi="Times New Roman" w:cs="Times New Roman"/>
                <w:sz w:val="24"/>
                <w:szCs w:val="24"/>
              </w:rPr>
              <w:t xml:space="preserve"> </w:t>
            </w:r>
            <w:proofErr w:type="spellStart"/>
            <w:r w:rsidRPr="00A37579">
              <w:rPr>
                <w:rFonts w:ascii="Times New Roman" w:eastAsia="MS Mincho" w:hAnsi="Times New Roman" w:cs="Times New Roman"/>
                <w:sz w:val="24"/>
                <w:szCs w:val="24"/>
              </w:rPr>
              <w:t>ruang</w:t>
            </w:r>
            <w:proofErr w:type="spellEnd"/>
            <w:r w:rsidRPr="00A37579">
              <w:rPr>
                <w:rFonts w:ascii="Times New Roman" w:eastAsia="MS Mincho" w:hAnsi="Times New Roman" w:cs="Times New Roman"/>
                <w:sz w:val="24"/>
                <w:szCs w:val="24"/>
              </w:rPr>
              <w:t xml:space="preserve"> </w:t>
            </w:r>
            <w:proofErr w:type="spellStart"/>
            <w:r w:rsidRPr="00A37579">
              <w:rPr>
                <w:rFonts w:ascii="Times New Roman" w:eastAsia="MS Mincho" w:hAnsi="Times New Roman" w:cs="Times New Roman"/>
                <w:sz w:val="24"/>
                <w:szCs w:val="24"/>
              </w:rPr>
              <w:t>untuk</w:t>
            </w:r>
            <w:proofErr w:type="spellEnd"/>
            <w:r w:rsidRPr="00A37579">
              <w:rPr>
                <w:rFonts w:ascii="Times New Roman" w:eastAsia="MS Mincho" w:hAnsi="Times New Roman" w:cs="Times New Roman"/>
                <w:sz w:val="24"/>
                <w:szCs w:val="24"/>
              </w:rPr>
              <w:t xml:space="preserve"> </w:t>
            </w:r>
            <w:proofErr w:type="spellStart"/>
            <w:r w:rsidRPr="00A37579">
              <w:rPr>
                <w:rFonts w:ascii="Times New Roman" w:eastAsia="MS Mincho" w:hAnsi="Times New Roman" w:cs="Times New Roman"/>
                <w:sz w:val="24"/>
                <w:szCs w:val="24"/>
              </w:rPr>
              <w:t>memasarkan</w:t>
            </w:r>
            <w:proofErr w:type="spellEnd"/>
            <w:r w:rsidRPr="00A37579">
              <w:rPr>
                <w:rFonts w:ascii="Times New Roman" w:eastAsia="MS Mincho" w:hAnsi="Times New Roman" w:cs="Times New Roman"/>
                <w:sz w:val="24"/>
                <w:szCs w:val="24"/>
              </w:rPr>
              <w:t xml:space="preserve"> dan </w:t>
            </w:r>
            <w:proofErr w:type="spellStart"/>
            <w:r w:rsidRPr="00A37579">
              <w:rPr>
                <w:rFonts w:ascii="Times New Roman" w:eastAsia="MS Mincho" w:hAnsi="Times New Roman" w:cs="Times New Roman"/>
                <w:sz w:val="24"/>
                <w:szCs w:val="24"/>
              </w:rPr>
              <w:t>mempresentasikan</w:t>
            </w:r>
            <w:proofErr w:type="spellEnd"/>
            <w:r w:rsidRPr="00A37579">
              <w:rPr>
                <w:rFonts w:ascii="Times New Roman" w:eastAsia="MS Mincho" w:hAnsi="Times New Roman" w:cs="Times New Roman"/>
                <w:sz w:val="24"/>
                <w:szCs w:val="24"/>
              </w:rPr>
              <w:t xml:space="preserve"> </w:t>
            </w:r>
            <w:proofErr w:type="spellStart"/>
            <w:r w:rsidRPr="00A37579">
              <w:rPr>
                <w:rFonts w:ascii="Times New Roman" w:eastAsia="MS Mincho" w:hAnsi="Times New Roman" w:cs="Times New Roman"/>
                <w:sz w:val="24"/>
                <w:szCs w:val="24"/>
              </w:rPr>
              <w:t>produk</w:t>
            </w:r>
            <w:proofErr w:type="spellEnd"/>
            <w:r w:rsidRPr="00A37579">
              <w:rPr>
                <w:rFonts w:ascii="Times New Roman" w:eastAsia="MS Mincho" w:hAnsi="Times New Roman" w:cs="Times New Roman"/>
                <w:sz w:val="24"/>
                <w:szCs w:val="24"/>
              </w:rPr>
              <w:t>/</w:t>
            </w:r>
            <w:proofErr w:type="spellStart"/>
            <w:r w:rsidRPr="00A37579">
              <w:rPr>
                <w:rFonts w:ascii="Times New Roman" w:eastAsia="MS Mincho" w:hAnsi="Times New Roman" w:cs="Times New Roman"/>
                <w:sz w:val="24"/>
                <w:szCs w:val="24"/>
              </w:rPr>
              <w:t>jasa</w:t>
            </w:r>
            <w:proofErr w:type="spellEnd"/>
            <w:r w:rsidRPr="00A37579">
              <w:rPr>
                <w:rFonts w:ascii="Times New Roman" w:eastAsia="MS Mincho" w:hAnsi="Times New Roman" w:cs="Times New Roman"/>
                <w:sz w:val="24"/>
                <w:szCs w:val="24"/>
              </w:rPr>
              <w:t xml:space="preserve"> </w:t>
            </w:r>
            <w:proofErr w:type="spellStart"/>
            <w:r w:rsidRPr="00A37579">
              <w:rPr>
                <w:rFonts w:ascii="Times New Roman" w:eastAsia="MS Mincho" w:hAnsi="Times New Roman" w:cs="Times New Roman"/>
                <w:sz w:val="24"/>
                <w:szCs w:val="24"/>
              </w:rPr>
              <w:t>peserta</w:t>
            </w:r>
            <w:proofErr w:type="spellEnd"/>
            <w:r w:rsidRPr="00A37579">
              <w:rPr>
                <w:rFonts w:ascii="Times New Roman" w:eastAsia="MS Mincho" w:hAnsi="Times New Roman" w:cs="Times New Roman"/>
                <w:sz w:val="24"/>
                <w:szCs w:val="24"/>
              </w:rPr>
              <w:t xml:space="preserve"> </w:t>
            </w:r>
            <w:proofErr w:type="spellStart"/>
            <w:r w:rsidRPr="00A37579">
              <w:rPr>
                <w:rFonts w:ascii="Times New Roman" w:eastAsia="MS Mincho" w:hAnsi="Times New Roman" w:cs="Times New Roman"/>
                <w:sz w:val="24"/>
                <w:szCs w:val="24"/>
              </w:rPr>
              <w:t>didik</w:t>
            </w:r>
            <w:proofErr w:type="spellEnd"/>
          </w:p>
        </w:tc>
        <w:tc>
          <w:tcPr>
            <w:tcW w:w="992" w:type="dxa"/>
            <w:vAlign w:val="center"/>
          </w:tcPr>
          <w:p w14:paraId="23CB9996" w14:textId="77777777" w:rsidR="00A37579" w:rsidRPr="00A37579" w:rsidRDefault="00A37579" w:rsidP="00A37579">
            <w:pPr>
              <w:spacing w:before="100" w:beforeAutospacing="1" w:after="100" w:afterAutospacing="1" w:line="360" w:lineRule="auto"/>
              <w:jc w:val="both"/>
              <w:rPr>
                <w:rFonts w:ascii="Times New Roman" w:eastAsia="MS Mincho" w:hAnsi="Times New Roman" w:cs="Times New Roman"/>
                <w:sz w:val="24"/>
                <w:szCs w:val="24"/>
              </w:rPr>
            </w:pPr>
            <w:r w:rsidRPr="00A37579">
              <w:rPr>
                <w:rFonts w:ascii="Times New Roman" w:eastAsia="MS Mincho" w:hAnsi="Times New Roman" w:cs="Times New Roman"/>
                <w:sz w:val="24"/>
                <w:szCs w:val="24"/>
              </w:rPr>
              <w:t>Akhir semester/</w:t>
            </w:r>
            <w:proofErr w:type="spellStart"/>
            <w:r w:rsidRPr="00A37579">
              <w:rPr>
                <w:rFonts w:ascii="Times New Roman" w:eastAsia="MS Mincho" w:hAnsi="Times New Roman" w:cs="Times New Roman"/>
                <w:sz w:val="24"/>
                <w:szCs w:val="24"/>
              </w:rPr>
              <w:t>menyesuaikan</w:t>
            </w:r>
            <w:proofErr w:type="spellEnd"/>
            <w:r w:rsidRPr="00A37579">
              <w:rPr>
                <w:rFonts w:ascii="Times New Roman" w:eastAsia="MS Mincho" w:hAnsi="Times New Roman" w:cs="Times New Roman"/>
                <w:sz w:val="24"/>
                <w:szCs w:val="24"/>
              </w:rPr>
              <w:t xml:space="preserve"> </w:t>
            </w:r>
            <w:proofErr w:type="spellStart"/>
            <w:r w:rsidRPr="00A37579">
              <w:rPr>
                <w:rFonts w:ascii="Times New Roman" w:eastAsia="MS Mincho" w:hAnsi="Times New Roman" w:cs="Times New Roman"/>
                <w:sz w:val="24"/>
                <w:szCs w:val="24"/>
              </w:rPr>
              <w:t>kalender</w:t>
            </w:r>
            <w:proofErr w:type="spellEnd"/>
          </w:p>
        </w:tc>
        <w:tc>
          <w:tcPr>
            <w:tcW w:w="1559" w:type="dxa"/>
            <w:vAlign w:val="center"/>
          </w:tcPr>
          <w:p w14:paraId="54CFE68F" w14:textId="77777777" w:rsidR="00A37579" w:rsidRPr="00A37579" w:rsidRDefault="00A37579" w:rsidP="00A37579">
            <w:pPr>
              <w:spacing w:before="100" w:beforeAutospacing="1" w:after="100" w:afterAutospacing="1" w:line="360" w:lineRule="auto"/>
              <w:jc w:val="both"/>
              <w:rPr>
                <w:rFonts w:ascii="Times New Roman" w:eastAsia="MS Mincho" w:hAnsi="Times New Roman" w:cs="Times New Roman"/>
                <w:sz w:val="24"/>
                <w:szCs w:val="24"/>
              </w:rPr>
            </w:pPr>
            <w:proofErr w:type="spellStart"/>
            <w:r w:rsidRPr="00A37579">
              <w:rPr>
                <w:rFonts w:ascii="Times New Roman" w:eastAsia="MS Mincho" w:hAnsi="Times New Roman" w:cs="Times New Roman"/>
                <w:sz w:val="24"/>
                <w:szCs w:val="24"/>
              </w:rPr>
              <w:t>Peserta</w:t>
            </w:r>
            <w:proofErr w:type="spellEnd"/>
            <w:r w:rsidRPr="00A37579">
              <w:rPr>
                <w:rFonts w:ascii="Times New Roman" w:eastAsia="MS Mincho" w:hAnsi="Times New Roman" w:cs="Times New Roman"/>
                <w:sz w:val="24"/>
                <w:szCs w:val="24"/>
              </w:rPr>
              <w:t xml:space="preserve"> </w:t>
            </w:r>
            <w:proofErr w:type="spellStart"/>
            <w:r w:rsidRPr="00A37579">
              <w:rPr>
                <w:rFonts w:ascii="Times New Roman" w:eastAsia="MS Mincho" w:hAnsi="Times New Roman" w:cs="Times New Roman"/>
                <w:sz w:val="24"/>
                <w:szCs w:val="24"/>
              </w:rPr>
              <w:t>didik</w:t>
            </w:r>
            <w:proofErr w:type="spellEnd"/>
            <w:r w:rsidRPr="00A37579">
              <w:rPr>
                <w:rFonts w:ascii="Times New Roman" w:eastAsia="MS Mincho" w:hAnsi="Times New Roman" w:cs="Times New Roman"/>
                <w:sz w:val="24"/>
                <w:szCs w:val="24"/>
              </w:rPr>
              <w:t xml:space="preserve"> </w:t>
            </w:r>
            <w:proofErr w:type="spellStart"/>
            <w:r w:rsidRPr="00A37579">
              <w:rPr>
                <w:rFonts w:ascii="Times New Roman" w:eastAsia="MS Mincho" w:hAnsi="Times New Roman" w:cs="Times New Roman"/>
                <w:sz w:val="24"/>
                <w:szCs w:val="24"/>
              </w:rPr>
              <w:t>mampu</w:t>
            </w:r>
            <w:proofErr w:type="spellEnd"/>
            <w:r w:rsidRPr="00A37579">
              <w:rPr>
                <w:rFonts w:ascii="Times New Roman" w:eastAsia="MS Mincho" w:hAnsi="Times New Roman" w:cs="Times New Roman"/>
                <w:sz w:val="24"/>
                <w:szCs w:val="24"/>
              </w:rPr>
              <w:t xml:space="preserve"> </w:t>
            </w:r>
            <w:proofErr w:type="spellStart"/>
            <w:r w:rsidRPr="00A37579">
              <w:rPr>
                <w:rFonts w:ascii="Times New Roman" w:eastAsia="MS Mincho" w:hAnsi="Times New Roman" w:cs="Times New Roman"/>
                <w:sz w:val="24"/>
                <w:szCs w:val="24"/>
              </w:rPr>
              <w:t>menata</w:t>
            </w:r>
            <w:proofErr w:type="spellEnd"/>
            <w:r w:rsidRPr="00A37579">
              <w:rPr>
                <w:rFonts w:ascii="Times New Roman" w:eastAsia="MS Mincho" w:hAnsi="Times New Roman" w:cs="Times New Roman"/>
                <w:sz w:val="24"/>
                <w:szCs w:val="24"/>
              </w:rPr>
              <w:t xml:space="preserve"> stan, </w:t>
            </w:r>
            <w:proofErr w:type="spellStart"/>
            <w:r w:rsidRPr="00A37579">
              <w:rPr>
                <w:rFonts w:ascii="Times New Roman" w:eastAsia="MS Mincho" w:hAnsi="Times New Roman" w:cs="Times New Roman"/>
                <w:sz w:val="24"/>
                <w:szCs w:val="24"/>
              </w:rPr>
              <w:t>mempromosikan</w:t>
            </w:r>
            <w:proofErr w:type="spellEnd"/>
            <w:r w:rsidRPr="00A37579">
              <w:rPr>
                <w:rFonts w:ascii="Times New Roman" w:eastAsia="MS Mincho" w:hAnsi="Times New Roman" w:cs="Times New Roman"/>
                <w:sz w:val="24"/>
                <w:szCs w:val="24"/>
              </w:rPr>
              <w:t xml:space="preserve">, </w:t>
            </w:r>
            <w:proofErr w:type="spellStart"/>
            <w:r w:rsidRPr="00A37579">
              <w:rPr>
                <w:rFonts w:ascii="Times New Roman" w:eastAsia="MS Mincho" w:hAnsi="Times New Roman" w:cs="Times New Roman"/>
                <w:sz w:val="24"/>
                <w:szCs w:val="24"/>
              </w:rPr>
              <w:t>menjual</w:t>
            </w:r>
            <w:proofErr w:type="spellEnd"/>
            <w:r w:rsidRPr="00A37579">
              <w:rPr>
                <w:rFonts w:ascii="Times New Roman" w:eastAsia="MS Mincho" w:hAnsi="Times New Roman" w:cs="Times New Roman"/>
                <w:sz w:val="24"/>
                <w:szCs w:val="24"/>
              </w:rPr>
              <w:t xml:space="preserve">, dan </w:t>
            </w:r>
            <w:proofErr w:type="spellStart"/>
            <w:r w:rsidRPr="00A37579">
              <w:rPr>
                <w:rFonts w:ascii="Times New Roman" w:eastAsia="MS Mincho" w:hAnsi="Times New Roman" w:cs="Times New Roman"/>
                <w:sz w:val="24"/>
                <w:szCs w:val="24"/>
              </w:rPr>
              <w:t>mengevaluasi</w:t>
            </w:r>
            <w:proofErr w:type="spellEnd"/>
            <w:r w:rsidRPr="00A37579">
              <w:rPr>
                <w:rFonts w:ascii="Times New Roman" w:eastAsia="MS Mincho" w:hAnsi="Times New Roman" w:cs="Times New Roman"/>
                <w:sz w:val="24"/>
                <w:szCs w:val="24"/>
              </w:rPr>
              <w:t xml:space="preserve"> </w:t>
            </w:r>
            <w:proofErr w:type="spellStart"/>
            <w:r w:rsidRPr="00A37579">
              <w:rPr>
                <w:rFonts w:ascii="Times New Roman" w:eastAsia="MS Mincho" w:hAnsi="Times New Roman" w:cs="Times New Roman"/>
                <w:sz w:val="24"/>
                <w:szCs w:val="24"/>
              </w:rPr>
              <w:t>hasil</w:t>
            </w:r>
            <w:proofErr w:type="spellEnd"/>
            <w:r w:rsidRPr="00A37579">
              <w:rPr>
                <w:rFonts w:ascii="Times New Roman" w:eastAsia="MS Mincho" w:hAnsi="Times New Roman" w:cs="Times New Roman"/>
                <w:sz w:val="24"/>
                <w:szCs w:val="24"/>
              </w:rPr>
              <w:t xml:space="preserve"> </w:t>
            </w:r>
            <w:proofErr w:type="spellStart"/>
            <w:r w:rsidRPr="00A37579">
              <w:rPr>
                <w:rFonts w:ascii="Times New Roman" w:eastAsia="MS Mincho" w:hAnsi="Times New Roman" w:cs="Times New Roman"/>
                <w:sz w:val="24"/>
                <w:szCs w:val="24"/>
              </w:rPr>
              <w:t>usaha</w:t>
            </w:r>
            <w:proofErr w:type="spellEnd"/>
          </w:p>
        </w:tc>
        <w:tc>
          <w:tcPr>
            <w:tcW w:w="1276" w:type="dxa"/>
            <w:vAlign w:val="center"/>
          </w:tcPr>
          <w:p w14:paraId="46CCD856" w14:textId="77777777" w:rsidR="00A37579" w:rsidRPr="00A37579" w:rsidRDefault="00A37579" w:rsidP="00A37579">
            <w:pPr>
              <w:spacing w:before="100" w:beforeAutospacing="1" w:after="100" w:afterAutospacing="1" w:line="360" w:lineRule="auto"/>
              <w:jc w:val="both"/>
              <w:rPr>
                <w:rFonts w:ascii="Times New Roman" w:eastAsia="MS Mincho" w:hAnsi="Times New Roman" w:cs="Times New Roman"/>
                <w:sz w:val="24"/>
                <w:szCs w:val="24"/>
              </w:rPr>
            </w:pPr>
            <w:proofErr w:type="spellStart"/>
            <w:r w:rsidRPr="00A37579">
              <w:rPr>
                <w:rFonts w:ascii="Times New Roman" w:eastAsia="MS Mincho" w:hAnsi="Times New Roman" w:cs="Times New Roman"/>
                <w:sz w:val="24"/>
                <w:szCs w:val="24"/>
              </w:rPr>
              <w:t>Panitia</w:t>
            </w:r>
            <w:proofErr w:type="spellEnd"/>
            <w:r w:rsidRPr="00A37579">
              <w:rPr>
                <w:rFonts w:ascii="Times New Roman" w:eastAsia="MS Mincho" w:hAnsi="Times New Roman" w:cs="Times New Roman"/>
                <w:sz w:val="24"/>
                <w:szCs w:val="24"/>
              </w:rPr>
              <w:t>/Guru Pembina</w:t>
            </w:r>
          </w:p>
        </w:tc>
        <w:tc>
          <w:tcPr>
            <w:tcW w:w="1134" w:type="dxa"/>
            <w:vAlign w:val="center"/>
          </w:tcPr>
          <w:p w14:paraId="3B9433A8" w14:textId="77777777" w:rsidR="00A37579" w:rsidRPr="00A37579" w:rsidRDefault="00A37579" w:rsidP="00A37579">
            <w:pPr>
              <w:spacing w:before="100" w:beforeAutospacing="1" w:after="100" w:afterAutospacing="1" w:line="360" w:lineRule="auto"/>
              <w:jc w:val="both"/>
              <w:rPr>
                <w:rFonts w:ascii="Times New Roman" w:eastAsia="MS Mincho" w:hAnsi="Times New Roman" w:cs="Times New Roman"/>
                <w:sz w:val="24"/>
                <w:szCs w:val="24"/>
              </w:rPr>
            </w:pPr>
            <w:proofErr w:type="spellStart"/>
            <w:r w:rsidRPr="00A37579">
              <w:rPr>
                <w:rFonts w:ascii="Times New Roman" w:eastAsia="MS Mincho" w:hAnsi="Times New Roman" w:cs="Times New Roman"/>
                <w:sz w:val="24"/>
                <w:szCs w:val="24"/>
              </w:rPr>
              <w:t>Sesuai</w:t>
            </w:r>
            <w:proofErr w:type="spellEnd"/>
            <w:r w:rsidRPr="00A37579">
              <w:rPr>
                <w:rFonts w:ascii="Times New Roman" w:eastAsia="MS Mincho" w:hAnsi="Times New Roman" w:cs="Times New Roman"/>
                <w:sz w:val="24"/>
                <w:szCs w:val="24"/>
              </w:rPr>
              <w:t xml:space="preserve"> RAB</w:t>
            </w:r>
          </w:p>
        </w:tc>
        <w:tc>
          <w:tcPr>
            <w:tcW w:w="895" w:type="dxa"/>
            <w:vAlign w:val="center"/>
          </w:tcPr>
          <w:p w14:paraId="3F8E9AC2" w14:textId="77777777" w:rsidR="00A37579" w:rsidRPr="00A37579" w:rsidRDefault="00A37579" w:rsidP="00A37579">
            <w:pPr>
              <w:spacing w:before="100" w:beforeAutospacing="1" w:after="100" w:afterAutospacing="1" w:line="360" w:lineRule="auto"/>
              <w:jc w:val="both"/>
              <w:rPr>
                <w:rFonts w:ascii="Times New Roman" w:eastAsia="MS Mincho" w:hAnsi="Times New Roman" w:cs="Times New Roman"/>
                <w:sz w:val="24"/>
                <w:szCs w:val="24"/>
              </w:rPr>
            </w:pPr>
          </w:p>
        </w:tc>
      </w:tr>
    </w:tbl>
    <w:p w14:paraId="6B9C19B2" w14:textId="1B244BAE" w:rsidR="001436BE" w:rsidRPr="00697836" w:rsidRDefault="001436BE" w:rsidP="00A37579">
      <w:pPr>
        <w:spacing w:before="100" w:beforeAutospacing="1" w:after="100" w:afterAutospacing="1" w:line="360" w:lineRule="auto"/>
        <w:jc w:val="both"/>
        <w:rPr>
          <w:rFonts w:ascii="Times New Roman" w:hAnsi="Times New Roman" w:cs="Times New Roman"/>
          <w:sz w:val="24"/>
          <w:szCs w:val="24"/>
        </w:rPr>
      </w:pPr>
    </w:p>
    <w:p w14:paraId="5E92ADA2" w14:textId="77777777" w:rsidR="001436BE" w:rsidRPr="00697836" w:rsidRDefault="00000000" w:rsidP="00697836">
      <w:pPr>
        <w:pStyle w:val="Heading2"/>
        <w:spacing w:before="100" w:beforeAutospacing="1" w:after="100" w:afterAutospacing="1" w:line="360" w:lineRule="auto"/>
        <w:jc w:val="both"/>
        <w:rPr>
          <w:rFonts w:ascii="Times New Roman" w:hAnsi="Times New Roman" w:cs="Times New Roman"/>
          <w:color w:val="auto"/>
          <w:szCs w:val="24"/>
        </w:rPr>
      </w:pPr>
      <w:bookmarkStart w:id="30" w:name="_Toc239876021"/>
      <w:r w:rsidRPr="00697836">
        <w:rPr>
          <w:rFonts w:ascii="Times New Roman" w:hAnsi="Times New Roman" w:cs="Times New Roman"/>
          <w:color w:val="auto"/>
          <w:szCs w:val="24"/>
        </w:rPr>
        <w:t xml:space="preserve">A. Tahapan Pelaksanaan </w:t>
      </w:r>
      <w:proofErr w:type="spellStart"/>
      <w:r w:rsidRPr="00697836">
        <w:rPr>
          <w:rFonts w:ascii="Times New Roman" w:hAnsi="Times New Roman" w:cs="Times New Roman"/>
          <w:color w:val="auto"/>
          <w:szCs w:val="24"/>
        </w:rPr>
        <w:t>Kegiatan</w:t>
      </w:r>
      <w:proofErr w:type="spellEnd"/>
      <w:r w:rsidRPr="00697836">
        <w:rPr>
          <w:rFonts w:ascii="Times New Roman" w:hAnsi="Times New Roman" w:cs="Times New Roman"/>
          <w:color w:val="auto"/>
          <w:szCs w:val="24"/>
        </w:rPr>
        <w:t xml:space="preserve"> </w:t>
      </w:r>
      <w:proofErr w:type="spellStart"/>
      <w:r w:rsidRPr="00697836">
        <w:rPr>
          <w:rFonts w:ascii="Times New Roman" w:hAnsi="Times New Roman" w:cs="Times New Roman"/>
          <w:color w:val="auto"/>
          <w:szCs w:val="24"/>
        </w:rPr>
        <w:t>Produksi</w:t>
      </w:r>
      <w:proofErr w:type="spellEnd"/>
      <w:r w:rsidRPr="00697836">
        <w:rPr>
          <w:rFonts w:ascii="Times New Roman" w:hAnsi="Times New Roman" w:cs="Times New Roman"/>
          <w:color w:val="auto"/>
          <w:szCs w:val="24"/>
        </w:rPr>
        <w:t xml:space="preserve"> dan </w:t>
      </w:r>
      <w:proofErr w:type="spellStart"/>
      <w:r w:rsidRPr="00697836">
        <w:rPr>
          <w:rFonts w:ascii="Times New Roman" w:hAnsi="Times New Roman" w:cs="Times New Roman"/>
          <w:color w:val="auto"/>
          <w:szCs w:val="24"/>
        </w:rPr>
        <w:t>Penjualan</w:t>
      </w:r>
      <w:proofErr w:type="spellEnd"/>
      <w:r w:rsidRPr="00697836">
        <w:rPr>
          <w:rFonts w:ascii="Times New Roman" w:hAnsi="Times New Roman" w:cs="Times New Roman"/>
          <w:color w:val="auto"/>
          <w:szCs w:val="24"/>
        </w:rPr>
        <w:t xml:space="preserve"> </w:t>
      </w:r>
      <w:proofErr w:type="spellStart"/>
      <w:r w:rsidRPr="00697836">
        <w:rPr>
          <w:rFonts w:ascii="Times New Roman" w:hAnsi="Times New Roman" w:cs="Times New Roman"/>
          <w:color w:val="auto"/>
          <w:szCs w:val="24"/>
        </w:rPr>
        <w:t>Produk</w:t>
      </w:r>
      <w:bookmarkEnd w:id="30"/>
      <w:proofErr w:type="spellEnd"/>
    </w:p>
    <w:tbl>
      <w:tblPr>
        <w:tblStyle w:val="TableGrid"/>
        <w:tblW w:w="0" w:type="auto"/>
        <w:jc w:val="center"/>
        <w:tblLook w:val="04A0" w:firstRow="1" w:lastRow="0" w:firstColumn="1" w:lastColumn="0" w:noHBand="0" w:noVBand="1"/>
      </w:tblPr>
      <w:tblGrid>
        <w:gridCol w:w="1695"/>
        <w:gridCol w:w="3507"/>
        <w:gridCol w:w="3910"/>
      </w:tblGrid>
      <w:tr w:rsidR="00697836" w:rsidRPr="00697836" w14:paraId="628E1183" w14:textId="77777777" w:rsidTr="00697836">
        <w:trPr>
          <w:tblHeader/>
          <w:jc w:val="center"/>
        </w:trPr>
        <w:tc>
          <w:tcPr>
            <w:tcW w:w="1728" w:type="dxa"/>
            <w:shd w:val="clear" w:color="auto" w:fill="D9EAF7"/>
            <w:vAlign w:val="center"/>
          </w:tcPr>
          <w:p w14:paraId="3C1C1650"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proofErr w:type="spellStart"/>
            <w:r w:rsidRPr="00697836">
              <w:rPr>
                <w:rFonts w:ascii="Times New Roman" w:hAnsi="Times New Roman" w:cs="Times New Roman"/>
                <w:b/>
                <w:sz w:val="24"/>
                <w:szCs w:val="24"/>
              </w:rPr>
              <w:t>Tahap</w:t>
            </w:r>
            <w:proofErr w:type="spellEnd"/>
          </w:p>
        </w:tc>
        <w:tc>
          <w:tcPr>
            <w:tcW w:w="3716" w:type="dxa"/>
            <w:shd w:val="clear" w:color="auto" w:fill="D9EAF7"/>
            <w:vAlign w:val="center"/>
          </w:tcPr>
          <w:p w14:paraId="1C90DB93"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b/>
                <w:sz w:val="24"/>
                <w:szCs w:val="24"/>
              </w:rPr>
              <w:t>Kegiatan</w:t>
            </w:r>
          </w:p>
        </w:tc>
        <w:tc>
          <w:tcPr>
            <w:tcW w:w="4193" w:type="dxa"/>
            <w:shd w:val="clear" w:color="auto" w:fill="D9EAF7"/>
            <w:vAlign w:val="center"/>
          </w:tcPr>
          <w:p w14:paraId="7C444814"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b/>
                <w:sz w:val="24"/>
                <w:szCs w:val="24"/>
              </w:rPr>
              <w:t>Hasil yang Diharapkan</w:t>
            </w:r>
          </w:p>
        </w:tc>
      </w:tr>
      <w:tr w:rsidR="00697836" w:rsidRPr="00697836" w14:paraId="23CBB0B3" w14:textId="77777777" w:rsidTr="00697836">
        <w:trPr>
          <w:jc w:val="center"/>
        </w:trPr>
        <w:tc>
          <w:tcPr>
            <w:tcW w:w="1728" w:type="dxa"/>
            <w:vAlign w:val="center"/>
          </w:tcPr>
          <w:p w14:paraId="7F42BE4E"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1. Identifikasi</w:t>
            </w:r>
          </w:p>
        </w:tc>
        <w:tc>
          <w:tcPr>
            <w:tcW w:w="3716" w:type="dxa"/>
            <w:vAlign w:val="center"/>
          </w:tcPr>
          <w:p w14:paraId="3E8BAFDF"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Menggali ide produk berdasarkan minat, potensi bahan, kebutuhan konsumen, dan peluang pasar.</w:t>
            </w:r>
          </w:p>
        </w:tc>
        <w:tc>
          <w:tcPr>
            <w:tcW w:w="4193" w:type="dxa"/>
            <w:vAlign w:val="center"/>
          </w:tcPr>
          <w:p w14:paraId="0FE6C978"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Ide produk dan target konsumen.</w:t>
            </w:r>
          </w:p>
        </w:tc>
      </w:tr>
      <w:tr w:rsidR="00697836" w:rsidRPr="00697836" w14:paraId="600FB3C9" w14:textId="77777777" w:rsidTr="00697836">
        <w:trPr>
          <w:jc w:val="center"/>
        </w:trPr>
        <w:tc>
          <w:tcPr>
            <w:tcW w:w="1728" w:type="dxa"/>
            <w:vAlign w:val="center"/>
          </w:tcPr>
          <w:p w14:paraId="58468E08"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2. Perencanaan</w:t>
            </w:r>
          </w:p>
        </w:tc>
        <w:tc>
          <w:tcPr>
            <w:tcW w:w="3716" w:type="dxa"/>
            <w:vAlign w:val="center"/>
          </w:tcPr>
          <w:p w14:paraId="25C39BEE"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Menentukan bahan, alat, desain, ukuran/kemasan, biaya, waktu, dan pembagian tugas.</w:t>
            </w:r>
          </w:p>
        </w:tc>
        <w:tc>
          <w:tcPr>
            <w:tcW w:w="4193" w:type="dxa"/>
            <w:vAlign w:val="center"/>
          </w:tcPr>
          <w:p w14:paraId="5C41B6D3"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Rencana produksi sederhana.</w:t>
            </w:r>
          </w:p>
        </w:tc>
      </w:tr>
      <w:tr w:rsidR="00697836" w:rsidRPr="00697836" w14:paraId="5103CEEB" w14:textId="77777777" w:rsidTr="00697836">
        <w:trPr>
          <w:jc w:val="center"/>
        </w:trPr>
        <w:tc>
          <w:tcPr>
            <w:tcW w:w="1728" w:type="dxa"/>
            <w:vAlign w:val="center"/>
          </w:tcPr>
          <w:p w14:paraId="55711EE1"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3. Produksi</w:t>
            </w:r>
          </w:p>
        </w:tc>
        <w:tc>
          <w:tcPr>
            <w:tcW w:w="3716" w:type="dxa"/>
            <w:vAlign w:val="center"/>
          </w:tcPr>
          <w:p w14:paraId="6FBA770D"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Membuat produk sesuai standar dan prosedur yang ditentukan.</w:t>
            </w:r>
          </w:p>
        </w:tc>
        <w:tc>
          <w:tcPr>
            <w:tcW w:w="4193" w:type="dxa"/>
            <w:vAlign w:val="center"/>
          </w:tcPr>
          <w:p w14:paraId="5F761B57"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Produk jadi dan layak dipasarkan.</w:t>
            </w:r>
          </w:p>
        </w:tc>
      </w:tr>
      <w:tr w:rsidR="00697836" w:rsidRPr="00697836" w14:paraId="4F248BFC" w14:textId="77777777" w:rsidTr="00697836">
        <w:trPr>
          <w:jc w:val="center"/>
        </w:trPr>
        <w:tc>
          <w:tcPr>
            <w:tcW w:w="1728" w:type="dxa"/>
            <w:vAlign w:val="center"/>
          </w:tcPr>
          <w:p w14:paraId="1A25DFF2"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4. Pengemasan &amp; Branding</w:t>
            </w:r>
          </w:p>
        </w:tc>
        <w:tc>
          <w:tcPr>
            <w:tcW w:w="3716" w:type="dxa"/>
            <w:vAlign w:val="center"/>
          </w:tcPr>
          <w:p w14:paraId="3A0D00D6"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Membuat kemasan, label, nama produk, dan materi promosi.</w:t>
            </w:r>
          </w:p>
        </w:tc>
        <w:tc>
          <w:tcPr>
            <w:tcW w:w="4193" w:type="dxa"/>
            <w:vAlign w:val="center"/>
          </w:tcPr>
          <w:p w14:paraId="1FE5D4E1"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Produk memiliki identitas dan tampilan menarik.</w:t>
            </w:r>
          </w:p>
        </w:tc>
      </w:tr>
      <w:tr w:rsidR="00697836" w:rsidRPr="00697836" w14:paraId="0175494C" w14:textId="77777777" w:rsidTr="00697836">
        <w:trPr>
          <w:jc w:val="center"/>
        </w:trPr>
        <w:tc>
          <w:tcPr>
            <w:tcW w:w="1728" w:type="dxa"/>
            <w:vAlign w:val="center"/>
          </w:tcPr>
          <w:p w14:paraId="481B30FE"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5. Penentuan Harga</w:t>
            </w:r>
          </w:p>
        </w:tc>
        <w:tc>
          <w:tcPr>
            <w:tcW w:w="3716" w:type="dxa"/>
            <w:vAlign w:val="center"/>
          </w:tcPr>
          <w:p w14:paraId="56335012"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Menghitung biaya bahan/produksi dan menentukan harga jual yang wajar.</w:t>
            </w:r>
          </w:p>
        </w:tc>
        <w:tc>
          <w:tcPr>
            <w:tcW w:w="4193" w:type="dxa"/>
            <w:vAlign w:val="center"/>
          </w:tcPr>
          <w:p w14:paraId="0993AD8A"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Harga jual dan target keuntungan.</w:t>
            </w:r>
          </w:p>
        </w:tc>
      </w:tr>
      <w:tr w:rsidR="00697836" w:rsidRPr="00697836" w14:paraId="51FC0C7E" w14:textId="77777777" w:rsidTr="00697836">
        <w:trPr>
          <w:jc w:val="center"/>
        </w:trPr>
        <w:tc>
          <w:tcPr>
            <w:tcW w:w="1728" w:type="dxa"/>
            <w:vAlign w:val="center"/>
          </w:tcPr>
          <w:p w14:paraId="0B89AB00"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6. Promosi</w:t>
            </w:r>
          </w:p>
        </w:tc>
        <w:tc>
          <w:tcPr>
            <w:tcW w:w="3716" w:type="dxa"/>
            <w:vAlign w:val="center"/>
          </w:tcPr>
          <w:p w14:paraId="3B71CFEE"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Membuat poster, foto, video, katalog, atau promosi langsung/digital.</w:t>
            </w:r>
          </w:p>
        </w:tc>
        <w:tc>
          <w:tcPr>
            <w:tcW w:w="4193" w:type="dxa"/>
            <w:vAlign w:val="center"/>
          </w:tcPr>
          <w:p w14:paraId="1842B3E5"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Produk dikenal calon konsumen.</w:t>
            </w:r>
          </w:p>
        </w:tc>
      </w:tr>
      <w:tr w:rsidR="00697836" w:rsidRPr="00697836" w14:paraId="1394E35E" w14:textId="77777777" w:rsidTr="00697836">
        <w:trPr>
          <w:jc w:val="center"/>
        </w:trPr>
        <w:tc>
          <w:tcPr>
            <w:tcW w:w="1728" w:type="dxa"/>
            <w:vAlign w:val="center"/>
          </w:tcPr>
          <w:p w14:paraId="4D780F5F"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7. Penjualan</w:t>
            </w:r>
          </w:p>
        </w:tc>
        <w:tc>
          <w:tcPr>
            <w:tcW w:w="3716" w:type="dxa"/>
            <w:vAlign w:val="center"/>
          </w:tcPr>
          <w:p w14:paraId="11F281F0"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Menjual produk melalui lingkungan madrasah, kegiatan sekolah, atau lingkungan sekitar tempat tinggal sesuai ketentuan.</w:t>
            </w:r>
          </w:p>
        </w:tc>
        <w:tc>
          <w:tcPr>
            <w:tcW w:w="4193" w:type="dxa"/>
            <w:vAlign w:val="center"/>
          </w:tcPr>
          <w:p w14:paraId="1F6F802C"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Terjadi transaksi dan pengalaman pelayanan konsumen.</w:t>
            </w:r>
          </w:p>
        </w:tc>
      </w:tr>
      <w:tr w:rsidR="00697836" w:rsidRPr="00697836" w14:paraId="76D742BE" w14:textId="77777777" w:rsidTr="00697836">
        <w:trPr>
          <w:jc w:val="center"/>
        </w:trPr>
        <w:tc>
          <w:tcPr>
            <w:tcW w:w="1728" w:type="dxa"/>
            <w:vAlign w:val="center"/>
          </w:tcPr>
          <w:p w14:paraId="51E33649"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8. Pencatatan</w:t>
            </w:r>
          </w:p>
        </w:tc>
        <w:tc>
          <w:tcPr>
            <w:tcW w:w="3716" w:type="dxa"/>
            <w:vAlign w:val="center"/>
          </w:tcPr>
          <w:p w14:paraId="14A65DA6"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Mencatat jumlah produk, modal, penjualan, biaya, dan hasil usaha.</w:t>
            </w:r>
          </w:p>
        </w:tc>
        <w:tc>
          <w:tcPr>
            <w:tcW w:w="4193" w:type="dxa"/>
            <w:vAlign w:val="center"/>
          </w:tcPr>
          <w:p w14:paraId="4D635596"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Catatan keuangan sederhana.</w:t>
            </w:r>
          </w:p>
        </w:tc>
      </w:tr>
      <w:tr w:rsidR="00697836" w:rsidRPr="00697836" w14:paraId="1A590D09" w14:textId="77777777" w:rsidTr="00697836">
        <w:trPr>
          <w:jc w:val="center"/>
        </w:trPr>
        <w:tc>
          <w:tcPr>
            <w:tcW w:w="1728" w:type="dxa"/>
            <w:vAlign w:val="center"/>
          </w:tcPr>
          <w:p w14:paraId="3B285867"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9. Evaluasi</w:t>
            </w:r>
          </w:p>
        </w:tc>
        <w:tc>
          <w:tcPr>
            <w:tcW w:w="3716" w:type="dxa"/>
            <w:vAlign w:val="center"/>
          </w:tcPr>
          <w:p w14:paraId="15D4381E"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Mengevaluasi kualitas produk, minat konsumen, keuntungan, kendala, dan rencana perbaikan.</w:t>
            </w:r>
          </w:p>
        </w:tc>
        <w:tc>
          <w:tcPr>
            <w:tcW w:w="4193" w:type="dxa"/>
            <w:vAlign w:val="center"/>
          </w:tcPr>
          <w:p w14:paraId="0979A26E"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Rencana pengembangan produk/usaha.</w:t>
            </w:r>
          </w:p>
        </w:tc>
      </w:tr>
    </w:tbl>
    <w:p w14:paraId="6555D926"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p w14:paraId="29788091" w14:textId="77777777" w:rsidR="001436BE" w:rsidRPr="00697836" w:rsidRDefault="00000000" w:rsidP="00697836">
      <w:pPr>
        <w:pStyle w:val="Heading2"/>
        <w:spacing w:before="100" w:beforeAutospacing="1" w:after="100" w:afterAutospacing="1" w:line="360" w:lineRule="auto"/>
        <w:jc w:val="both"/>
        <w:rPr>
          <w:rFonts w:ascii="Times New Roman" w:hAnsi="Times New Roman" w:cs="Times New Roman"/>
          <w:color w:val="auto"/>
          <w:szCs w:val="24"/>
        </w:rPr>
      </w:pPr>
      <w:bookmarkStart w:id="31" w:name="_Toc239876022"/>
      <w:r w:rsidRPr="00697836">
        <w:rPr>
          <w:rFonts w:ascii="Times New Roman" w:hAnsi="Times New Roman" w:cs="Times New Roman"/>
          <w:color w:val="auto"/>
          <w:szCs w:val="24"/>
        </w:rPr>
        <w:t>B. Indikator Keberhasilan Program</w:t>
      </w:r>
      <w:bookmarkEnd w:id="31"/>
    </w:p>
    <w:p w14:paraId="0EE8F486" w14:textId="77777777" w:rsidR="001436BE" w:rsidRPr="00697836" w:rsidRDefault="00000000" w:rsidP="00697836">
      <w:pPr>
        <w:pStyle w:val="ListBullet"/>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Setiap bidang program memiliki rencana kegiatan dan penanggung jawab.</w:t>
      </w:r>
    </w:p>
    <w:p w14:paraId="19F974DA" w14:textId="77777777" w:rsidR="001436BE" w:rsidRPr="00697836" w:rsidRDefault="00000000" w:rsidP="00697836">
      <w:pPr>
        <w:pStyle w:val="ListBullet"/>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Peserta didik memperoleh pengalaman nyata dalam proses kewirausahaan sesuai bidang yang diikuti.</w:t>
      </w:r>
    </w:p>
    <w:p w14:paraId="12047D34" w14:textId="77777777" w:rsidR="001436BE" w:rsidRPr="00697836" w:rsidRDefault="00000000" w:rsidP="00697836">
      <w:pPr>
        <w:pStyle w:val="ListBullet"/>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Tersedianya produk atau jasa hasil kegiatan Tata Busana, Tata Boga, dan Multimedia sesuai kemampuan peserta didik.</w:t>
      </w:r>
    </w:p>
    <w:p w14:paraId="5143FB99" w14:textId="77777777" w:rsidR="001436BE" w:rsidRPr="00697836" w:rsidRDefault="00000000" w:rsidP="00697836">
      <w:pPr>
        <w:pStyle w:val="ListBullet"/>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Peserta didik mampu menjelaskan dasar perhitungan biaya dan harga jual produk.</w:t>
      </w:r>
    </w:p>
    <w:p w14:paraId="3817EFE7" w14:textId="77777777" w:rsidR="001436BE" w:rsidRPr="00697836" w:rsidRDefault="00000000" w:rsidP="00697836">
      <w:pPr>
        <w:pStyle w:val="ListBullet"/>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Peserta didik mampu melakukan promosi dan pelayanan konsumen dengan baik.</w:t>
      </w:r>
    </w:p>
    <w:p w14:paraId="095B4A29" w14:textId="77777777" w:rsidR="001436BE" w:rsidRPr="00697836" w:rsidRDefault="00000000" w:rsidP="00697836">
      <w:pPr>
        <w:pStyle w:val="ListBullet"/>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Peserta didik memiliki pengalaman melakukan penjualan dan pencatatan hasil usaha.</w:t>
      </w:r>
    </w:p>
    <w:p w14:paraId="0E38C730" w14:textId="77777777" w:rsidR="001436BE" w:rsidRPr="00697836" w:rsidRDefault="00000000" w:rsidP="00697836">
      <w:pPr>
        <w:pStyle w:val="ListBullet"/>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Koperasi Madrasah dan Kantin Sekolah dapat berfungsi sebagai lingkungan belajar kewirausahaan.</w:t>
      </w:r>
    </w:p>
    <w:p w14:paraId="333E2A12" w14:textId="77777777" w:rsidR="001436BE" w:rsidRPr="00697836" w:rsidRDefault="00000000" w:rsidP="00697836">
      <w:pPr>
        <w:pStyle w:val="ListBullet"/>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Nilai kewirausahaan terintegrasi dalam pembelajaran sesuai karakteristik mata pelajaran.</w:t>
      </w:r>
    </w:p>
    <w:p w14:paraId="72E0BFC4" w14:textId="77777777" w:rsidR="001436BE" w:rsidRPr="00697836" w:rsidRDefault="00000000" w:rsidP="00697836">
      <w:pPr>
        <w:pStyle w:val="ListBullet"/>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Terlaksananya kunjungan ke tempat produksi barang atau jasa sesuai perencanaan.</w:t>
      </w:r>
    </w:p>
    <w:p w14:paraId="3329AA21" w14:textId="77777777" w:rsidR="001436BE" w:rsidRPr="00697836" w:rsidRDefault="00000000" w:rsidP="00697836">
      <w:pPr>
        <w:pStyle w:val="ListBullet"/>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Terlaksananya kegiatan bazar/pameran/event sekolah sesuai kondisi dan kalender madrasah.</w:t>
      </w:r>
    </w:p>
    <w:p w14:paraId="60708B6E" w14:textId="77777777" w:rsidR="001436BE" w:rsidRPr="00697836" w:rsidRDefault="00000000" w:rsidP="00697836">
      <w:pPr>
        <w:pStyle w:val="ListBullet"/>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Terselenggaranya evaluasi dan tindak lanjut program pada akhir tahun ajaran.</w:t>
      </w:r>
    </w:p>
    <w:p w14:paraId="575A4B64" w14:textId="77777777" w:rsidR="00A37579" w:rsidRDefault="00000000" w:rsidP="00A37579">
      <w:pPr>
        <w:spacing w:before="100" w:beforeAutospacing="1" w:after="100" w:afterAutospacing="1" w:line="360" w:lineRule="auto"/>
        <w:jc w:val="both"/>
        <w:rPr>
          <w:rFonts w:ascii="Times New Roman" w:hAnsi="Times New Roman" w:cs="Times New Roman"/>
          <w:sz w:val="24"/>
          <w:szCs w:val="24"/>
        </w:rPr>
        <w:sectPr w:rsidR="00A37579" w:rsidSect="00E84AC2">
          <w:headerReference w:type="even" r:id="rId25"/>
          <w:headerReference w:type="default" r:id="rId26"/>
          <w:headerReference w:type="first" r:id="rId27"/>
          <w:pgSz w:w="12240" w:h="15840"/>
          <w:pgMar w:top="1417" w:right="1417" w:bottom="1417" w:left="1701" w:header="720" w:footer="720" w:gutter="0"/>
          <w:pgNumType w:start="9"/>
          <w:cols w:space="720"/>
          <w:titlePg/>
          <w:docGrid w:linePitch="360"/>
        </w:sectPr>
      </w:pPr>
      <w:r w:rsidRPr="00697836">
        <w:rPr>
          <w:rFonts w:ascii="Times New Roman" w:hAnsi="Times New Roman" w:cs="Times New Roman"/>
          <w:sz w:val="24"/>
          <w:szCs w:val="24"/>
        </w:rPr>
        <w:br w:type="page"/>
      </w:r>
    </w:p>
    <w:p w14:paraId="53482FD3" w14:textId="5E61C1DE" w:rsidR="001436BE" w:rsidRPr="00697836" w:rsidRDefault="00000000" w:rsidP="00697836">
      <w:pPr>
        <w:pStyle w:val="Heading1"/>
        <w:spacing w:before="100" w:beforeAutospacing="1" w:after="100" w:afterAutospacing="1" w:line="360" w:lineRule="auto"/>
        <w:jc w:val="center"/>
        <w:rPr>
          <w:rFonts w:ascii="Times New Roman" w:hAnsi="Times New Roman" w:cs="Times New Roman"/>
          <w:color w:val="auto"/>
          <w:sz w:val="24"/>
          <w:szCs w:val="24"/>
        </w:rPr>
      </w:pPr>
      <w:bookmarkStart w:id="32" w:name="_Toc239876023"/>
      <w:r w:rsidRPr="00697836">
        <w:rPr>
          <w:rFonts w:ascii="Times New Roman" w:hAnsi="Times New Roman" w:cs="Times New Roman"/>
          <w:color w:val="auto"/>
          <w:sz w:val="24"/>
          <w:szCs w:val="24"/>
        </w:rPr>
        <w:t>BAB I</w:t>
      </w:r>
      <w:bookmarkEnd w:id="32"/>
      <w:r w:rsidR="006B7A66">
        <w:rPr>
          <w:rFonts w:ascii="Times New Roman" w:hAnsi="Times New Roman" w:cs="Times New Roman"/>
          <w:color w:val="auto"/>
          <w:sz w:val="24"/>
          <w:szCs w:val="24"/>
        </w:rPr>
        <w:t>V</w:t>
      </w:r>
    </w:p>
    <w:p w14:paraId="135F9A41" w14:textId="77777777" w:rsidR="001436BE" w:rsidRPr="00697836" w:rsidRDefault="00000000" w:rsidP="00697836">
      <w:pPr>
        <w:pStyle w:val="Heading1"/>
        <w:spacing w:before="100" w:beforeAutospacing="1" w:after="100" w:afterAutospacing="1" w:line="360" w:lineRule="auto"/>
        <w:jc w:val="center"/>
        <w:rPr>
          <w:rFonts w:ascii="Times New Roman" w:hAnsi="Times New Roman" w:cs="Times New Roman"/>
          <w:color w:val="auto"/>
          <w:sz w:val="24"/>
          <w:szCs w:val="24"/>
        </w:rPr>
      </w:pPr>
      <w:bookmarkStart w:id="33" w:name="_Toc239876024"/>
      <w:r w:rsidRPr="00697836">
        <w:rPr>
          <w:rFonts w:ascii="Times New Roman" w:hAnsi="Times New Roman" w:cs="Times New Roman"/>
          <w:color w:val="auto"/>
          <w:sz w:val="24"/>
          <w:szCs w:val="24"/>
        </w:rPr>
        <w:t>MONITORING, EVALUASI, DAN TINDAK LANJUT</w:t>
      </w:r>
      <w:bookmarkEnd w:id="33"/>
    </w:p>
    <w:p w14:paraId="55AD78F8" w14:textId="77777777" w:rsidR="001436BE" w:rsidRPr="00697836" w:rsidRDefault="00000000" w:rsidP="00697836">
      <w:pPr>
        <w:pStyle w:val="Heading2"/>
        <w:spacing w:before="100" w:beforeAutospacing="1" w:after="100" w:afterAutospacing="1" w:line="360" w:lineRule="auto"/>
        <w:jc w:val="both"/>
        <w:rPr>
          <w:rFonts w:ascii="Times New Roman" w:hAnsi="Times New Roman" w:cs="Times New Roman"/>
          <w:color w:val="auto"/>
          <w:szCs w:val="24"/>
        </w:rPr>
      </w:pPr>
      <w:bookmarkStart w:id="34" w:name="_Toc239876025"/>
      <w:r w:rsidRPr="00697836">
        <w:rPr>
          <w:rFonts w:ascii="Times New Roman" w:hAnsi="Times New Roman" w:cs="Times New Roman"/>
          <w:color w:val="auto"/>
          <w:szCs w:val="24"/>
        </w:rPr>
        <w:t>A. Monitoring</w:t>
      </w:r>
      <w:bookmarkEnd w:id="34"/>
    </w:p>
    <w:p w14:paraId="7B069543" w14:textId="77777777" w:rsidR="001436BE" w:rsidRPr="00697836" w:rsidRDefault="00000000" w:rsidP="00697836">
      <w:pPr>
        <w:spacing w:before="100" w:beforeAutospacing="1" w:after="100" w:afterAutospacing="1" w:line="360" w:lineRule="auto"/>
        <w:ind w:firstLine="567"/>
        <w:jc w:val="both"/>
        <w:rPr>
          <w:rFonts w:ascii="Times New Roman" w:hAnsi="Times New Roman" w:cs="Times New Roman"/>
          <w:sz w:val="24"/>
          <w:szCs w:val="24"/>
        </w:rPr>
      </w:pPr>
      <w:r w:rsidRPr="00697836">
        <w:rPr>
          <w:rFonts w:ascii="Times New Roman" w:hAnsi="Times New Roman" w:cs="Times New Roman"/>
          <w:sz w:val="24"/>
          <w:szCs w:val="24"/>
        </w:rPr>
        <w:t>Monitoring dilakukan secara berkala untuk memastikan setiap kegiatan berjalan sesuai tujuan. Monitoring mencakup keaktifan peserta didik, keterlaksanaan kegiatan, penggunaan sarana, kualitas produk/jasa, proses pemasaran, pencatatan kegiatan, dan kendala yang dihadapi.</w:t>
      </w:r>
    </w:p>
    <w:p w14:paraId="46991D02" w14:textId="77777777" w:rsidR="001436BE" w:rsidRPr="00697836" w:rsidRDefault="00000000" w:rsidP="00697836">
      <w:pPr>
        <w:pStyle w:val="Heading2"/>
        <w:spacing w:before="100" w:beforeAutospacing="1" w:after="100" w:afterAutospacing="1" w:line="360" w:lineRule="auto"/>
        <w:jc w:val="both"/>
        <w:rPr>
          <w:rFonts w:ascii="Times New Roman" w:hAnsi="Times New Roman" w:cs="Times New Roman"/>
          <w:color w:val="auto"/>
          <w:szCs w:val="24"/>
        </w:rPr>
      </w:pPr>
      <w:bookmarkStart w:id="35" w:name="_Toc239876026"/>
      <w:r w:rsidRPr="00697836">
        <w:rPr>
          <w:rFonts w:ascii="Times New Roman" w:hAnsi="Times New Roman" w:cs="Times New Roman"/>
          <w:color w:val="auto"/>
          <w:szCs w:val="24"/>
        </w:rPr>
        <w:t>B. Evaluasi</w:t>
      </w:r>
      <w:bookmarkEnd w:id="35"/>
    </w:p>
    <w:p w14:paraId="7AFA9E54" w14:textId="77777777" w:rsidR="001436BE" w:rsidRPr="00697836" w:rsidRDefault="00000000" w:rsidP="00697836">
      <w:pPr>
        <w:spacing w:before="100" w:beforeAutospacing="1" w:after="100" w:afterAutospacing="1" w:line="360" w:lineRule="auto"/>
        <w:ind w:firstLine="567"/>
        <w:jc w:val="both"/>
        <w:rPr>
          <w:rFonts w:ascii="Times New Roman" w:hAnsi="Times New Roman" w:cs="Times New Roman"/>
          <w:sz w:val="24"/>
          <w:szCs w:val="24"/>
        </w:rPr>
      </w:pPr>
      <w:r w:rsidRPr="00697836">
        <w:rPr>
          <w:rFonts w:ascii="Times New Roman" w:hAnsi="Times New Roman" w:cs="Times New Roman"/>
          <w:sz w:val="24"/>
          <w:szCs w:val="24"/>
        </w:rPr>
        <w:t>Evaluasi dilakukan pada tingkat kegiatan dan program. Evaluasi dapat menggunakan observasi, jurnal kegiatan, portofolio produk, dokumentasi, laporan penjualan, refleksi peserta didik, serta umpan balik konsumen. Pada bidang Tata Boga, evaluasi juga memperhatikan kebersihan, keamanan pengolahan, kualitas rasa, kemasan, harga, dan respons konsumen.</w:t>
      </w:r>
    </w:p>
    <w:p w14:paraId="7B98FD17" w14:textId="77777777" w:rsidR="001436BE" w:rsidRPr="00697836" w:rsidRDefault="00000000" w:rsidP="00697836">
      <w:pPr>
        <w:pStyle w:val="Heading2"/>
        <w:spacing w:before="100" w:beforeAutospacing="1" w:after="100" w:afterAutospacing="1" w:line="360" w:lineRule="auto"/>
        <w:jc w:val="both"/>
        <w:rPr>
          <w:rFonts w:ascii="Times New Roman" w:hAnsi="Times New Roman" w:cs="Times New Roman"/>
          <w:color w:val="auto"/>
          <w:szCs w:val="24"/>
        </w:rPr>
      </w:pPr>
      <w:bookmarkStart w:id="36" w:name="_Toc239876027"/>
      <w:r w:rsidRPr="00697836">
        <w:rPr>
          <w:rFonts w:ascii="Times New Roman" w:hAnsi="Times New Roman" w:cs="Times New Roman"/>
          <w:color w:val="auto"/>
          <w:szCs w:val="24"/>
        </w:rPr>
        <w:t>C. Tindak Lanjut</w:t>
      </w:r>
      <w:bookmarkEnd w:id="36"/>
    </w:p>
    <w:p w14:paraId="37324FDF" w14:textId="77777777" w:rsidR="001436BE" w:rsidRPr="00697836" w:rsidRDefault="00000000" w:rsidP="00697836">
      <w:pPr>
        <w:pStyle w:val="ListBullet"/>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Memperbaiki produk berdasarkan hasil evaluasi dan tanggapan konsumen.</w:t>
      </w:r>
    </w:p>
    <w:p w14:paraId="202EE2E0" w14:textId="77777777" w:rsidR="001436BE" w:rsidRPr="00697836" w:rsidRDefault="00000000" w:rsidP="00697836">
      <w:pPr>
        <w:pStyle w:val="ListBullet"/>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Mengembangkan produk yang memiliki potensi pasar lebih baik.</w:t>
      </w:r>
    </w:p>
    <w:p w14:paraId="41C25C14" w14:textId="77777777" w:rsidR="001436BE" w:rsidRPr="00697836" w:rsidRDefault="00000000" w:rsidP="00697836">
      <w:pPr>
        <w:pStyle w:val="ListBullet"/>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Memberikan pendampingan tambahan bagi peserta didik yang berminat mengembangkan usaha.</w:t>
      </w:r>
    </w:p>
    <w:p w14:paraId="585347A7" w14:textId="77777777" w:rsidR="001436BE" w:rsidRPr="00697836" w:rsidRDefault="00000000" w:rsidP="00697836">
      <w:pPr>
        <w:pStyle w:val="ListBullet"/>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Mengoptimalkan pemanfaatan Multimedia untuk promosi dan branding.</w:t>
      </w:r>
    </w:p>
    <w:p w14:paraId="0DF0AA16" w14:textId="77777777" w:rsidR="001436BE" w:rsidRPr="00697836" w:rsidRDefault="00000000" w:rsidP="00697836">
      <w:pPr>
        <w:pStyle w:val="ListBullet"/>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Mengembangkan kerja sama dengan pelaku usaha atau pihak lain yang relevan.</w:t>
      </w:r>
    </w:p>
    <w:p w14:paraId="64B9CE5B" w14:textId="77777777" w:rsidR="001436BE" w:rsidRPr="00697836" w:rsidRDefault="00000000" w:rsidP="00697836">
      <w:pPr>
        <w:pStyle w:val="ListBullet"/>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Menjadikan hasil evaluasi sebagai dasar penyusunan program kewirausahaan tahun berikutnya.</w:t>
      </w:r>
    </w:p>
    <w:p w14:paraId="472E5405"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br w:type="page"/>
      </w:r>
    </w:p>
    <w:p w14:paraId="575A3149" w14:textId="7C9C0980" w:rsidR="001436BE" w:rsidRPr="00697836" w:rsidRDefault="00000000" w:rsidP="00697836">
      <w:pPr>
        <w:pStyle w:val="Heading1"/>
        <w:spacing w:before="100" w:beforeAutospacing="1" w:after="100" w:afterAutospacing="1" w:line="360" w:lineRule="auto"/>
        <w:jc w:val="center"/>
        <w:rPr>
          <w:rFonts w:ascii="Times New Roman" w:hAnsi="Times New Roman" w:cs="Times New Roman"/>
          <w:color w:val="auto"/>
          <w:sz w:val="24"/>
          <w:szCs w:val="24"/>
        </w:rPr>
      </w:pPr>
      <w:bookmarkStart w:id="37" w:name="_Toc239876028"/>
      <w:r w:rsidRPr="00697836">
        <w:rPr>
          <w:rFonts w:ascii="Times New Roman" w:hAnsi="Times New Roman" w:cs="Times New Roman"/>
          <w:color w:val="auto"/>
          <w:sz w:val="24"/>
          <w:szCs w:val="24"/>
        </w:rPr>
        <w:t>BAB V</w:t>
      </w:r>
      <w:bookmarkEnd w:id="37"/>
    </w:p>
    <w:p w14:paraId="3A21A5D2" w14:textId="77777777" w:rsidR="001436BE" w:rsidRPr="00697836" w:rsidRDefault="00000000" w:rsidP="00697836">
      <w:pPr>
        <w:pStyle w:val="Heading1"/>
        <w:spacing w:before="100" w:beforeAutospacing="1" w:after="100" w:afterAutospacing="1" w:line="360" w:lineRule="auto"/>
        <w:jc w:val="center"/>
        <w:rPr>
          <w:rFonts w:ascii="Times New Roman" w:hAnsi="Times New Roman" w:cs="Times New Roman"/>
          <w:color w:val="auto"/>
          <w:sz w:val="24"/>
          <w:szCs w:val="24"/>
        </w:rPr>
      </w:pPr>
      <w:bookmarkStart w:id="38" w:name="_Toc239876029"/>
      <w:r w:rsidRPr="00697836">
        <w:rPr>
          <w:rFonts w:ascii="Times New Roman" w:hAnsi="Times New Roman" w:cs="Times New Roman"/>
          <w:color w:val="auto"/>
          <w:sz w:val="24"/>
          <w:szCs w:val="24"/>
        </w:rPr>
        <w:t>PENUTUP</w:t>
      </w:r>
      <w:bookmarkEnd w:id="38"/>
    </w:p>
    <w:p w14:paraId="37E33D22" w14:textId="77777777" w:rsidR="001436BE" w:rsidRPr="00697836" w:rsidRDefault="00000000" w:rsidP="00697836">
      <w:pPr>
        <w:spacing w:before="100" w:beforeAutospacing="1" w:after="100" w:afterAutospacing="1" w:line="360" w:lineRule="auto"/>
        <w:ind w:firstLine="567"/>
        <w:jc w:val="both"/>
        <w:rPr>
          <w:rFonts w:ascii="Times New Roman" w:hAnsi="Times New Roman" w:cs="Times New Roman"/>
          <w:sz w:val="24"/>
          <w:szCs w:val="24"/>
        </w:rPr>
      </w:pPr>
      <w:r w:rsidRPr="00697836">
        <w:rPr>
          <w:rFonts w:ascii="Times New Roman" w:hAnsi="Times New Roman" w:cs="Times New Roman"/>
          <w:sz w:val="24"/>
          <w:szCs w:val="24"/>
        </w:rPr>
        <w:t>Program Pengembangan Kewirausahaan MAN 2 Semarang Tahun Ajaran 2026–2027 disusun sebagai pedoman dalam mengembangkan budaya kewirausahaan di lingkungan madrasah. Program ini mencakup berbagai bidang dan kegiatan yang saling mendukung, yaitu Tata Busana, Tata Boga/kuliner, Multimedia, Koperasi Madrasah, Kantin Sekolah/Kantin Sehat, integrasi nilai kewirausahaan dalam mata pelajaran, kunjungan ke tempat produksi barang atau jasa, kewirausahaan secara online, serta bazar/pameran/event sekolah.</w:t>
      </w:r>
    </w:p>
    <w:p w14:paraId="23AD2502" w14:textId="77777777" w:rsidR="001436BE" w:rsidRPr="00697836" w:rsidRDefault="00000000" w:rsidP="00697836">
      <w:pPr>
        <w:spacing w:before="100" w:beforeAutospacing="1" w:after="100" w:afterAutospacing="1" w:line="360" w:lineRule="auto"/>
        <w:ind w:firstLine="567"/>
        <w:jc w:val="both"/>
        <w:rPr>
          <w:rFonts w:ascii="Times New Roman" w:hAnsi="Times New Roman" w:cs="Times New Roman"/>
          <w:sz w:val="24"/>
          <w:szCs w:val="24"/>
        </w:rPr>
      </w:pPr>
      <w:r w:rsidRPr="00697836">
        <w:rPr>
          <w:rFonts w:ascii="Times New Roman" w:hAnsi="Times New Roman" w:cs="Times New Roman"/>
          <w:sz w:val="24"/>
          <w:szCs w:val="24"/>
        </w:rPr>
        <w:t>Melalui program tersebut, peserta didik diharapkan tidak hanya mengenal konsep kewirausahaan, tetapi juga memperoleh pengalaman nyata dalam menemukan peluang, merencanakan produk, melakukan produksi, menjaga kualitas, menghitung biaya, menentukan harga, mempromosikan, menjual, dan mengevaluasi hasil usaha. Khusus bidang Tata Boga, pengalaman penjualan produk hasil olahan di lingkungan sekitar tempat tinggal menjadi salah satu bentuk pembelajaran kontekstual agar peserta didik memahami bahwa keterampilan kuliner dapat dikembangkan menjadi peluang usaha.</w:t>
      </w:r>
    </w:p>
    <w:p w14:paraId="44718788" w14:textId="77777777" w:rsidR="001436BE" w:rsidRPr="00697836" w:rsidRDefault="00000000" w:rsidP="00697836">
      <w:pPr>
        <w:spacing w:before="100" w:beforeAutospacing="1" w:after="100" w:afterAutospacing="1" w:line="360" w:lineRule="auto"/>
        <w:ind w:firstLine="567"/>
        <w:jc w:val="both"/>
        <w:rPr>
          <w:rFonts w:ascii="Times New Roman" w:hAnsi="Times New Roman" w:cs="Times New Roman"/>
          <w:sz w:val="24"/>
          <w:szCs w:val="24"/>
        </w:rPr>
      </w:pPr>
      <w:r w:rsidRPr="00697836">
        <w:rPr>
          <w:rFonts w:ascii="Times New Roman" w:hAnsi="Times New Roman" w:cs="Times New Roman"/>
          <w:sz w:val="24"/>
          <w:szCs w:val="24"/>
        </w:rPr>
        <w:t>Keberhasilan program memerlukan dukungan dan kerja sama seluruh warga madrasah serta penyesuaian dengan kondisi dan kemampuan madrasah. Pada akhir pelaksanaan, program akan dievaluasi dan dirumuskan tindak lanjutnya sebagai bahan penyempurnaan program kewirausahaan pada tahun berikutnya.</w:t>
      </w:r>
    </w:p>
    <w:p w14:paraId="7B2B8EAD" w14:textId="77777777" w:rsidR="00697836" w:rsidRDefault="00000000" w:rsidP="00697836">
      <w:pPr>
        <w:spacing w:before="100" w:beforeAutospacing="1" w:after="100" w:afterAutospacing="1" w:line="240" w:lineRule="auto"/>
        <w:ind w:left="5947"/>
        <w:jc w:val="both"/>
        <w:rPr>
          <w:rFonts w:ascii="Times New Roman" w:hAnsi="Times New Roman" w:cs="Times New Roman"/>
          <w:sz w:val="24"/>
          <w:szCs w:val="24"/>
        </w:rPr>
      </w:pPr>
      <w:r w:rsidRPr="00697836">
        <w:rPr>
          <w:rFonts w:ascii="Times New Roman" w:hAnsi="Times New Roman" w:cs="Times New Roman"/>
          <w:sz w:val="24"/>
          <w:szCs w:val="24"/>
        </w:rPr>
        <w:t>Tengaran, Juli 2026</w:t>
      </w:r>
    </w:p>
    <w:p w14:paraId="61866E0A" w14:textId="1618E16A" w:rsidR="001436BE" w:rsidRPr="00697836" w:rsidRDefault="00000000" w:rsidP="003C6736">
      <w:pPr>
        <w:spacing w:before="100" w:beforeAutospacing="1" w:after="100" w:afterAutospacing="1" w:line="240" w:lineRule="auto"/>
        <w:ind w:left="5947"/>
        <w:jc w:val="both"/>
        <w:rPr>
          <w:rFonts w:ascii="Times New Roman" w:hAnsi="Times New Roman" w:cs="Times New Roman"/>
          <w:sz w:val="24"/>
          <w:szCs w:val="24"/>
        </w:rPr>
      </w:pPr>
      <w:proofErr w:type="spellStart"/>
      <w:r w:rsidRPr="00697836">
        <w:rPr>
          <w:rFonts w:ascii="Times New Roman" w:hAnsi="Times New Roman" w:cs="Times New Roman"/>
          <w:sz w:val="24"/>
          <w:szCs w:val="24"/>
        </w:rPr>
        <w:t>Kepala</w:t>
      </w:r>
      <w:proofErr w:type="spellEnd"/>
      <w:r w:rsidRPr="00697836">
        <w:rPr>
          <w:rFonts w:ascii="Times New Roman" w:hAnsi="Times New Roman" w:cs="Times New Roman"/>
          <w:sz w:val="24"/>
          <w:szCs w:val="24"/>
        </w:rPr>
        <w:t xml:space="preserve"> Madrasah</w:t>
      </w:r>
    </w:p>
    <w:p w14:paraId="75E5D443"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p w14:paraId="0D0D045B" w14:textId="77777777" w:rsidR="001436BE" w:rsidRPr="00697836" w:rsidRDefault="00000000" w:rsidP="00697836">
      <w:pPr>
        <w:spacing w:after="0" w:line="240" w:lineRule="auto"/>
        <w:ind w:left="5940"/>
        <w:jc w:val="both"/>
        <w:rPr>
          <w:rFonts w:ascii="Times New Roman" w:hAnsi="Times New Roman" w:cs="Times New Roman"/>
          <w:sz w:val="24"/>
          <w:szCs w:val="24"/>
        </w:rPr>
      </w:pPr>
      <w:r w:rsidRPr="00697836">
        <w:rPr>
          <w:rFonts w:ascii="Times New Roman" w:hAnsi="Times New Roman" w:cs="Times New Roman"/>
          <w:sz w:val="24"/>
          <w:szCs w:val="24"/>
        </w:rPr>
        <w:t>Sujito, S.Pd., M.Si.</w:t>
      </w:r>
    </w:p>
    <w:p w14:paraId="476CCDD5" w14:textId="77777777" w:rsidR="001436BE" w:rsidRPr="00697836" w:rsidRDefault="00000000" w:rsidP="00697836">
      <w:pPr>
        <w:spacing w:after="0" w:line="240" w:lineRule="auto"/>
        <w:ind w:left="5220" w:firstLine="720"/>
        <w:jc w:val="both"/>
        <w:rPr>
          <w:rFonts w:ascii="Times New Roman" w:hAnsi="Times New Roman" w:cs="Times New Roman"/>
          <w:sz w:val="24"/>
          <w:szCs w:val="24"/>
        </w:rPr>
      </w:pPr>
      <w:r w:rsidRPr="00697836">
        <w:rPr>
          <w:rFonts w:ascii="Times New Roman" w:hAnsi="Times New Roman" w:cs="Times New Roman"/>
          <w:sz w:val="24"/>
          <w:szCs w:val="24"/>
        </w:rPr>
        <w:t>NIP 196901041998031002</w:t>
      </w:r>
    </w:p>
    <w:p w14:paraId="342135C1"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br w:type="page"/>
      </w:r>
    </w:p>
    <w:p w14:paraId="7917EAA0" w14:textId="77777777" w:rsidR="001436BE" w:rsidRPr="00697836" w:rsidRDefault="00000000" w:rsidP="00697836">
      <w:pPr>
        <w:pStyle w:val="Heading1"/>
        <w:spacing w:before="100" w:beforeAutospacing="1" w:after="100" w:afterAutospacing="1" w:line="360" w:lineRule="auto"/>
        <w:jc w:val="both"/>
        <w:rPr>
          <w:rFonts w:ascii="Times New Roman" w:hAnsi="Times New Roman" w:cs="Times New Roman"/>
          <w:color w:val="auto"/>
          <w:sz w:val="24"/>
          <w:szCs w:val="24"/>
        </w:rPr>
      </w:pPr>
      <w:bookmarkStart w:id="39" w:name="_Toc239876030"/>
      <w:r w:rsidRPr="00697836">
        <w:rPr>
          <w:rFonts w:ascii="Times New Roman" w:hAnsi="Times New Roman" w:cs="Times New Roman"/>
          <w:color w:val="auto"/>
          <w:sz w:val="24"/>
          <w:szCs w:val="24"/>
        </w:rPr>
        <w:t>LAMPIRAN</w:t>
      </w:r>
      <w:bookmarkEnd w:id="39"/>
    </w:p>
    <w:p w14:paraId="25910133" w14:textId="77777777" w:rsidR="001436BE" w:rsidRPr="00697836" w:rsidRDefault="00000000" w:rsidP="00697836">
      <w:pPr>
        <w:pStyle w:val="Heading2"/>
        <w:spacing w:before="100" w:beforeAutospacing="1" w:after="100" w:afterAutospacing="1" w:line="360" w:lineRule="auto"/>
        <w:jc w:val="both"/>
        <w:rPr>
          <w:rFonts w:ascii="Times New Roman" w:hAnsi="Times New Roman" w:cs="Times New Roman"/>
          <w:color w:val="auto"/>
          <w:szCs w:val="24"/>
        </w:rPr>
      </w:pPr>
      <w:bookmarkStart w:id="40" w:name="_Toc239876031"/>
      <w:r w:rsidRPr="00697836">
        <w:rPr>
          <w:rFonts w:ascii="Times New Roman" w:hAnsi="Times New Roman" w:cs="Times New Roman"/>
          <w:color w:val="auto"/>
          <w:szCs w:val="24"/>
        </w:rPr>
        <w:t>FORMAT MONITORING PROGRAM KEWIRAUSAHAAN</w:t>
      </w:r>
      <w:bookmarkEnd w:id="40"/>
    </w:p>
    <w:tbl>
      <w:tblPr>
        <w:tblStyle w:val="TableGrid"/>
        <w:tblW w:w="0" w:type="auto"/>
        <w:jc w:val="center"/>
        <w:tblLook w:val="04A0" w:firstRow="1" w:lastRow="0" w:firstColumn="1" w:lastColumn="0" w:noHBand="0" w:noVBand="1"/>
      </w:tblPr>
      <w:tblGrid>
        <w:gridCol w:w="510"/>
        <w:gridCol w:w="2309"/>
        <w:gridCol w:w="1843"/>
        <w:gridCol w:w="1822"/>
        <w:gridCol w:w="1270"/>
        <w:gridCol w:w="1358"/>
      </w:tblGrid>
      <w:tr w:rsidR="00697836" w:rsidRPr="00697836" w14:paraId="59ADB44C" w14:textId="77777777">
        <w:trPr>
          <w:tblHeader/>
          <w:jc w:val="center"/>
        </w:trPr>
        <w:tc>
          <w:tcPr>
            <w:tcW w:w="454" w:type="dxa"/>
            <w:shd w:val="clear" w:color="auto" w:fill="D9EAF7"/>
            <w:vAlign w:val="center"/>
          </w:tcPr>
          <w:p w14:paraId="46E7CBC8"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b/>
                <w:sz w:val="24"/>
                <w:szCs w:val="24"/>
              </w:rPr>
              <w:t>No</w:t>
            </w:r>
          </w:p>
        </w:tc>
        <w:tc>
          <w:tcPr>
            <w:tcW w:w="2268" w:type="dxa"/>
            <w:shd w:val="clear" w:color="auto" w:fill="D9EAF7"/>
            <w:vAlign w:val="center"/>
          </w:tcPr>
          <w:p w14:paraId="458191B8"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b/>
                <w:sz w:val="24"/>
                <w:szCs w:val="24"/>
              </w:rPr>
              <w:t>Bidang/Kegiatan</w:t>
            </w:r>
          </w:p>
        </w:tc>
        <w:tc>
          <w:tcPr>
            <w:tcW w:w="1417" w:type="dxa"/>
            <w:shd w:val="clear" w:color="auto" w:fill="D9EAF7"/>
            <w:vAlign w:val="center"/>
          </w:tcPr>
          <w:p w14:paraId="16C0266C"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b/>
                <w:sz w:val="24"/>
                <w:szCs w:val="24"/>
              </w:rPr>
              <w:t>Keterlaksanaan</w:t>
            </w:r>
          </w:p>
        </w:tc>
        <w:tc>
          <w:tcPr>
            <w:tcW w:w="2268" w:type="dxa"/>
            <w:shd w:val="clear" w:color="auto" w:fill="D9EAF7"/>
            <w:vAlign w:val="center"/>
          </w:tcPr>
          <w:p w14:paraId="648ECA42"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b/>
                <w:sz w:val="24"/>
                <w:szCs w:val="24"/>
              </w:rPr>
              <w:t>Produk/Bukti</w:t>
            </w:r>
          </w:p>
        </w:tc>
        <w:tc>
          <w:tcPr>
            <w:tcW w:w="1701" w:type="dxa"/>
            <w:shd w:val="clear" w:color="auto" w:fill="D9EAF7"/>
            <w:vAlign w:val="center"/>
          </w:tcPr>
          <w:p w14:paraId="54F23BB0"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b/>
                <w:sz w:val="24"/>
                <w:szCs w:val="24"/>
              </w:rPr>
              <w:t>Kendala</w:t>
            </w:r>
          </w:p>
        </w:tc>
        <w:tc>
          <w:tcPr>
            <w:tcW w:w="2268" w:type="dxa"/>
            <w:shd w:val="clear" w:color="auto" w:fill="D9EAF7"/>
            <w:vAlign w:val="center"/>
          </w:tcPr>
          <w:p w14:paraId="6BE8B67C"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b/>
                <w:sz w:val="24"/>
                <w:szCs w:val="24"/>
              </w:rPr>
              <w:t>Tindak Lanjut</w:t>
            </w:r>
          </w:p>
        </w:tc>
      </w:tr>
      <w:tr w:rsidR="00697836" w:rsidRPr="00697836" w14:paraId="64A954F3" w14:textId="77777777">
        <w:trPr>
          <w:jc w:val="center"/>
        </w:trPr>
        <w:tc>
          <w:tcPr>
            <w:tcW w:w="454" w:type="dxa"/>
            <w:vAlign w:val="center"/>
          </w:tcPr>
          <w:p w14:paraId="77EAAE2F"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1</w:t>
            </w:r>
          </w:p>
        </w:tc>
        <w:tc>
          <w:tcPr>
            <w:tcW w:w="2268" w:type="dxa"/>
            <w:vAlign w:val="center"/>
          </w:tcPr>
          <w:p w14:paraId="01293478"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Tata Busana</w:t>
            </w:r>
          </w:p>
        </w:tc>
        <w:tc>
          <w:tcPr>
            <w:tcW w:w="1417" w:type="dxa"/>
            <w:vAlign w:val="center"/>
          </w:tcPr>
          <w:p w14:paraId="24CE8895"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c>
          <w:tcPr>
            <w:tcW w:w="2268" w:type="dxa"/>
            <w:vAlign w:val="center"/>
          </w:tcPr>
          <w:p w14:paraId="225A7D52"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c>
          <w:tcPr>
            <w:tcW w:w="1701" w:type="dxa"/>
            <w:vAlign w:val="center"/>
          </w:tcPr>
          <w:p w14:paraId="048672D2"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c>
          <w:tcPr>
            <w:tcW w:w="2268" w:type="dxa"/>
            <w:vAlign w:val="center"/>
          </w:tcPr>
          <w:p w14:paraId="34EF8AB7"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r>
      <w:tr w:rsidR="00697836" w:rsidRPr="00697836" w14:paraId="7E82ABED" w14:textId="77777777">
        <w:trPr>
          <w:jc w:val="center"/>
        </w:trPr>
        <w:tc>
          <w:tcPr>
            <w:tcW w:w="454" w:type="dxa"/>
            <w:vAlign w:val="center"/>
          </w:tcPr>
          <w:p w14:paraId="4F2CD4E4"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2</w:t>
            </w:r>
          </w:p>
        </w:tc>
        <w:tc>
          <w:tcPr>
            <w:tcW w:w="2268" w:type="dxa"/>
            <w:vAlign w:val="center"/>
          </w:tcPr>
          <w:p w14:paraId="05F0127D"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Tata Boga/Kuliner</w:t>
            </w:r>
          </w:p>
        </w:tc>
        <w:tc>
          <w:tcPr>
            <w:tcW w:w="1417" w:type="dxa"/>
            <w:vAlign w:val="center"/>
          </w:tcPr>
          <w:p w14:paraId="6601E8D9"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c>
          <w:tcPr>
            <w:tcW w:w="2268" w:type="dxa"/>
            <w:vAlign w:val="center"/>
          </w:tcPr>
          <w:p w14:paraId="724EC9CF"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c>
          <w:tcPr>
            <w:tcW w:w="1701" w:type="dxa"/>
            <w:vAlign w:val="center"/>
          </w:tcPr>
          <w:p w14:paraId="53A10980"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c>
          <w:tcPr>
            <w:tcW w:w="2268" w:type="dxa"/>
            <w:vAlign w:val="center"/>
          </w:tcPr>
          <w:p w14:paraId="63F664B7"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r>
      <w:tr w:rsidR="00697836" w:rsidRPr="00697836" w14:paraId="09B0FB58" w14:textId="77777777">
        <w:trPr>
          <w:jc w:val="center"/>
        </w:trPr>
        <w:tc>
          <w:tcPr>
            <w:tcW w:w="454" w:type="dxa"/>
            <w:vAlign w:val="center"/>
          </w:tcPr>
          <w:p w14:paraId="760A8F11"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3</w:t>
            </w:r>
          </w:p>
        </w:tc>
        <w:tc>
          <w:tcPr>
            <w:tcW w:w="2268" w:type="dxa"/>
            <w:vAlign w:val="center"/>
          </w:tcPr>
          <w:p w14:paraId="0E1F75A4"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Multimedia</w:t>
            </w:r>
          </w:p>
        </w:tc>
        <w:tc>
          <w:tcPr>
            <w:tcW w:w="1417" w:type="dxa"/>
            <w:vAlign w:val="center"/>
          </w:tcPr>
          <w:p w14:paraId="67F0CECC"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c>
          <w:tcPr>
            <w:tcW w:w="2268" w:type="dxa"/>
            <w:vAlign w:val="center"/>
          </w:tcPr>
          <w:p w14:paraId="1C3A471F"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c>
          <w:tcPr>
            <w:tcW w:w="1701" w:type="dxa"/>
            <w:vAlign w:val="center"/>
          </w:tcPr>
          <w:p w14:paraId="02C73008"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c>
          <w:tcPr>
            <w:tcW w:w="2268" w:type="dxa"/>
            <w:vAlign w:val="center"/>
          </w:tcPr>
          <w:p w14:paraId="2E8A4620"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r>
      <w:tr w:rsidR="00697836" w:rsidRPr="00697836" w14:paraId="45236D59" w14:textId="77777777">
        <w:trPr>
          <w:jc w:val="center"/>
        </w:trPr>
        <w:tc>
          <w:tcPr>
            <w:tcW w:w="454" w:type="dxa"/>
            <w:vAlign w:val="center"/>
          </w:tcPr>
          <w:p w14:paraId="65A70E8C"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4</w:t>
            </w:r>
          </w:p>
        </w:tc>
        <w:tc>
          <w:tcPr>
            <w:tcW w:w="2268" w:type="dxa"/>
            <w:vAlign w:val="center"/>
          </w:tcPr>
          <w:p w14:paraId="54E5F7CF"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Koperasi Madrasah</w:t>
            </w:r>
          </w:p>
        </w:tc>
        <w:tc>
          <w:tcPr>
            <w:tcW w:w="1417" w:type="dxa"/>
            <w:vAlign w:val="center"/>
          </w:tcPr>
          <w:p w14:paraId="1560B012"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c>
          <w:tcPr>
            <w:tcW w:w="2268" w:type="dxa"/>
            <w:vAlign w:val="center"/>
          </w:tcPr>
          <w:p w14:paraId="394F5D49"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c>
          <w:tcPr>
            <w:tcW w:w="1701" w:type="dxa"/>
            <w:vAlign w:val="center"/>
          </w:tcPr>
          <w:p w14:paraId="34BA7C95"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c>
          <w:tcPr>
            <w:tcW w:w="2268" w:type="dxa"/>
            <w:vAlign w:val="center"/>
          </w:tcPr>
          <w:p w14:paraId="714A2968"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r>
      <w:tr w:rsidR="00697836" w:rsidRPr="00697836" w14:paraId="70BCD83A" w14:textId="77777777">
        <w:trPr>
          <w:jc w:val="center"/>
        </w:trPr>
        <w:tc>
          <w:tcPr>
            <w:tcW w:w="454" w:type="dxa"/>
            <w:vAlign w:val="center"/>
          </w:tcPr>
          <w:p w14:paraId="7B26BED4"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5</w:t>
            </w:r>
          </w:p>
        </w:tc>
        <w:tc>
          <w:tcPr>
            <w:tcW w:w="2268" w:type="dxa"/>
            <w:vAlign w:val="center"/>
          </w:tcPr>
          <w:p w14:paraId="1873C082"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Kantin Sekolah/Kantin Sehat</w:t>
            </w:r>
          </w:p>
        </w:tc>
        <w:tc>
          <w:tcPr>
            <w:tcW w:w="1417" w:type="dxa"/>
            <w:vAlign w:val="center"/>
          </w:tcPr>
          <w:p w14:paraId="2BACE783"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c>
          <w:tcPr>
            <w:tcW w:w="2268" w:type="dxa"/>
            <w:vAlign w:val="center"/>
          </w:tcPr>
          <w:p w14:paraId="233A4D7B"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c>
          <w:tcPr>
            <w:tcW w:w="1701" w:type="dxa"/>
            <w:vAlign w:val="center"/>
          </w:tcPr>
          <w:p w14:paraId="0EBB26B4"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c>
          <w:tcPr>
            <w:tcW w:w="2268" w:type="dxa"/>
            <w:vAlign w:val="center"/>
          </w:tcPr>
          <w:p w14:paraId="3CC871A7"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r>
      <w:tr w:rsidR="00697836" w:rsidRPr="00697836" w14:paraId="452376B9" w14:textId="77777777">
        <w:trPr>
          <w:jc w:val="center"/>
        </w:trPr>
        <w:tc>
          <w:tcPr>
            <w:tcW w:w="454" w:type="dxa"/>
            <w:vAlign w:val="center"/>
          </w:tcPr>
          <w:p w14:paraId="17C00AA1"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6</w:t>
            </w:r>
          </w:p>
        </w:tc>
        <w:tc>
          <w:tcPr>
            <w:tcW w:w="2268" w:type="dxa"/>
            <w:vAlign w:val="center"/>
          </w:tcPr>
          <w:p w14:paraId="3D648925"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Integrasi dalam Mata Pelajaran</w:t>
            </w:r>
          </w:p>
        </w:tc>
        <w:tc>
          <w:tcPr>
            <w:tcW w:w="1417" w:type="dxa"/>
            <w:vAlign w:val="center"/>
          </w:tcPr>
          <w:p w14:paraId="54EE354B"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c>
          <w:tcPr>
            <w:tcW w:w="2268" w:type="dxa"/>
            <w:vAlign w:val="center"/>
          </w:tcPr>
          <w:p w14:paraId="517F6AD1"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c>
          <w:tcPr>
            <w:tcW w:w="1701" w:type="dxa"/>
            <w:vAlign w:val="center"/>
          </w:tcPr>
          <w:p w14:paraId="2031B556"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c>
          <w:tcPr>
            <w:tcW w:w="2268" w:type="dxa"/>
            <w:vAlign w:val="center"/>
          </w:tcPr>
          <w:p w14:paraId="2E065CD1"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r>
      <w:tr w:rsidR="00697836" w:rsidRPr="00697836" w14:paraId="7CFC8998" w14:textId="77777777">
        <w:trPr>
          <w:jc w:val="center"/>
        </w:trPr>
        <w:tc>
          <w:tcPr>
            <w:tcW w:w="454" w:type="dxa"/>
            <w:vAlign w:val="center"/>
          </w:tcPr>
          <w:p w14:paraId="7C8E64E8"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7</w:t>
            </w:r>
          </w:p>
        </w:tc>
        <w:tc>
          <w:tcPr>
            <w:tcW w:w="2268" w:type="dxa"/>
            <w:vAlign w:val="center"/>
          </w:tcPr>
          <w:p w14:paraId="7DC1FFFB"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Kunjungan Produksi</w:t>
            </w:r>
          </w:p>
        </w:tc>
        <w:tc>
          <w:tcPr>
            <w:tcW w:w="1417" w:type="dxa"/>
            <w:vAlign w:val="center"/>
          </w:tcPr>
          <w:p w14:paraId="16862903"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c>
          <w:tcPr>
            <w:tcW w:w="2268" w:type="dxa"/>
            <w:vAlign w:val="center"/>
          </w:tcPr>
          <w:p w14:paraId="33E01010"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c>
          <w:tcPr>
            <w:tcW w:w="1701" w:type="dxa"/>
            <w:vAlign w:val="center"/>
          </w:tcPr>
          <w:p w14:paraId="35D50397"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c>
          <w:tcPr>
            <w:tcW w:w="2268" w:type="dxa"/>
            <w:vAlign w:val="center"/>
          </w:tcPr>
          <w:p w14:paraId="47F78029"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r>
      <w:tr w:rsidR="00697836" w:rsidRPr="00697836" w14:paraId="52AAA2F4" w14:textId="77777777">
        <w:trPr>
          <w:jc w:val="center"/>
        </w:trPr>
        <w:tc>
          <w:tcPr>
            <w:tcW w:w="454" w:type="dxa"/>
            <w:vAlign w:val="center"/>
          </w:tcPr>
          <w:p w14:paraId="7F379137"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8</w:t>
            </w:r>
          </w:p>
        </w:tc>
        <w:tc>
          <w:tcPr>
            <w:tcW w:w="2268" w:type="dxa"/>
            <w:vAlign w:val="center"/>
          </w:tcPr>
          <w:p w14:paraId="11CAD4B5"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Kewirausahaan Online</w:t>
            </w:r>
          </w:p>
        </w:tc>
        <w:tc>
          <w:tcPr>
            <w:tcW w:w="1417" w:type="dxa"/>
            <w:vAlign w:val="center"/>
          </w:tcPr>
          <w:p w14:paraId="2D4EE29F"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c>
          <w:tcPr>
            <w:tcW w:w="2268" w:type="dxa"/>
            <w:vAlign w:val="center"/>
          </w:tcPr>
          <w:p w14:paraId="4658B073"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c>
          <w:tcPr>
            <w:tcW w:w="1701" w:type="dxa"/>
            <w:vAlign w:val="center"/>
          </w:tcPr>
          <w:p w14:paraId="5375F894"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c>
          <w:tcPr>
            <w:tcW w:w="2268" w:type="dxa"/>
            <w:vAlign w:val="center"/>
          </w:tcPr>
          <w:p w14:paraId="6FCE2692"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r>
      <w:tr w:rsidR="00697836" w:rsidRPr="00697836" w14:paraId="29DD2AC7" w14:textId="77777777">
        <w:trPr>
          <w:jc w:val="center"/>
        </w:trPr>
        <w:tc>
          <w:tcPr>
            <w:tcW w:w="454" w:type="dxa"/>
            <w:vAlign w:val="center"/>
          </w:tcPr>
          <w:p w14:paraId="773A447A"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9</w:t>
            </w:r>
          </w:p>
        </w:tc>
        <w:tc>
          <w:tcPr>
            <w:tcW w:w="2268" w:type="dxa"/>
            <w:vAlign w:val="center"/>
          </w:tcPr>
          <w:p w14:paraId="1161F45C"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sz w:val="24"/>
                <w:szCs w:val="24"/>
              </w:rPr>
              <w:t>Bazar/Pameran/Event</w:t>
            </w:r>
          </w:p>
        </w:tc>
        <w:tc>
          <w:tcPr>
            <w:tcW w:w="1417" w:type="dxa"/>
            <w:vAlign w:val="center"/>
          </w:tcPr>
          <w:p w14:paraId="75E82098"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c>
          <w:tcPr>
            <w:tcW w:w="2268" w:type="dxa"/>
            <w:vAlign w:val="center"/>
          </w:tcPr>
          <w:p w14:paraId="653769BE"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c>
          <w:tcPr>
            <w:tcW w:w="1701" w:type="dxa"/>
            <w:vAlign w:val="center"/>
          </w:tcPr>
          <w:p w14:paraId="19E0880D"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c>
          <w:tcPr>
            <w:tcW w:w="2268" w:type="dxa"/>
            <w:vAlign w:val="center"/>
          </w:tcPr>
          <w:p w14:paraId="55D00F06"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r>
    </w:tbl>
    <w:p w14:paraId="24BEE6B7"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p w14:paraId="4AA5CCD4" w14:textId="77777777" w:rsidR="001436BE" w:rsidRPr="00697836" w:rsidRDefault="00000000" w:rsidP="00697836">
      <w:pPr>
        <w:pStyle w:val="Heading2"/>
        <w:spacing w:before="100" w:beforeAutospacing="1" w:after="100" w:afterAutospacing="1" w:line="360" w:lineRule="auto"/>
        <w:jc w:val="both"/>
        <w:rPr>
          <w:rFonts w:ascii="Times New Roman" w:hAnsi="Times New Roman" w:cs="Times New Roman"/>
          <w:color w:val="auto"/>
          <w:szCs w:val="24"/>
        </w:rPr>
      </w:pPr>
      <w:bookmarkStart w:id="41" w:name="_Toc239876032"/>
      <w:r w:rsidRPr="00697836">
        <w:rPr>
          <w:rFonts w:ascii="Times New Roman" w:hAnsi="Times New Roman" w:cs="Times New Roman"/>
          <w:color w:val="auto"/>
          <w:szCs w:val="24"/>
        </w:rPr>
        <w:t>FORMAT SEDERHANA CATATAN PENJUALAN PRODUK PESERTA DIDIK</w:t>
      </w:r>
      <w:bookmarkEnd w:id="41"/>
    </w:p>
    <w:tbl>
      <w:tblPr>
        <w:tblStyle w:val="TableGrid"/>
        <w:tblW w:w="0" w:type="auto"/>
        <w:jc w:val="center"/>
        <w:tblLook w:val="04A0" w:firstRow="1" w:lastRow="0" w:firstColumn="1" w:lastColumn="0" w:noHBand="0" w:noVBand="1"/>
      </w:tblPr>
      <w:tblGrid>
        <w:gridCol w:w="1092"/>
        <w:gridCol w:w="1566"/>
        <w:gridCol w:w="1106"/>
        <w:gridCol w:w="1102"/>
        <w:gridCol w:w="1457"/>
        <w:gridCol w:w="1611"/>
        <w:gridCol w:w="1178"/>
      </w:tblGrid>
      <w:tr w:rsidR="00697836" w:rsidRPr="00697836" w14:paraId="05B2B837" w14:textId="77777777">
        <w:trPr>
          <w:tblHeader/>
          <w:jc w:val="center"/>
        </w:trPr>
        <w:tc>
          <w:tcPr>
            <w:tcW w:w="1134" w:type="dxa"/>
            <w:shd w:val="clear" w:color="auto" w:fill="D9EAF7"/>
            <w:vAlign w:val="center"/>
          </w:tcPr>
          <w:p w14:paraId="55AFAC64"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b/>
                <w:sz w:val="24"/>
                <w:szCs w:val="24"/>
              </w:rPr>
              <w:t>Tanggal</w:t>
            </w:r>
          </w:p>
        </w:tc>
        <w:tc>
          <w:tcPr>
            <w:tcW w:w="2268" w:type="dxa"/>
            <w:shd w:val="clear" w:color="auto" w:fill="D9EAF7"/>
            <w:vAlign w:val="center"/>
          </w:tcPr>
          <w:p w14:paraId="4F756E31"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b/>
                <w:sz w:val="24"/>
                <w:szCs w:val="24"/>
              </w:rPr>
              <w:t>Nama Produk</w:t>
            </w:r>
          </w:p>
        </w:tc>
        <w:tc>
          <w:tcPr>
            <w:tcW w:w="1247" w:type="dxa"/>
            <w:shd w:val="clear" w:color="auto" w:fill="D9EAF7"/>
            <w:vAlign w:val="center"/>
          </w:tcPr>
          <w:p w14:paraId="67111CEC"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b/>
                <w:sz w:val="24"/>
                <w:szCs w:val="24"/>
              </w:rPr>
              <w:t>Jumlah Terjual</w:t>
            </w:r>
          </w:p>
        </w:tc>
        <w:tc>
          <w:tcPr>
            <w:tcW w:w="1304" w:type="dxa"/>
            <w:shd w:val="clear" w:color="auto" w:fill="D9EAF7"/>
            <w:vAlign w:val="center"/>
          </w:tcPr>
          <w:p w14:paraId="168F82BF"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b/>
                <w:sz w:val="24"/>
                <w:szCs w:val="24"/>
              </w:rPr>
              <w:t>Harga Satuan</w:t>
            </w:r>
          </w:p>
        </w:tc>
        <w:tc>
          <w:tcPr>
            <w:tcW w:w="1701" w:type="dxa"/>
            <w:shd w:val="clear" w:color="auto" w:fill="D9EAF7"/>
            <w:vAlign w:val="center"/>
          </w:tcPr>
          <w:p w14:paraId="1A979A47"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b/>
                <w:sz w:val="24"/>
                <w:szCs w:val="24"/>
              </w:rPr>
              <w:t>Total Penjualan</w:t>
            </w:r>
          </w:p>
        </w:tc>
        <w:tc>
          <w:tcPr>
            <w:tcW w:w="1701" w:type="dxa"/>
            <w:shd w:val="clear" w:color="auto" w:fill="D9EAF7"/>
            <w:vAlign w:val="center"/>
          </w:tcPr>
          <w:p w14:paraId="450654CF"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b/>
                <w:sz w:val="24"/>
                <w:szCs w:val="24"/>
              </w:rPr>
              <w:t>Biaya/Modal</w:t>
            </w:r>
          </w:p>
        </w:tc>
        <w:tc>
          <w:tcPr>
            <w:tcW w:w="1701" w:type="dxa"/>
            <w:shd w:val="clear" w:color="auto" w:fill="D9EAF7"/>
            <w:vAlign w:val="center"/>
          </w:tcPr>
          <w:p w14:paraId="1EF059D3" w14:textId="77777777" w:rsidR="001436BE" w:rsidRPr="00697836" w:rsidRDefault="00000000" w:rsidP="00697836">
            <w:pPr>
              <w:spacing w:before="100" w:beforeAutospacing="1" w:after="100" w:afterAutospacing="1" w:line="360" w:lineRule="auto"/>
              <w:jc w:val="both"/>
              <w:rPr>
                <w:rFonts w:ascii="Times New Roman" w:hAnsi="Times New Roman" w:cs="Times New Roman"/>
                <w:sz w:val="24"/>
                <w:szCs w:val="24"/>
              </w:rPr>
            </w:pPr>
            <w:r w:rsidRPr="00697836">
              <w:rPr>
                <w:rFonts w:ascii="Times New Roman" w:hAnsi="Times New Roman" w:cs="Times New Roman"/>
                <w:b/>
                <w:sz w:val="24"/>
                <w:szCs w:val="24"/>
              </w:rPr>
              <w:t>Hasil</w:t>
            </w:r>
          </w:p>
        </w:tc>
      </w:tr>
      <w:tr w:rsidR="00697836" w:rsidRPr="00697836" w14:paraId="0C9F6216" w14:textId="77777777">
        <w:trPr>
          <w:jc w:val="center"/>
        </w:trPr>
        <w:tc>
          <w:tcPr>
            <w:tcW w:w="1134" w:type="dxa"/>
            <w:vAlign w:val="center"/>
          </w:tcPr>
          <w:p w14:paraId="3451D12D"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c>
          <w:tcPr>
            <w:tcW w:w="2268" w:type="dxa"/>
            <w:vAlign w:val="center"/>
          </w:tcPr>
          <w:p w14:paraId="41D271DB"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c>
          <w:tcPr>
            <w:tcW w:w="1247" w:type="dxa"/>
            <w:vAlign w:val="center"/>
          </w:tcPr>
          <w:p w14:paraId="4166B57A"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c>
          <w:tcPr>
            <w:tcW w:w="1304" w:type="dxa"/>
            <w:vAlign w:val="center"/>
          </w:tcPr>
          <w:p w14:paraId="1C4CD7C6"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c>
          <w:tcPr>
            <w:tcW w:w="1701" w:type="dxa"/>
            <w:vAlign w:val="center"/>
          </w:tcPr>
          <w:p w14:paraId="4AFE8139"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c>
          <w:tcPr>
            <w:tcW w:w="1701" w:type="dxa"/>
            <w:vAlign w:val="center"/>
          </w:tcPr>
          <w:p w14:paraId="20B04DB0"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c>
          <w:tcPr>
            <w:tcW w:w="1701" w:type="dxa"/>
            <w:vAlign w:val="center"/>
          </w:tcPr>
          <w:p w14:paraId="26A11495"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r>
      <w:tr w:rsidR="00697836" w:rsidRPr="00697836" w14:paraId="6410B474" w14:textId="77777777">
        <w:trPr>
          <w:jc w:val="center"/>
        </w:trPr>
        <w:tc>
          <w:tcPr>
            <w:tcW w:w="1134" w:type="dxa"/>
            <w:vAlign w:val="center"/>
          </w:tcPr>
          <w:p w14:paraId="5982A42E"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c>
          <w:tcPr>
            <w:tcW w:w="2268" w:type="dxa"/>
            <w:vAlign w:val="center"/>
          </w:tcPr>
          <w:p w14:paraId="03E16FC7"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c>
          <w:tcPr>
            <w:tcW w:w="1247" w:type="dxa"/>
            <w:vAlign w:val="center"/>
          </w:tcPr>
          <w:p w14:paraId="7A89CA74"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c>
          <w:tcPr>
            <w:tcW w:w="1304" w:type="dxa"/>
            <w:vAlign w:val="center"/>
          </w:tcPr>
          <w:p w14:paraId="1328C7F1"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c>
          <w:tcPr>
            <w:tcW w:w="1701" w:type="dxa"/>
            <w:vAlign w:val="center"/>
          </w:tcPr>
          <w:p w14:paraId="1E8B2F83"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c>
          <w:tcPr>
            <w:tcW w:w="1701" w:type="dxa"/>
            <w:vAlign w:val="center"/>
          </w:tcPr>
          <w:p w14:paraId="5CAA6897"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c>
          <w:tcPr>
            <w:tcW w:w="1701" w:type="dxa"/>
            <w:vAlign w:val="center"/>
          </w:tcPr>
          <w:p w14:paraId="107B44F2"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r>
      <w:tr w:rsidR="00697836" w:rsidRPr="00697836" w14:paraId="339C11BE" w14:textId="77777777">
        <w:trPr>
          <w:jc w:val="center"/>
        </w:trPr>
        <w:tc>
          <w:tcPr>
            <w:tcW w:w="1134" w:type="dxa"/>
            <w:vAlign w:val="center"/>
          </w:tcPr>
          <w:p w14:paraId="6FE7BD59"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c>
          <w:tcPr>
            <w:tcW w:w="2268" w:type="dxa"/>
            <w:vAlign w:val="center"/>
          </w:tcPr>
          <w:p w14:paraId="2857FF29"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c>
          <w:tcPr>
            <w:tcW w:w="1247" w:type="dxa"/>
            <w:vAlign w:val="center"/>
          </w:tcPr>
          <w:p w14:paraId="52E49D3D"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c>
          <w:tcPr>
            <w:tcW w:w="1304" w:type="dxa"/>
            <w:vAlign w:val="center"/>
          </w:tcPr>
          <w:p w14:paraId="277102BB"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c>
          <w:tcPr>
            <w:tcW w:w="1701" w:type="dxa"/>
            <w:vAlign w:val="center"/>
          </w:tcPr>
          <w:p w14:paraId="3582840B"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c>
          <w:tcPr>
            <w:tcW w:w="1701" w:type="dxa"/>
            <w:vAlign w:val="center"/>
          </w:tcPr>
          <w:p w14:paraId="6B10781B"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c>
          <w:tcPr>
            <w:tcW w:w="1701" w:type="dxa"/>
            <w:vAlign w:val="center"/>
          </w:tcPr>
          <w:p w14:paraId="71DC830A"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r>
      <w:tr w:rsidR="00697836" w:rsidRPr="00697836" w14:paraId="4348136C" w14:textId="77777777">
        <w:trPr>
          <w:jc w:val="center"/>
        </w:trPr>
        <w:tc>
          <w:tcPr>
            <w:tcW w:w="1134" w:type="dxa"/>
            <w:vAlign w:val="center"/>
          </w:tcPr>
          <w:p w14:paraId="05616A49"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c>
          <w:tcPr>
            <w:tcW w:w="2268" w:type="dxa"/>
            <w:vAlign w:val="center"/>
          </w:tcPr>
          <w:p w14:paraId="05373835"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c>
          <w:tcPr>
            <w:tcW w:w="1247" w:type="dxa"/>
            <w:vAlign w:val="center"/>
          </w:tcPr>
          <w:p w14:paraId="3273F9E2"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c>
          <w:tcPr>
            <w:tcW w:w="1304" w:type="dxa"/>
            <w:vAlign w:val="center"/>
          </w:tcPr>
          <w:p w14:paraId="26462886"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c>
          <w:tcPr>
            <w:tcW w:w="1701" w:type="dxa"/>
            <w:vAlign w:val="center"/>
          </w:tcPr>
          <w:p w14:paraId="6C8D52DA"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c>
          <w:tcPr>
            <w:tcW w:w="1701" w:type="dxa"/>
            <w:vAlign w:val="center"/>
          </w:tcPr>
          <w:p w14:paraId="04B05B8D"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c>
          <w:tcPr>
            <w:tcW w:w="1701" w:type="dxa"/>
            <w:vAlign w:val="center"/>
          </w:tcPr>
          <w:p w14:paraId="7CB4E87E"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r>
      <w:tr w:rsidR="00697836" w:rsidRPr="00697836" w14:paraId="77481AB7" w14:textId="77777777">
        <w:trPr>
          <w:jc w:val="center"/>
        </w:trPr>
        <w:tc>
          <w:tcPr>
            <w:tcW w:w="1134" w:type="dxa"/>
            <w:vAlign w:val="center"/>
          </w:tcPr>
          <w:p w14:paraId="3F1DF492"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c>
          <w:tcPr>
            <w:tcW w:w="2268" w:type="dxa"/>
            <w:vAlign w:val="center"/>
          </w:tcPr>
          <w:p w14:paraId="7B3C52D0"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c>
          <w:tcPr>
            <w:tcW w:w="1247" w:type="dxa"/>
            <w:vAlign w:val="center"/>
          </w:tcPr>
          <w:p w14:paraId="5441E43B"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c>
          <w:tcPr>
            <w:tcW w:w="1304" w:type="dxa"/>
            <w:vAlign w:val="center"/>
          </w:tcPr>
          <w:p w14:paraId="7EDD9035"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c>
          <w:tcPr>
            <w:tcW w:w="1701" w:type="dxa"/>
            <w:vAlign w:val="center"/>
          </w:tcPr>
          <w:p w14:paraId="14F24D39"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c>
          <w:tcPr>
            <w:tcW w:w="1701" w:type="dxa"/>
            <w:vAlign w:val="center"/>
          </w:tcPr>
          <w:p w14:paraId="2E8942DF"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c>
          <w:tcPr>
            <w:tcW w:w="1701" w:type="dxa"/>
            <w:vAlign w:val="center"/>
          </w:tcPr>
          <w:p w14:paraId="62D74392"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tc>
      </w:tr>
      <w:bookmarkEnd w:id="5"/>
    </w:tbl>
    <w:p w14:paraId="2435E727" w14:textId="77777777" w:rsidR="001436BE" w:rsidRPr="00697836" w:rsidRDefault="001436BE" w:rsidP="00697836">
      <w:pPr>
        <w:spacing w:before="100" w:beforeAutospacing="1" w:after="100" w:afterAutospacing="1" w:line="360" w:lineRule="auto"/>
        <w:jc w:val="both"/>
        <w:rPr>
          <w:rFonts w:ascii="Times New Roman" w:hAnsi="Times New Roman" w:cs="Times New Roman"/>
          <w:sz w:val="24"/>
          <w:szCs w:val="24"/>
        </w:rPr>
      </w:pPr>
    </w:p>
    <w:sectPr w:rsidR="001436BE" w:rsidRPr="00697836" w:rsidSect="00E84AC2">
      <w:headerReference w:type="even" r:id="rId28"/>
      <w:headerReference w:type="default" r:id="rId29"/>
      <w:headerReference w:type="first" r:id="rId30"/>
      <w:pgSz w:w="12240" w:h="15840"/>
      <w:pgMar w:top="1417" w:right="1417" w:bottom="1417" w:left="1701" w:header="720" w:footer="720" w:gutter="0"/>
      <w:pgNumType w:start="9"/>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52773" w14:textId="77777777" w:rsidR="00B300F5" w:rsidRDefault="00B300F5">
      <w:pPr>
        <w:spacing w:after="0" w:line="240" w:lineRule="auto"/>
      </w:pPr>
      <w:r>
        <w:separator/>
      </w:r>
    </w:p>
  </w:endnote>
  <w:endnote w:type="continuationSeparator" w:id="0">
    <w:p w14:paraId="4107BDFB" w14:textId="77777777" w:rsidR="00B300F5" w:rsidRDefault="00B300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35255" w14:textId="5277E7A5" w:rsidR="004F5D9E" w:rsidRDefault="004F5D9E" w:rsidP="004F5D9E">
    <w:pPr>
      <w:pStyle w:val="Footer"/>
      <w:jc w:val="center"/>
    </w:pPr>
    <w:r>
      <w:rPr>
        <w:sz w:val="16"/>
      </w:rPr>
      <w:t xml:space="preserve">Program </w:t>
    </w:r>
    <w:proofErr w:type="spellStart"/>
    <w:r>
      <w:rPr>
        <w:sz w:val="16"/>
      </w:rPr>
      <w:t>Pengembangan</w:t>
    </w:r>
    <w:proofErr w:type="spellEnd"/>
    <w:r>
      <w:rPr>
        <w:sz w:val="16"/>
      </w:rPr>
      <w:t xml:space="preserve"> </w:t>
    </w:r>
    <w:proofErr w:type="spellStart"/>
    <w:r>
      <w:rPr>
        <w:sz w:val="16"/>
      </w:rPr>
      <w:t>Kewirausahaan</w:t>
    </w:r>
    <w:proofErr w:type="spellEnd"/>
    <w:r>
      <w:rPr>
        <w:sz w:val="16"/>
      </w:rPr>
      <w:t xml:space="preserve"> MAN 2 Semarang | </w:t>
    </w:r>
    <w:proofErr w:type="spellStart"/>
    <w:r>
      <w:rPr>
        <w:sz w:val="16"/>
      </w:rPr>
      <w:t>Tahun</w:t>
    </w:r>
    <w:proofErr w:type="spellEnd"/>
    <w:r>
      <w:rPr>
        <w:sz w:val="16"/>
      </w:rPr>
      <w:t xml:space="preserve"> </w:t>
    </w:r>
    <w:proofErr w:type="spellStart"/>
    <w:r>
      <w:rPr>
        <w:sz w:val="16"/>
      </w:rPr>
      <w:t>Ajaran</w:t>
    </w:r>
    <w:proofErr w:type="spellEnd"/>
    <w:r>
      <w:rPr>
        <w:sz w:val="16"/>
      </w:rPr>
      <w:t xml:space="preserve"> 2026–2027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9D94E" w14:textId="77777777" w:rsidR="00B300F5" w:rsidRDefault="00B300F5">
      <w:pPr>
        <w:spacing w:after="0" w:line="240" w:lineRule="auto"/>
      </w:pPr>
      <w:r>
        <w:separator/>
      </w:r>
    </w:p>
  </w:footnote>
  <w:footnote w:type="continuationSeparator" w:id="0">
    <w:p w14:paraId="346C28AF" w14:textId="77777777" w:rsidR="00B300F5" w:rsidRDefault="00B300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12492" w14:textId="5A41B249" w:rsidR="006B7A66" w:rsidRDefault="006B7A66" w:rsidP="006B7A66">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F4827" w14:textId="200ED08F" w:rsidR="004F5D9E" w:rsidRPr="004F5D9E" w:rsidRDefault="004F5D9E">
    <w:pPr>
      <w:pStyle w:val="Header"/>
      <w:jc w:val="right"/>
      <w:rPr>
        <w:rFonts w:ascii="Times New Roman" w:hAnsi="Times New Roman" w:cs="Times New Roman"/>
        <w:sz w:val="24"/>
        <w:szCs w:val="24"/>
      </w:rPr>
    </w:pPr>
  </w:p>
  <w:p w14:paraId="191FCB79" w14:textId="77777777" w:rsidR="004F5D9E" w:rsidRDefault="004F5D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6455244"/>
      <w:docPartObj>
        <w:docPartGallery w:val="Page Numbers (Top of Page)"/>
        <w:docPartUnique/>
      </w:docPartObj>
    </w:sdtPr>
    <w:sdtEndPr>
      <w:rPr>
        <w:noProof/>
      </w:rPr>
    </w:sdtEndPr>
    <w:sdtContent>
      <w:p w14:paraId="2D8AED11" w14:textId="06E7F413" w:rsidR="004F5D9E" w:rsidRDefault="00332A97">
        <w:pPr>
          <w:pStyle w:val="Header"/>
          <w:jc w:val="right"/>
        </w:pPr>
        <w:r>
          <w:rPr>
            <w:rFonts w:ascii="Times New Roman" w:hAnsi="Times New Roman" w:cs="Times New Roman"/>
            <w:sz w:val="24"/>
            <w:szCs w:val="24"/>
          </w:rPr>
          <w:t>2</w:t>
        </w:r>
      </w:p>
    </w:sdtContent>
  </w:sdt>
  <w:p w14:paraId="17308678" w14:textId="537833F4" w:rsidR="004F5D9E" w:rsidRDefault="004F5D9E" w:rsidP="004F5D9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074E8" w14:textId="1BEF02C0" w:rsidR="003C6F31" w:rsidRPr="00332A97" w:rsidRDefault="00332A97">
    <w:pPr>
      <w:pStyle w:val="Header"/>
      <w:jc w:val="right"/>
      <w:rPr>
        <w:rFonts w:ascii="Times New Roman" w:hAnsi="Times New Roman" w:cs="Times New Roman"/>
        <w:sz w:val="24"/>
        <w:szCs w:val="24"/>
      </w:rPr>
    </w:pPr>
    <w:r w:rsidRPr="00332A97">
      <w:rPr>
        <w:rFonts w:ascii="Times New Roman" w:hAnsi="Times New Roman" w:cs="Times New Roman"/>
        <w:sz w:val="24"/>
        <w:szCs w:val="24"/>
      </w:rPr>
      <w:t>3</w:t>
    </w:r>
  </w:p>
  <w:p w14:paraId="01A1AFD8" w14:textId="77777777" w:rsidR="003C6F31" w:rsidRDefault="003C6F31" w:rsidP="003C6F31">
    <w:pPr>
      <w:pStyle w:val="Header"/>
      <w:jc w:val="cen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8C64D" w14:textId="143B5B1A" w:rsidR="002508A2" w:rsidRDefault="002508A2" w:rsidP="002508A2">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F172D" w14:textId="06D818DB" w:rsidR="00332A97" w:rsidRDefault="00332A97" w:rsidP="002508A2">
    <w:pPr>
      <w:pStyle w:val="Header"/>
      <w:jc w:val="right"/>
    </w:pPr>
    <w:r>
      <w:t>4</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5406464"/>
      <w:docPartObj>
        <w:docPartGallery w:val="Page Numbers (Top of Page)"/>
        <w:docPartUnique/>
      </w:docPartObj>
    </w:sdtPr>
    <w:sdtEndPr>
      <w:rPr>
        <w:noProof/>
      </w:rPr>
    </w:sdtEndPr>
    <w:sdtContent>
      <w:p w14:paraId="3F5AE34C" w14:textId="0BC9EA30" w:rsidR="003C6F31" w:rsidRDefault="00332A97">
        <w:pPr>
          <w:pStyle w:val="Header"/>
          <w:jc w:val="right"/>
        </w:pPr>
        <w:r>
          <w:rPr>
            <w:rFonts w:ascii="Times New Roman" w:hAnsi="Times New Roman" w:cs="Times New Roman"/>
            <w:sz w:val="24"/>
            <w:szCs w:val="24"/>
          </w:rPr>
          <w:t>6</w:t>
        </w:r>
      </w:p>
    </w:sdtContent>
  </w:sdt>
  <w:p w14:paraId="1CCEB102" w14:textId="77777777" w:rsidR="003C6F31" w:rsidRDefault="003C6F31" w:rsidP="004F5D9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5B4C7" w14:textId="066CCA72" w:rsidR="00F967AC" w:rsidRDefault="00F967AC" w:rsidP="002508A2">
    <w:pPr>
      <w:pStyle w:val="Header"/>
      <w:jc w:val="right"/>
    </w:pPr>
    <w:r>
      <w:rPr>
        <w:rFonts w:ascii="Times New Roman" w:hAnsi="Times New Roman" w:cs="Times New Roman"/>
        <w:sz w:val="24"/>
        <w:szCs w:val="24"/>
      </w:rPr>
      <w:t>7</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99A0F" w14:textId="77777777" w:rsidR="00332A97" w:rsidRDefault="00332A97" w:rsidP="002508A2">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614BC" w14:textId="77763FB8" w:rsidR="00332A97" w:rsidRDefault="00332A97" w:rsidP="002508A2">
    <w:pPr>
      <w:pStyle w:val="Header"/>
      <w:jc w:val="right"/>
    </w:pPr>
    <w:r>
      <w:t>8</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1497040"/>
      <w:docPartObj>
        <w:docPartGallery w:val="Page Numbers (Top of Page)"/>
        <w:docPartUnique/>
      </w:docPartObj>
    </w:sdtPr>
    <w:sdtEndPr>
      <w:rPr>
        <w:noProof/>
      </w:rPr>
    </w:sdtEndPr>
    <w:sdtContent>
      <w:p w14:paraId="21CBE6B2" w14:textId="646A695D" w:rsidR="00332A97" w:rsidRDefault="00332A97">
        <w:pPr>
          <w:pStyle w:val="Header"/>
          <w:jc w:val="right"/>
        </w:pPr>
        <w:r>
          <w:rPr>
            <w:rFonts w:ascii="Times New Roman" w:hAnsi="Times New Roman" w:cs="Times New Roman"/>
            <w:sz w:val="24"/>
            <w:szCs w:val="24"/>
          </w:rPr>
          <w:t>10</w:t>
        </w:r>
      </w:p>
    </w:sdtContent>
  </w:sdt>
  <w:p w14:paraId="265DF69C" w14:textId="77777777" w:rsidR="00332A97" w:rsidRDefault="00332A97" w:rsidP="004F5D9E">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91CB6" w14:textId="451F388D" w:rsidR="00E84AC2" w:rsidRDefault="00E84AC2" w:rsidP="002508A2">
    <w:pPr>
      <w:pStyle w:val="Header"/>
      <w:jc w:val="right"/>
    </w:pPr>
    <w:r>
      <w:t>9</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8312543"/>
      <w:docPartObj>
        <w:docPartGallery w:val="Page Numbers (Top of Page)"/>
        <w:docPartUnique/>
      </w:docPartObj>
    </w:sdtPr>
    <w:sdtEndPr>
      <w:rPr>
        <w:noProof/>
      </w:rPr>
    </w:sdtEndPr>
    <w:sdtContent>
      <w:p w14:paraId="080F4587" w14:textId="5FC3CA7F" w:rsidR="00E84AC2" w:rsidRPr="00E84AC2" w:rsidRDefault="00E84AC2" w:rsidP="00E84AC2">
        <w:pPr>
          <w:pStyle w:val="Header"/>
          <w:jc w:val="right"/>
          <w:rPr>
            <w:rFonts w:ascii="Times New Roman" w:hAnsi="Times New Roman" w:cs="Times New Roman"/>
            <w:sz w:val="24"/>
            <w:szCs w:val="24"/>
          </w:rPr>
        </w:pPr>
        <w:r>
          <w:t>12</w:t>
        </w:r>
      </w:p>
    </w:sdtContent>
  </w:sdt>
  <w:p w14:paraId="4CEB0417" w14:textId="77777777" w:rsidR="00E84AC2" w:rsidRDefault="00E84AC2" w:rsidP="004F5D9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57610" w14:textId="17C97869" w:rsidR="00E84AC2" w:rsidRDefault="00E84AC2" w:rsidP="002508A2">
    <w:pPr>
      <w:pStyle w:val="Header"/>
      <w:jc w:val="right"/>
    </w:pPr>
    <w:r>
      <w:rPr>
        <w:rFonts w:ascii="Times New Roman" w:hAnsi="Times New Roman" w:cs="Times New Roman"/>
        <w:sz w:val="24"/>
        <w:szCs w:val="24"/>
      </w:rPr>
      <w:t>13</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67CD5" w14:textId="08BFDC16" w:rsidR="00E84AC2" w:rsidRDefault="00E84AC2" w:rsidP="002508A2">
    <w:pPr>
      <w:pStyle w:val="Header"/>
      <w:jc w:val="right"/>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5103038"/>
      <w:docPartObj>
        <w:docPartGallery w:val="Page Numbers (Top of Page)"/>
        <w:docPartUnique/>
      </w:docPartObj>
    </w:sdtPr>
    <w:sdtEndPr>
      <w:rPr>
        <w:noProof/>
      </w:rPr>
    </w:sdtEndPr>
    <w:sdtContent>
      <w:p w14:paraId="5BE1E56D" w14:textId="1E56E14E" w:rsidR="00A37579" w:rsidRPr="00E84AC2" w:rsidRDefault="00A37579" w:rsidP="00E84AC2">
        <w:pPr>
          <w:pStyle w:val="Header"/>
          <w:jc w:val="right"/>
          <w:rPr>
            <w:rFonts w:ascii="Times New Roman" w:hAnsi="Times New Roman" w:cs="Times New Roman"/>
            <w:sz w:val="24"/>
            <w:szCs w:val="24"/>
          </w:rPr>
        </w:pPr>
        <w:r>
          <w:t>15</w:t>
        </w:r>
      </w:p>
    </w:sdtContent>
  </w:sdt>
  <w:p w14:paraId="042B617D" w14:textId="77777777" w:rsidR="00A37579" w:rsidRDefault="00A37579" w:rsidP="004F5D9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D1B84" w14:textId="5DDF05FA" w:rsidR="00A37579" w:rsidRDefault="00A37579" w:rsidP="002508A2">
    <w:pPr>
      <w:pStyle w:val="Header"/>
      <w:jc w:val="right"/>
    </w:pPr>
    <w:r>
      <w:rPr>
        <w:rFonts w:ascii="Times New Roman" w:hAnsi="Times New Roman" w:cs="Times New Roman"/>
        <w:sz w:val="24"/>
        <w:szCs w:val="24"/>
      </w:rPr>
      <w:t>16</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0EA24" w14:textId="367B62F8" w:rsidR="00A37579" w:rsidRDefault="006B7A66" w:rsidP="002508A2">
    <w:pPr>
      <w:pStyle w:val="Header"/>
      <w:jc w:val="right"/>
    </w:pPr>
    <w:r>
      <w:t>14</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D166D" w14:textId="08CBFFFC" w:rsidR="006B7A66" w:rsidRPr="00E84AC2" w:rsidRDefault="006B7A66" w:rsidP="00E84AC2">
    <w:pPr>
      <w:pStyle w:val="Header"/>
      <w:jc w:val="right"/>
      <w:rPr>
        <w:rFonts w:ascii="Times New Roman" w:hAnsi="Times New Roman" w:cs="Times New Roman"/>
        <w:sz w:val="24"/>
        <w:szCs w:val="24"/>
      </w:rPr>
    </w:pPr>
  </w:p>
  <w:p w14:paraId="18E218FC" w14:textId="77777777" w:rsidR="006B7A66" w:rsidRDefault="006B7A66" w:rsidP="00247612">
    <w:pPr>
      <w:pStyle w:val="Header"/>
      <w:jc w:val="right"/>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C0F96" w14:textId="59F6D672" w:rsidR="006B7A66" w:rsidRDefault="006B7A66" w:rsidP="002508A2">
    <w:pPr>
      <w:pStyle w:val="Header"/>
      <w:jc w:val="right"/>
    </w:pPr>
    <w:r>
      <w:rPr>
        <w:rFonts w:ascii="Times New Roman" w:hAnsi="Times New Roman" w:cs="Times New Roman"/>
        <w:sz w:val="24"/>
        <w:szCs w:val="24"/>
      </w:rPr>
      <w:t>19</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B50EC" w14:textId="77777777" w:rsidR="006B7A66" w:rsidRDefault="006B7A66" w:rsidP="002508A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69AE9986"/>
    <w:lvl w:ilvl="0">
      <w:start w:val="1"/>
      <w:numFmt w:val="bullet"/>
      <w:pStyle w:val="ListBullet"/>
      <w:lvlText w:val=""/>
      <w:lvlJc w:val="left"/>
      <w:pPr>
        <w:tabs>
          <w:tab w:val="num" w:pos="360"/>
        </w:tabs>
        <w:ind w:left="360" w:hanging="360"/>
      </w:pPr>
      <w:rPr>
        <w:rFonts w:ascii="Symbol" w:hAnsi="Symbol" w:hint="default"/>
      </w:rPr>
    </w:lvl>
  </w:abstractNum>
  <w:num w:numId="1" w16cid:durableId="796681314">
    <w:abstractNumId w:val="8"/>
  </w:num>
  <w:num w:numId="2" w16cid:durableId="1596940424">
    <w:abstractNumId w:val="6"/>
  </w:num>
  <w:num w:numId="3" w16cid:durableId="1882017843">
    <w:abstractNumId w:val="5"/>
  </w:num>
  <w:num w:numId="4" w16cid:durableId="1625038215">
    <w:abstractNumId w:val="4"/>
  </w:num>
  <w:num w:numId="5" w16cid:durableId="650594059">
    <w:abstractNumId w:val="7"/>
  </w:num>
  <w:num w:numId="6" w16cid:durableId="572156899">
    <w:abstractNumId w:val="3"/>
  </w:num>
  <w:num w:numId="7" w16cid:durableId="1627656041">
    <w:abstractNumId w:val="2"/>
  </w:num>
  <w:num w:numId="8" w16cid:durableId="573394579">
    <w:abstractNumId w:val="1"/>
  </w:num>
  <w:num w:numId="9" w16cid:durableId="8755811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4F3C"/>
    <w:rsid w:val="001436BE"/>
    <w:rsid w:val="0015074B"/>
    <w:rsid w:val="00247612"/>
    <w:rsid w:val="002508A2"/>
    <w:rsid w:val="0029639D"/>
    <w:rsid w:val="00326F90"/>
    <w:rsid w:val="00332A97"/>
    <w:rsid w:val="003C6736"/>
    <w:rsid w:val="003C6F31"/>
    <w:rsid w:val="004F5D9E"/>
    <w:rsid w:val="005B7D68"/>
    <w:rsid w:val="005E3C18"/>
    <w:rsid w:val="0062444D"/>
    <w:rsid w:val="0067160B"/>
    <w:rsid w:val="00697836"/>
    <w:rsid w:val="006B7A66"/>
    <w:rsid w:val="008118F1"/>
    <w:rsid w:val="00873E90"/>
    <w:rsid w:val="00A37579"/>
    <w:rsid w:val="00AA1D8D"/>
    <w:rsid w:val="00B23D66"/>
    <w:rsid w:val="00B300F5"/>
    <w:rsid w:val="00B47730"/>
    <w:rsid w:val="00CB0664"/>
    <w:rsid w:val="00E449D7"/>
    <w:rsid w:val="00E84AC2"/>
    <w:rsid w:val="00F239A7"/>
    <w:rsid w:val="00F967A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ACC54C"/>
  <w14:defaultImageDpi w14:val="300"/>
  <w15:docId w15:val="{B6FC7B1C-FD61-4D11-A087-9CE0BB8E9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2A97"/>
    <w:rPr>
      <w:rFonts w:ascii="Arial" w:hAnsi="Arial"/>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1">
    <w:name w:val="toc 1"/>
    <w:basedOn w:val="Normal"/>
    <w:next w:val="Normal"/>
    <w:autoRedefine/>
    <w:uiPriority w:val="39"/>
    <w:unhideWhenUsed/>
    <w:rsid w:val="00E449D7"/>
    <w:pPr>
      <w:spacing w:after="100"/>
    </w:pPr>
  </w:style>
  <w:style w:type="paragraph" w:styleId="TOC2">
    <w:name w:val="toc 2"/>
    <w:basedOn w:val="Normal"/>
    <w:next w:val="Normal"/>
    <w:autoRedefine/>
    <w:uiPriority w:val="39"/>
    <w:unhideWhenUsed/>
    <w:rsid w:val="00E449D7"/>
    <w:pPr>
      <w:spacing w:after="100"/>
      <w:ind w:left="220"/>
    </w:pPr>
  </w:style>
  <w:style w:type="paragraph" w:styleId="TOC3">
    <w:name w:val="toc 3"/>
    <w:basedOn w:val="Normal"/>
    <w:next w:val="Normal"/>
    <w:autoRedefine/>
    <w:uiPriority w:val="39"/>
    <w:unhideWhenUsed/>
    <w:rsid w:val="00E449D7"/>
    <w:pPr>
      <w:spacing w:after="100"/>
      <w:ind w:left="440"/>
    </w:pPr>
  </w:style>
  <w:style w:type="character" w:styleId="Hyperlink">
    <w:name w:val="Hyperlink"/>
    <w:basedOn w:val="DefaultParagraphFont"/>
    <w:uiPriority w:val="99"/>
    <w:unhideWhenUsed/>
    <w:rsid w:val="00E449D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4.xml"/><Relationship Id="rId18" Type="http://schemas.openxmlformats.org/officeDocument/2006/relationships/header" Target="header9.xml"/><Relationship Id="rId26" Type="http://schemas.openxmlformats.org/officeDocument/2006/relationships/header" Target="header17.xml"/><Relationship Id="rId3" Type="http://schemas.openxmlformats.org/officeDocument/2006/relationships/styles" Target="styles.xml"/><Relationship Id="rId21"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8.xml"/><Relationship Id="rId25"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11.xml"/><Relationship Id="rId29" Type="http://schemas.openxmlformats.org/officeDocument/2006/relationships/header" Target="header2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5.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eader" Target="header14.xml"/><Relationship Id="rId28"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10.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5.xml"/><Relationship Id="rId22" Type="http://schemas.openxmlformats.org/officeDocument/2006/relationships/header" Target="header13.xml"/><Relationship Id="rId27" Type="http://schemas.openxmlformats.org/officeDocument/2006/relationships/header" Target="header18.xml"/><Relationship Id="rId30"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29</Pages>
  <Words>4107</Words>
  <Characters>23411</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27464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t450</cp:lastModifiedBy>
  <cp:revision>6</cp:revision>
  <cp:lastPrinted>2026-09-09T13:10:00Z</cp:lastPrinted>
  <dcterms:created xsi:type="dcterms:W3CDTF">2026-09-09T07:48:00Z</dcterms:created>
  <dcterms:modified xsi:type="dcterms:W3CDTF">2026-09-11T01:07:00Z</dcterms:modified>
  <cp:category/>
</cp:coreProperties>
</file>